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integrity” greenlights imitations and unprecedented appropriations. </w:t>
      </w:r>
    </w:p>
    <w:p>
      <w:pPr>
        <w:spacing w:after="80"/>
      </w:pPr>
      <w:r>
        <w:rPr>
          <w:b/>
          <w:i w:val="0"/>
          <w:smallCaps w:val="0"/>
          <w:strike w:val="0"/>
          <w:sz w:val="26"/>
          <w:u w:val="none"/>
        </w:rPr>
        <w:t>Hines 05</w:t>
      </w:r>
      <w:r>
        <w:rPr>
          <w:b w:val="0"/>
          <w:i w:val="0"/>
          <w:smallCaps w:val="0"/>
          <w:strike w:val="0"/>
          <w:u w:val="none"/>
        </w:rPr>
        <w:t xml:space="preserve"> [Candace G. Hines University of Michigan Law School, Black Musical Traditions and Copyright Law: Historical Tensions, 10 MICH. J. RACE &amp; L. 463 (2005). https://repository.law.umich.edu/mjrl/vol10/iss2/5?utm_source=repository.law.umich.edu%2Fmjrl%2Fvol10%2Fiss2, pages 491-493]</w:t>
      </w:r>
    </w:p>
    <w:p>
      <w:pPr>
        <w:spacing w:after="60"/>
      </w:pPr>
      <w:r>
        <w:rPr>
          <w:b w:val="0"/>
          <w:i w:val="0"/>
          <w:smallCaps w:val="0"/>
          <w:strike w:val="0"/>
          <w:sz w:val="16"/>
          <w:u w:val="none"/>
        </w:rPr>
        <w:t xml:space="preserve">At their best, highly innovative artists utilize or refer to the best elements of different musical traditions in order to create totally new musical genres and sounds. Blues scholar Peter Guralnick expresses this sentiment about bluesman Robert Johnson: "What made his work unique ... was an uncommon ability to synthesize these influences and a poetic sensibility which drew its inspiration from highly disparate sources and transformed them into a startling new blend., 21' At their worst, artists rehash what has come before, they do not add any innovative elements, and they dilute the original creative work. </w:t>
      </w:r>
      <w:r>
        <w:rPr>
          <w:b w:val="0"/>
          <w:i w:val="0"/>
          <w:smallCaps w:val="0"/>
          <w:strike w:val="0"/>
          <w:sz w:val="22"/>
          <w:u w:val="single"/>
        </w:rPr>
        <w:t>Copyright law</w:t>
      </w:r>
      <w:r>
        <w:rPr>
          <w:b w:val="0"/>
          <w:i w:val="0"/>
          <w:smallCaps w:val="0"/>
          <w:strike w:val="0"/>
          <w:sz w:val="16"/>
          <w:u w:val="none"/>
        </w:rPr>
        <w:t xml:space="preserve">, as befitting its </w:t>
      </w:r>
      <w:r>
        <w:rPr>
          <w:b w:val="0"/>
          <w:i w:val="0"/>
          <w:smallCaps w:val="0"/>
          <w:strike w:val="0"/>
          <w:sz w:val="22"/>
          <w:u w:val="single"/>
        </w:rPr>
        <w:t>history of rewarding</w:t>
      </w:r>
      <w:r>
        <w:rPr>
          <w:b w:val="0"/>
          <w:i w:val="0"/>
          <w:smallCaps w:val="0"/>
          <w:strike w:val="0"/>
          <w:sz w:val="16"/>
          <w:u w:val="none"/>
        </w:rPr>
        <w:t xml:space="preserve"> </w:t>
      </w:r>
      <w:r>
        <w:rPr>
          <w:b w:val="0"/>
          <w:i w:val="0"/>
          <w:smallCaps w:val="0"/>
          <w:strike w:val="0"/>
          <w:sz w:val="22"/>
          <w:u w:val="single"/>
        </w:rPr>
        <w:t>abusive imitators</w:t>
      </w:r>
      <w:r>
        <w:rPr>
          <w:b w:val="0"/>
          <w:i w:val="0"/>
          <w:smallCaps w:val="0"/>
          <w:strike w:val="0"/>
          <w:sz w:val="16"/>
          <w:u w:val="none"/>
        </w:rPr>
        <w:t xml:space="preserve">,2 " has </w:t>
      </w:r>
      <w:r>
        <w:rPr>
          <w:b w:val="0"/>
          <w:i w:val="0"/>
          <w:smallCaps w:val="0"/>
          <w:strike w:val="0"/>
          <w:sz w:val="22"/>
          <w:u w:val="single"/>
        </w:rPr>
        <w:t>failed to accommodate innovative improvisers</w:t>
      </w:r>
      <w:r>
        <w:rPr>
          <w:b w:val="0"/>
          <w:i w:val="0"/>
          <w:smallCaps w:val="0"/>
          <w:strike w:val="0"/>
          <w:sz w:val="16"/>
          <w:u w:val="none"/>
        </w:rPr>
        <w:t xml:space="preserve"> and users of digital samples-which, in essence, </w:t>
      </w:r>
      <w:r>
        <w:rPr>
          <w:b w:val="0"/>
          <w:i w:val="0"/>
          <w:smallCaps w:val="0"/>
          <w:strike w:val="0"/>
          <w:sz w:val="22"/>
          <w:u w:val="single"/>
        </w:rPr>
        <w:t>represents a lack of regard for the Black musical</w:t>
      </w:r>
      <w:r>
        <w:rPr>
          <w:b w:val="0"/>
          <w:i w:val="0"/>
          <w:smallCaps w:val="0"/>
          <w:strike w:val="0"/>
          <w:sz w:val="16"/>
          <w:u w:val="none"/>
        </w:rPr>
        <w:t xml:space="preserve"> </w:t>
      </w:r>
      <w:r>
        <w:rPr>
          <w:b w:val="0"/>
          <w:i w:val="0"/>
          <w:smallCaps w:val="0"/>
          <w:strike w:val="0"/>
          <w:sz w:val="22"/>
          <w:u w:val="single"/>
        </w:rPr>
        <w:t>idiom</w:t>
      </w:r>
      <w:r>
        <w:rPr>
          <w:b w:val="0"/>
          <w:i w:val="0"/>
          <w:smallCaps w:val="0"/>
          <w:strike w:val="0"/>
          <w:sz w:val="16"/>
          <w:u w:val="none"/>
        </w:rPr>
        <w:t xml:space="preserve">. </w:t>
      </w:r>
      <w:r>
        <w:rPr>
          <w:b w:val="0"/>
          <w:i w:val="0"/>
          <w:smallCaps w:val="0"/>
          <w:strike w:val="0"/>
          <w:sz w:val="22"/>
          <w:u w:val="single"/>
        </w:rPr>
        <w:t>Black</w:t>
      </w:r>
      <w:r>
        <w:rPr>
          <w:b w:val="0"/>
          <w:i w:val="0"/>
          <w:smallCaps w:val="0"/>
          <w:strike w:val="0"/>
          <w:sz w:val="16"/>
          <w:u w:val="none"/>
        </w:rPr>
        <w:t xml:space="preserve"> musicians' </w:t>
      </w:r>
      <w:r>
        <w:rPr>
          <w:b w:val="0"/>
          <w:i w:val="0"/>
          <w:smallCaps w:val="0"/>
          <w:strike w:val="0"/>
          <w:sz w:val="22"/>
          <w:u w:val="single"/>
        </w:rPr>
        <w:t>creative</w:t>
      </w:r>
      <w:r>
        <w:rPr>
          <w:b w:val="0"/>
          <w:i w:val="0"/>
          <w:smallCaps w:val="0"/>
          <w:strike w:val="0"/>
          <w:sz w:val="16"/>
          <w:u w:val="none"/>
        </w:rPr>
        <w:t xml:space="preserve"> </w:t>
      </w:r>
      <w:r>
        <w:rPr>
          <w:b w:val="0"/>
          <w:i w:val="0"/>
          <w:smallCaps w:val="0"/>
          <w:strike w:val="0"/>
          <w:sz w:val="22"/>
          <w:u w:val="single"/>
        </w:rPr>
        <w:t>processes</w:t>
      </w:r>
      <w:r>
        <w:rPr>
          <w:b w:val="0"/>
          <w:i w:val="0"/>
          <w:smallCaps w:val="0"/>
          <w:strike w:val="0"/>
          <w:sz w:val="16"/>
          <w:u w:val="none"/>
        </w:rPr>
        <w:t xml:space="preserve"> have been </w:t>
      </w:r>
      <w:r>
        <w:rPr>
          <w:b w:val="0"/>
          <w:i w:val="0"/>
          <w:smallCaps w:val="0"/>
          <w:strike w:val="0"/>
          <w:sz w:val="22"/>
          <w:u w:val="single"/>
        </w:rPr>
        <w:t>undermined by</w:t>
      </w:r>
      <w:r>
        <w:rPr>
          <w:b w:val="0"/>
          <w:i w:val="0"/>
          <w:smallCaps w:val="0"/>
          <w:strike w:val="0"/>
          <w:sz w:val="16"/>
          <w:u w:val="none"/>
        </w:rPr>
        <w:t xml:space="preserve"> a </w:t>
      </w:r>
      <w:r>
        <w:rPr>
          <w:b w:val="0"/>
          <w:i w:val="0"/>
          <w:smallCaps w:val="0"/>
          <w:strike w:val="0"/>
          <w:sz w:val="22"/>
          <w:u w:val="single"/>
        </w:rPr>
        <w:t>regime that rewards</w:t>
      </w:r>
      <w:r>
        <w:rPr>
          <w:b w:val="0"/>
          <w:i w:val="0"/>
          <w:smallCaps w:val="0"/>
          <w:strike w:val="0"/>
          <w:sz w:val="16"/>
          <w:u w:val="none"/>
        </w:rPr>
        <w:t xml:space="preserve"> </w:t>
      </w:r>
      <w:r>
        <w:rPr>
          <w:b w:val="0"/>
          <w:i w:val="0"/>
          <w:smallCaps w:val="0"/>
          <w:strike w:val="0"/>
          <w:sz w:val="22"/>
          <w:u w:val="single"/>
        </w:rPr>
        <w:t>limited creativity</w:t>
      </w:r>
      <w:r>
        <w:rPr>
          <w:b w:val="0"/>
          <w:i w:val="0"/>
          <w:smallCaps w:val="0"/>
          <w:strike w:val="0"/>
          <w:sz w:val="16"/>
          <w:u w:val="none"/>
        </w:rPr>
        <w:t xml:space="preserve"> and punishes those </w:t>
      </w:r>
      <w:r>
        <w:rPr>
          <w:b w:val="0"/>
          <w:i w:val="0"/>
          <w:smallCaps w:val="0"/>
          <w:strike w:val="0"/>
          <w:sz w:val="22"/>
          <w:u w:val="single"/>
        </w:rPr>
        <w:t>who push musical artistry to new</w:t>
      </w:r>
      <w:r>
        <w:rPr>
          <w:b w:val="0"/>
          <w:i w:val="0"/>
          <w:smallCaps w:val="0"/>
          <w:strike w:val="0"/>
          <w:sz w:val="16"/>
          <w:u w:val="none"/>
        </w:rPr>
        <w:t xml:space="preserve"> </w:t>
      </w:r>
      <w:r>
        <w:rPr>
          <w:b w:val="0"/>
          <w:i w:val="0"/>
          <w:smallCaps w:val="0"/>
          <w:strike w:val="0"/>
          <w:sz w:val="22"/>
          <w:u w:val="single"/>
        </w:rPr>
        <w:t>levels</w:t>
      </w:r>
      <w:r>
        <w:rPr>
          <w:b w:val="0"/>
          <w:i w:val="0"/>
          <w:smallCaps w:val="0"/>
          <w:strike w:val="0"/>
          <w:sz w:val="16"/>
          <w:u w:val="none"/>
        </w:rPr>
        <w:t xml:space="preserve">."' Consequently, many </w:t>
      </w:r>
      <w:r>
        <w:rPr>
          <w:b w:val="0"/>
          <w:i w:val="0"/>
          <w:smallCaps w:val="0"/>
          <w:strike w:val="0"/>
          <w:sz w:val="22"/>
          <w:u w:val="single"/>
        </w:rPr>
        <w:t>Black artists</w:t>
      </w:r>
      <w:r>
        <w:rPr>
          <w:b w:val="0"/>
          <w:i w:val="0"/>
          <w:smallCaps w:val="0"/>
          <w:strike w:val="0"/>
          <w:sz w:val="16"/>
          <w:u w:val="none"/>
        </w:rPr>
        <w:t xml:space="preserve"> have </w:t>
      </w:r>
      <w:r>
        <w:rPr>
          <w:b w:val="0"/>
          <w:i w:val="0"/>
          <w:smallCaps w:val="0"/>
          <w:strike w:val="0"/>
          <w:sz w:val="22"/>
          <w:u w:val="single"/>
        </w:rPr>
        <w:t>either left the</w:t>
      </w:r>
      <w:r>
        <w:rPr>
          <w:b w:val="0"/>
          <w:i w:val="0"/>
          <w:smallCaps w:val="0"/>
          <w:strike w:val="0"/>
          <w:sz w:val="16"/>
          <w:u w:val="none"/>
        </w:rPr>
        <w:t xml:space="preserve"> music </w:t>
      </w:r>
      <w:r>
        <w:rPr>
          <w:b w:val="0"/>
          <w:i w:val="0"/>
          <w:smallCaps w:val="0"/>
          <w:strike w:val="0"/>
          <w:sz w:val="22"/>
          <w:u w:val="single"/>
        </w:rPr>
        <w:t>industry</w:t>
      </w:r>
      <w:r>
        <w:rPr>
          <w:b w:val="0"/>
          <w:i w:val="0"/>
          <w:smallCaps w:val="0"/>
          <w:strike w:val="0"/>
          <w:sz w:val="16"/>
          <w:u w:val="none"/>
        </w:rPr>
        <w:t xml:space="preserve"> for another occupation </w:t>
      </w:r>
      <w:r>
        <w:rPr>
          <w:b w:val="0"/>
          <w:i w:val="0"/>
          <w:smallCaps w:val="0"/>
          <w:strike w:val="0"/>
          <w:sz w:val="22"/>
          <w:u w:val="single"/>
        </w:rPr>
        <w:t>or entirely altered</w:t>
      </w:r>
      <w:r>
        <w:rPr>
          <w:b w:val="0"/>
          <w:i w:val="0"/>
          <w:smallCaps w:val="0"/>
          <w:strike w:val="0"/>
          <w:sz w:val="16"/>
          <w:u w:val="none"/>
        </w:rPr>
        <w:t xml:space="preserve"> their </w:t>
      </w:r>
      <w:r>
        <w:rPr>
          <w:b w:val="0"/>
          <w:i w:val="0"/>
          <w:smallCaps w:val="0"/>
          <w:strike w:val="0"/>
          <w:sz w:val="22"/>
          <w:u w:val="single"/>
        </w:rPr>
        <w:t>method of creativity</w:t>
      </w:r>
      <w:r>
        <w:rPr>
          <w:b w:val="0"/>
          <w:i w:val="0"/>
          <w:smallCaps w:val="0"/>
          <w:strike w:val="0"/>
          <w:sz w:val="16"/>
          <w:u w:val="none"/>
        </w:rPr>
        <w:t xml:space="preserve"> </w:t>
      </w:r>
      <w:r>
        <w:rPr>
          <w:b w:val="0"/>
          <w:i w:val="0"/>
          <w:smallCaps w:val="0"/>
          <w:strike w:val="0"/>
          <w:sz w:val="22"/>
          <w:u w:val="single"/>
        </w:rPr>
        <w:t>due to</w:t>
      </w:r>
      <w:r>
        <w:rPr>
          <w:b w:val="0"/>
          <w:i w:val="0"/>
          <w:smallCaps w:val="0"/>
          <w:strike w:val="0"/>
          <w:sz w:val="16"/>
          <w:u w:val="none"/>
        </w:rPr>
        <w:t xml:space="preserve"> </w:t>
      </w:r>
      <w:r>
        <w:rPr>
          <w:b w:val="0"/>
          <w:i w:val="0"/>
          <w:smallCaps w:val="0"/>
          <w:strike w:val="0"/>
          <w:sz w:val="22"/>
          <w:u w:val="single"/>
        </w:rPr>
        <w:t>lack of financial</w:t>
      </w:r>
      <w:r>
        <w:rPr>
          <w:b w:val="0"/>
          <w:i w:val="0"/>
          <w:smallCaps w:val="0"/>
          <w:strike w:val="0"/>
          <w:sz w:val="16"/>
          <w:u w:val="none"/>
        </w:rPr>
        <w:t xml:space="preserve"> </w:t>
      </w:r>
      <w:r>
        <w:rPr>
          <w:b w:val="0"/>
          <w:i w:val="0"/>
          <w:smallCaps w:val="0"/>
          <w:strike w:val="0"/>
          <w:sz w:val="22"/>
          <w:u w:val="single"/>
        </w:rPr>
        <w:t>reward and legal marginalization</w:t>
      </w:r>
      <w:r>
        <w:rPr>
          <w:b w:val="0"/>
          <w:i w:val="0"/>
          <w:smallCaps w:val="0"/>
          <w:strike w:val="0"/>
          <w:sz w:val="16"/>
          <w:u w:val="none"/>
        </w:rPr>
        <w:t xml:space="preserve">. 8 B. </w:t>
      </w:r>
      <w:r>
        <w:rPr>
          <w:b w:val="0"/>
          <w:i w:val="0"/>
          <w:smallCaps w:val="0"/>
          <w:strike w:val="0"/>
          <w:sz w:val="22"/>
          <w:u w:val="single"/>
        </w:rPr>
        <w:t>Incorporation of Moral Rights</w:t>
      </w:r>
      <w:r>
        <w:rPr>
          <w:b w:val="0"/>
          <w:i w:val="0"/>
          <w:smallCaps w:val="0"/>
          <w:strike w:val="0"/>
          <w:sz w:val="16"/>
          <w:u w:val="none"/>
        </w:rPr>
        <w:t xml:space="preserve"> </w:t>
      </w:r>
      <w:r>
        <w:rPr>
          <w:b w:val="0"/>
          <w:i w:val="0"/>
          <w:smallCaps w:val="0"/>
          <w:strike w:val="0"/>
          <w:sz w:val="22"/>
          <w:u w:val="single"/>
        </w:rPr>
        <w:t>In contrast</w:t>
      </w:r>
      <w:r>
        <w:rPr>
          <w:b w:val="0"/>
          <w:i w:val="0"/>
          <w:smallCaps w:val="0"/>
          <w:strike w:val="0"/>
          <w:sz w:val="16"/>
          <w:u w:val="none"/>
        </w:rPr>
        <w:t xml:space="preserve"> to American copyright law, many European countries </w:t>
      </w:r>
      <w:r>
        <w:rPr>
          <w:b w:val="0"/>
          <w:i w:val="0"/>
          <w:smallCaps w:val="0"/>
          <w:strike w:val="0"/>
          <w:sz w:val="22"/>
          <w:u w:val="single"/>
        </w:rPr>
        <w:t>broadened their</w:t>
      </w:r>
      <w:r>
        <w:rPr>
          <w:b w:val="0"/>
          <w:i w:val="0"/>
          <w:smallCaps w:val="0"/>
          <w:strike w:val="0"/>
          <w:sz w:val="16"/>
          <w:u w:val="none"/>
        </w:rPr>
        <w:t xml:space="preserve"> copyright </w:t>
      </w:r>
      <w:r>
        <w:rPr>
          <w:b w:val="0"/>
          <w:i w:val="0"/>
          <w:smallCaps w:val="0"/>
          <w:strike w:val="0"/>
          <w:sz w:val="22"/>
          <w:u w:val="single"/>
        </w:rPr>
        <w:t>law to</w:t>
      </w:r>
      <w:r>
        <w:rPr>
          <w:b w:val="0"/>
          <w:i w:val="0"/>
          <w:smallCaps w:val="0"/>
          <w:strike w:val="0"/>
          <w:sz w:val="16"/>
          <w:u w:val="none"/>
        </w:rPr>
        <w:t xml:space="preserve"> </w:t>
      </w:r>
      <w:r>
        <w:rPr>
          <w:b w:val="0"/>
          <w:i w:val="0"/>
          <w:smallCaps w:val="0"/>
          <w:strike w:val="0"/>
          <w:sz w:val="22"/>
          <w:u w:val="single"/>
        </w:rPr>
        <w:t>include moral rights as well as eco</w:t>
      </w:r>
      <w:r>
        <w:rPr>
          <w:b w:val="0"/>
          <w:i w:val="0"/>
          <w:smallCaps w:val="0"/>
          <w:strike w:val="0"/>
          <w:sz w:val="16"/>
          <w:u w:val="none"/>
        </w:rPr>
        <w:t xml:space="preserve">- 219 </w:t>
      </w:r>
      <w:r>
        <w:rPr>
          <w:b w:val="0"/>
          <w:i w:val="0"/>
          <w:smallCaps w:val="0"/>
          <w:strike w:val="0"/>
          <w:sz w:val="22"/>
          <w:u w:val="single"/>
        </w:rPr>
        <w:t>nomic ones</w:t>
      </w:r>
      <w:r>
        <w:rPr>
          <w:b w:val="0"/>
          <w:i w:val="0"/>
          <w:smallCaps w:val="0"/>
          <w:strike w:val="0"/>
          <w:sz w:val="16"/>
          <w:u w:val="none"/>
        </w:rPr>
        <w:t xml:space="preserve">. Moral rights </w:t>
      </w:r>
      <w:r>
        <w:rPr>
          <w:b w:val="0"/>
          <w:i w:val="0"/>
          <w:smallCaps w:val="0"/>
          <w:strike w:val="0"/>
          <w:sz w:val="22"/>
          <w:u w:val="single"/>
        </w:rPr>
        <w:t>still recognize</w:t>
      </w:r>
      <w:r>
        <w:rPr>
          <w:b w:val="0"/>
          <w:i w:val="0"/>
          <w:smallCaps w:val="0"/>
          <w:strike w:val="0"/>
          <w:sz w:val="16"/>
          <w:u w:val="none"/>
        </w:rPr>
        <w:t xml:space="preserve"> an author's </w:t>
      </w:r>
      <w:r>
        <w:rPr>
          <w:b w:val="0"/>
          <w:i w:val="0"/>
          <w:smallCaps w:val="0"/>
          <w:strike w:val="0"/>
          <w:sz w:val="22"/>
          <w:u w:val="single"/>
        </w:rPr>
        <w:t>work as an economic interest</w:t>
      </w:r>
      <w:r>
        <w:rPr>
          <w:b w:val="0"/>
          <w:i w:val="0"/>
          <w:smallCaps w:val="0"/>
          <w:strike w:val="0"/>
          <w:sz w:val="16"/>
          <w:u w:val="none"/>
        </w:rPr>
        <w:t xml:space="preserve">, but they also </w:t>
      </w:r>
      <w:r>
        <w:rPr>
          <w:b w:val="0"/>
          <w:i w:val="0"/>
          <w:smallCaps w:val="0"/>
          <w:strike w:val="0"/>
          <w:sz w:val="22"/>
          <w:u w:val="single"/>
        </w:rPr>
        <w:t>treat an author's work as a natural</w:t>
      </w:r>
      <w:r>
        <w:rPr>
          <w:b w:val="0"/>
          <w:i w:val="0"/>
          <w:smallCaps w:val="0"/>
          <w:strike w:val="0"/>
          <w:sz w:val="16"/>
          <w:u w:val="none"/>
        </w:rPr>
        <w:t xml:space="preserve"> </w:t>
      </w:r>
      <w:r>
        <w:rPr>
          <w:b w:val="0"/>
          <w:i w:val="0"/>
          <w:smallCaps w:val="0"/>
          <w:strike w:val="0"/>
          <w:sz w:val="22"/>
          <w:u w:val="single"/>
        </w:rPr>
        <w:t>right</w:t>
      </w:r>
      <w:r>
        <w:rPr>
          <w:b w:val="0"/>
          <w:i w:val="0"/>
          <w:smallCaps w:val="0"/>
          <w:strike w:val="0"/>
          <w:sz w:val="16"/>
          <w:u w:val="none"/>
        </w:rPr>
        <w:t xml:space="preserve"> 220 hmrlrgt a nld h </w:t>
      </w:r>
      <w:r>
        <w:rPr>
          <w:b w:val="0"/>
          <w:i w:val="0"/>
          <w:smallCaps w:val="0"/>
          <w:strike w:val="0"/>
          <w:sz w:val="22"/>
          <w:u w:val="single"/>
        </w:rPr>
        <w:t>and extension of</w:t>
      </w:r>
      <w:r>
        <w:rPr>
          <w:b w:val="0"/>
          <w:i w:val="0"/>
          <w:smallCaps w:val="0"/>
          <w:strike w:val="0"/>
          <w:sz w:val="16"/>
          <w:u w:val="none"/>
        </w:rPr>
        <w:t xml:space="preserve"> her </w:t>
      </w:r>
      <w:r>
        <w:rPr>
          <w:b w:val="0"/>
          <w:i w:val="0"/>
          <w:smallCaps w:val="0"/>
          <w:strike w:val="0"/>
          <w:sz w:val="22"/>
          <w:u w:val="single"/>
        </w:rPr>
        <w:t>personality</w:t>
      </w:r>
      <w:r>
        <w:rPr>
          <w:b w:val="0"/>
          <w:i w:val="0"/>
          <w:smallCaps w:val="0"/>
          <w:strike w:val="0"/>
          <w:sz w:val="16"/>
          <w:u w:val="none"/>
        </w:rPr>
        <w:t xml:space="preserve">. Such moral rights may include the </w:t>
      </w:r>
      <w:r>
        <w:rPr>
          <w:b w:val="0"/>
          <w:i w:val="0"/>
          <w:smallCaps w:val="0"/>
          <w:strike w:val="0"/>
          <w:sz w:val="22"/>
          <w:u w:val="single"/>
        </w:rPr>
        <w:t>rights of paternity</w:t>
      </w:r>
      <w:r>
        <w:rPr>
          <w:b w:val="0"/>
          <w:i w:val="0"/>
          <w:smallCaps w:val="0"/>
          <w:strike w:val="0"/>
          <w:sz w:val="16"/>
          <w:u w:val="none"/>
        </w:rPr>
        <w:t xml:space="preserve">, </w:t>
      </w:r>
      <w:r>
        <w:rPr>
          <w:b w:val="0"/>
          <w:i w:val="0"/>
          <w:smallCaps w:val="0"/>
          <w:strike w:val="0"/>
          <w:sz w:val="22"/>
          <w:u w:val="single"/>
        </w:rPr>
        <w:t>attribution</w:t>
      </w:r>
      <w:r>
        <w:rPr>
          <w:b w:val="0"/>
          <w:i w:val="0"/>
          <w:smallCaps w:val="0"/>
          <w:strike w:val="0"/>
          <w:sz w:val="16"/>
          <w:u w:val="none"/>
        </w:rPr>
        <w:t xml:space="preserve">, and </w:t>
      </w:r>
      <w:r>
        <w:rPr>
          <w:b w:val="0"/>
          <w:i w:val="0"/>
          <w:smallCaps w:val="0"/>
          <w:strike w:val="0"/>
          <w:sz w:val="22"/>
          <w:u w:val="single"/>
        </w:rPr>
        <w:t>integrity</w:t>
      </w:r>
      <w:r>
        <w:rPr>
          <w:b w:val="0"/>
          <w:i w:val="0"/>
          <w:smallCaps w:val="0"/>
          <w:strike w:val="0"/>
          <w:sz w:val="16"/>
          <w:u w:val="none"/>
        </w:rPr>
        <w:t xml:space="preserve">.221 </w:t>
      </w:r>
      <w:r>
        <w:rPr>
          <w:b w:val="0"/>
          <w:i w:val="0"/>
          <w:smallCaps w:val="0"/>
          <w:strike w:val="0"/>
          <w:sz w:val="22"/>
          <w:u w:val="single"/>
        </w:rPr>
        <w:t>The incorporation</w:t>
      </w:r>
      <w:r>
        <w:rPr>
          <w:b w:val="0"/>
          <w:i w:val="0"/>
          <w:smallCaps w:val="0"/>
          <w:strike w:val="0"/>
          <w:sz w:val="16"/>
          <w:u w:val="none"/>
        </w:rPr>
        <w:t xml:space="preserve"> of </w:t>
      </w:r>
      <w:r>
        <w:rPr>
          <w:b w:val="0"/>
          <w:i w:val="0"/>
          <w:smallCaps w:val="0"/>
          <w:strike w:val="0"/>
          <w:sz w:val="22"/>
          <w:u w:val="single"/>
        </w:rPr>
        <w:t>moral</w:t>
      </w:r>
      <w:r>
        <w:rPr>
          <w:b w:val="0"/>
          <w:i w:val="0"/>
          <w:smallCaps w:val="0"/>
          <w:strike w:val="0"/>
          <w:sz w:val="16"/>
          <w:u w:val="none"/>
        </w:rPr>
        <w:t xml:space="preserve"> </w:t>
      </w:r>
      <w:r>
        <w:rPr>
          <w:b w:val="0"/>
          <w:i w:val="0"/>
          <w:smallCaps w:val="0"/>
          <w:strike w:val="0"/>
          <w:sz w:val="22"/>
          <w:u w:val="single"/>
        </w:rPr>
        <w:t>theory into</w:t>
      </w:r>
      <w:r>
        <w:rPr>
          <w:b w:val="0"/>
          <w:i w:val="0"/>
          <w:smallCaps w:val="0"/>
          <w:strike w:val="0"/>
          <w:sz w:val="16"/>
          <w:u w:val="none"/>
        </w:rPr>
        <w:t xml:space="preserve"> American copyright law may </w:t>
      </w:r>
      <w:r>
        <w:rPr>
          <w:b w:val="0"/>
          <w:i w:val="0"/>
          <w:smallCaps w:val="0"/>
          <w:strike w:val="0"/>
          <w:sz w:val="22"/>
          <w:u w:val="single"/>
        </w:rPr>
        <w:t>help</w:t>
      </w:r>
      <w:r>
        <w:rPr>
          <w:b w:val="0"/>
          <w:i w:val="0"/>
          <w:smallCaps w:val="0"/>
          <w:strike w:val="0"/>
          <w:sz w:val="16"/>
          <w:u w:val="none"/>
        </w:rPr>
        <w:t xml:space="preserve"> </w:t>
      </w:r>
      <w:r>
        <w:rPr>
          <w:b w:val="0"/>
          <w:i w:val="0"/>
          <w:smallCaps w:val="0"/>
          <w:strike w:val="0"/>
          <w:sz w:val="22"/>
          <w:u w:val="single"/>
        </w:rPr>
        <w:t>create a</w:t>
      </w:r>
      <w:r>
        <w:rPr>
          <w:b w:val="0"/>
          <w:i w:val="0"/>
          <w:smallCaps w:val="0"/>
          <w:strike w:val="0"/>
          <w:sz w:val="16"/>
          <w:u w:val="none"/>
        </w:rPr>
        <w:t xml:space="preserve"> copyright </w:t>
      </w:r>
      <w:r>
        <w:rPr>
          <w:b w:val="0"/>
          <w:i w:val="0"/>
          <w:smallCaps w:val="0"/>
          <w:strike w:val="0"/>
          <w:sz w:val="22"/>
          <w:u w:val="single"/>
        </w:rPr>
        <w:t>regime more harmonious with the Black musical tradition</w:t>
      </w:r>
      <w:r>
        <w:rPr>
          <w:b w:val="0"/>
          <w:i w:val="0"/>
          <w:smallCaps w:val="0"/>
          <w:strike w:val="0"/>
          <w:sz w:val="16"/>
          <w:u w:val="none"/>
        </w:rPr>
        <w:t xml:space="preserve">.2 22 Due to the </w:t>
      </w:r>
      <w:r>
        <w:rPr>
          <w:b w:val="0"/>
          <w:i w:val="0"/>
          <w:smallCaps w:val="0"/>
          <w:strike w:val="0"/>
          <w:sz w:val="22"/>
          <w:u w:val="single"/>
        </w:rPr>
        <w:t>restrictive copyright regime</w:t>
      </w:r>
      <w:r>
        <w:rPr>
          <w:b w:val="0"/>
          <w:i w:val="0"/>
          <w:smallCaps w:val="0"/>
          <w:strike w:val="0"/>
          <w:sz w:val="16"/>
          <w:u w:val="none"/>
        </w:rPr>
        <w:t xml:space="preserve">, </w:t>
      </w:r>
      <w:r>
        <w:rPr>
          <w:b w:val="0"/>
          <w:i w:val="0"/>
          <w:smallCaps w:val="0"/>
          <w:strike w:val="0"/>
          <w:sz w:val="22"/>
          <w:u w:val="single"/>
        </w:rPr>
        <w:t>Black</w:t>
      </w:r>
      <w:r>
        <w:rPr>
          <w:b w:val="0"/>
          <w:i w:val="0"/>
          <w:smallCaps w:val="0"/>
          <w:strike w:val="0"/>
          <w:sz w:val="16"/>
          <w:u w:val="none"/>
        </w:rPr>
        <w:t xml:space="preserve"> musician</w:t>
      </w:r>
      <w:r>
        <w:rPr>
          <w:b w:val="0"/>
          <w:i w:val="0"/>
          <w:smallCaps w:val="0"/>
          <w:strike w:val="0"/>
          <w:sz w:val="22"/>
          <w:u w:val="single"/>
        </w:rPr>
        <w:t>s</w:t>
      </w:r>
      <w:r>
        <w:rPr>
          <w:b w:val="0"/>
          <w:i w:val="0"/>
          <w:smallCaps w:val="0"/>
          <w:strike w:val="0"/>
          <w:sz w:val="16"/>
          <w:u w:val="none"/>
        </w:rPr>
        <w:t xml:space="preserve"> have historically </w:t>
      </w:r>
      <w:r>
        <w:rPr>
          <w:b w:val="0"/>
          <w:i w:val="0"/>
          <w:smallCaps w:val="0"/>
          <w:strike w:val="0"/>
          <w:sz w:val="22"/>
          <w:u w:val="single"/>
        </w:rPr>
        <w:t>struggled to reap</w:t>
      </w:r>
      <w:r>
        <w:rPr>
          <w:b w:val="0"/>
          <w:i w:val="0"/>
          <w:smallCaps w:val="0"/>
          <w:strike w:val="0"/>
          <w:sz w:val="16"/>
          <w:u w:val="none"/>
        </w:rPr>
        <w:t xml:space="preserve"> the </w:t>
      </w:r>
      <w:r>
        <w:rPr>
          <w:b w:val="0"/>
          <w:i w:val="0"/>
          <w:smallCaps w:val="0"/>
          <w:strike w:val="0"/>
          <w:sz w:val="22"/>
          <w:u w:val="single"/>
        </w:rPr>
        <w:t>rewards of their labor</w:t>
      </w:r>
      <w:r>
        <w:rPr>
          <w:b w:val="0"/>
          <w:i w:val="0"/>
          <w:smallCaps w:val="0"/>
          <w:strike w:val="0"/>
          <w:sz w:val="16"/>
          <w:u w:val="none"/>
        </w:rPr>
        <w:t xml:space="preserve">, to contribute to society, </w:t>
      </w:r>
      <w:r>
        <w:rPr>
          <w:b w:val="0"/>
          <w:i w:val="0"/>
          <w:smallCaps w:val="0"/>
          <w:strike w:val="0"/>
          <w:sz w:val="22"/>
          <w:u w:val="single"/>
        </w:rPr>
        <w:t xml:space="preserve">and to protect </w:t>
      </w:r>
      <w:r>
        <w:rPr>
          <w:b w:val="0"/>
          <w:i w:val="0"/>
          <w:smallCaps w:val="0"/>
          <w:strike w:val="0"/>
          <w:sz w:val="16"/>
          <w:u w:val="none"/>
        </w:rPr>
        <w:t xml:space="preserve">the </w:t>
      </w:r>
      <w:r>
        <w:rPr>
          <w:b w:val="0"/>
          <w:i w:val="0"/>
          <w:smallCaps w:val="0"/>
          <w:strike w:val="0"/>
          <w:sz w:val="22"/>
          <w:u w:val="single"/>
        </w:rPr>
        <w:t>integrity</w:t>
      </w:r>
      <w:r>
        <w:rPr>
          <w:b w:val="0"/>
          <w:i w:val="0"/>
          <w:smallCaps w:val="0"/>
          <w:strike w:val="0"/>
          <w:sz w:val="16"/>
          <w:u w:val="none"/>
        </w:rPr>
        <w:t xml:space="preserve"> of their creations </w:t>
      </w:r>
      <w:r>
        <w:rPr>
          <w:b w:val="0"/>
          <w:i w:val="0"/>
          <w:smallCaps w:val="0"/>
          <w:strike w:val="0"/>
          <w:sz w:val="22"/>
          <w:u w:val="single"/>
        </w:rPr>
        <w:t>as extensions of</w:t>
      </w:r>
      <w:r>
        <w:rPr>
          <w:b w:val="0"/>
          <w:i w:val="0"/>
          <w:smallCaps w:val="0"/>
          <w:strike w:val="0"/>
          <w:sz w:val="16"/>
          <w:u w:val="none"/>
        </w:rPr>
        <w:t xml:space="preserve"> their </w:t>
      </w:r>
      <w:r>
        <w:rPr>
          <w:b w:val="0"/>
          <w:i w:val="0"/>
          <w:smallCaps w:val="0"/>
          <w:strike w:val="0"/>
          <w:sz w:val="22"/>
          <w:u w:val="single"/>
        </w:rPr>
        <w:t>personalities</w:t>
      </w:r>
      <w:r>
        <w:rPr>
          <w:b w:val="0"/>
          <w:i w:val="0"/>
          <w:smallCaps w:val="0"/>
          <w:strike w:val="0"/>
          <w:sz w:val="16"/>
          <w:u w:val="none"/>
        </w:rPr>
        <w:t xml:space="preserve">. Other regions of the world, such as Western Europe, Africa, and Asia, respect moral theory.223 Moral law incorporates </w:t>
      </w:r>
      <w:r>
        <w:rPr>
          <w:b w:val="0"/>
          <w:i w:val="0"/>
          <w:smallCaps w:val="0"/>
          <w:strike w:val="0"/>
          <w:sz w:val="22"/>
          <w:u w:val="single"/>
        </w:rPr>
        <w:t>notions of paternity, attribution, and integrity</w:t>
      </w:r>
      <w:r>
        <w:rPr>
          <w:b w:val="0"/>
          <w:i w:val="0"/>
          <w:smallCaps w:val="0"/>
          <w:strike w:val="0"/>
          <w:sz w:val="16"/>
          <w:u w:val="none"/>
        </w:rPr>
        <w:t xml:space="preserve">. Perhaps paternity and attribution, </w:t>
      </w:r>
      <w:r>
        <w:rPr>
          <w:b w:val="0"/>
          <w:i w:val="0"/>
          <w:smallCaps w:val="0"/>
          <w:strike w:val="0"/>
          <w:sz w:val="22"/>
          <w:u w:val="single"/>
        </w:rPr>
        <w:t>which protect</w:t>
      </w:r>
      <w:r>
        <w:rPr>
          <w:b w:val="0"/>
          <w:i w:val="0"/>
          <w:smallCaps w:val="0"/>
          <w:strike w:val="0"/>
          <w:sz w:val="16"/>
          <w:u w:val="none"/>
        </w:rPr>
        <w:t xml:space="preserve"> the </w:t>
      </w:r>
      <w:r>
        <w:rPr>
          <w:b w:val="0"/>
          <w:i w:val="0"/>
          <w:smallCaps w:val="0"/>
          <w:strike w:val="0"/>
          <w:sz w:val="22"/>
          <w:u w:val="single"/>
        </w:rPr>
        <w:t>right to be known as</w:t>
      </w:r>
      <w:r>
        <w:rPr>
          <w:b w:val="0"/>
          <w:i w:val="0"/>
          <w:smallCaps w:val="0"/>
          <w:strike w:val="0"/>
          <w:sz w:val="16"/>
          <w:u w:val="none"/>
        </w:rPr>
        <w:t xml:space="preserve"> an </w:t>
      </w:r>
      <w:r>
        <w:rPr>
          <w:b w:val="0"/>
          <w:i w:val="0"/>
          <w:smallCaps w:val="0"/>
          <w:strike w:val="0"/>
          <w:sz w:val="22"/>
          <w:u w:val="single"/>
        </w:rPr>
        <w:t>author</w:t>
      </w:r>
      <w:r>
        <w:rPr>
          <w:b w:val="0"/>
          <w:i w:val="0"/>
          <w:smallCaps w:val="0"/>
          <w:strike w:val="0"/>
          <w:sz w:val="16"/>
          <w:u w:val="none"/>
        </w:rPr>
        <w:t xml:space="preserve"> and the </w:t>
      </w:r>
      <w:r>
        <w:rPr>
          <w:b w:val="0"/>
          <w:i w:val="0"/>
          <w:smallCaps w:val="0"/>
          <w:strike w:val="0"/>
          <w:sz w:val="22"/>
          <w:u w:val="single"/>
        </w:rPr>
        <w:t>right to prevent others from being named the author of a work</w:t>
      </w:r>
      <w:r>
        <w:rPr>
          <w:b w:val="0"/>
          <w:i w:val="0"/>
          <w:smallCaps w:val="0"/>
          <w:strike w:val="0"/>
          <w:sz w:val="16"/>
          <w:u w:val="none"/>
        </w:rPr>
        <w:t xml:space="preserve">, '2' respectively, would have assisted Black musicians who created music in the blues, ragtime, and rock 'n' roll eras and whose creative efforts were frustrated by the </w:t>
      </w:r>
      <w:r>
        <w:rPr>
          <w:b w:val="0"/>
          <w:i w:val="0"/>
          <w:smallCaps w:val="0"/>
          <w:strike w:val="0"/>
          <w:sz w:val="22"/>
          <w:u w:val="single"/>
        </w:rPr>
        <w:t>rampant imitation and appropriation of their works</w:t>
      </w:r>
      <w:r>
        <w:rPr>
          <w:b w:val="0"/>
          <w:i w:val="0"/>
          <w:smallCaps w:val="0"/>
          <w:strike w:val="0"/>
          <w:sz w:val="16"/>
          <w:u w:val="none"/>
        </w:rPr>
        <w:t xml:space="preserve"> by White artists, record labels, and publishers. </w:t>
      </w:r>
      <w:r>
        <w:rPr>
          <w:b w:val="0"/>
          <w:i w:val="0"/>
          <w:smallCaps w:val="0"/>
          <w:strike w:val="0"/>
          <w:sz w:val="22"/>
          <w:u w:val="single"/>
        </w:rPr>
        <w:t>Legislators are</w:t>
      </w:r>
      <w:r>
        <w:rPr>
          <w:b w:val="0"/>
          <w:i w:val="0"/>
          <w:smallCaps w:val="0"/>
          <w:strike w:val="0"/>
          <w:sz w:val="16"/>
          <w:u w:val="none"/>
        </w:rPr>
        <w:t xml:space="preserve"> best </w:t>
      </w:r>
      <w:r>
        <w:rPr>
          <w:b w:val="0"/>
          <w:i w:val="0"/>
          <w:smallCaps w:val="0"/>
          <w:strike w:val="0"/>
          <w:sz w:val="22"/>
          <w:u w:val="single"/>
        </w:rPr>
        <w:t>able to consider</w:t>
      </w:r>
      <w:r>
        <w:rPr>
          <w:b w:val="0"/>
          <w:i w:val="0"/>
          <w:smallCaps w:val="0"/>
          <w:strike w:val="0"/>
          <w:sz w:val="16"/>
          <w:u w:val="none"/>
        </w:rPr>
        <w:t xml:space="preserve"> these </w:t>
      </w:r>
      <w:r>
        <w:rPr>
          <w:b w:val="0"/>
          <w:i w:val="0"/>
          <w:smallCaps w:val="0"/>
          <w:strike w:val="0"/>
          <w:sz w:val="22"/>
          <w:u w:val="single"/>
        </w:rPr>
        <w:t>ideological concepts</w:t>
      </w:r>
      <w:r>
        <w:rPr>
          <w:b w:val="0"/>
          <w:i w:val="0"/>
          <w:smallCaps w:val="0"/>
          <w:strike w:val="0"/>
          <w:sz w:val="16"/>
          <w:u w:val="none"/>
        </w:rPr>
        <w:t xml:space="preserve"> and then </w:t>
      </w:r>
      <w:r>
        <w:rPr>
          <w:b w:val="0"/>
          <w:i w:val="0"/>
          <w:smallCaps w:val="0"/>
          <w:strike w:val="0"/>
          <w:sz w:val="22"/>
          <w:u w:val="single"/>
        </w:rPr>
        <w:t>evaluate issues of</w:t>
      </w:r>
      <w:r>
        <w:rPr>
          <w:b w:val="0"/>
          <w:i w:val="0"/>
          <w:smallCaps w:val="0"/>
          <w:strike w:val="0"/>
          <w:sz w:val="16"/>
          <w:u w:val="none"/>
        </w:rPr>
        <w:t xml:space="preserve"> effective </w:t>
      </w:r>
      <w:r>
        <w:rPr>
          <w:b w:val="0"/>
          <w:i w:val="0"/>
          <w:smallCaps w:val="0"/>
          <w:strike w:val="0"/>
          <w:sz w:val="22"/>
          <w:u w:val="single"/>
        </w:rPr>
        <w:t>administration</w:t>
      </w:r>
      <w:r>
        <w:rPr>
          <w:b w:val="0"/>
          <w:i w:val="0"/>
          <w:smallCaps w:val="0"/>
          <w:strike w:val="0"/>
          <w:sz w:val="16"/>
          <w:u w:val="none"/>
        </w:rPr>
        <w:t xml:space="preserve"> and feasibility of execution. However, embracing </w:t>
      </w:r>
      <w:r>
        <w:rPr>
          <w:b w:val="0"/>
          <w:i w:val="0"/>
          <w:smallCaps w:val="0"/>
          <w:strike w:val="0"/>
          <w:sz w:val="22"/>
          <w:u w:val="single"/>
        </w:rPr>
        <w:t>these concepts</w:t>
      </w:r>
      <w:r>
        <w:rPr>
          <w:b w:val="0"/>
          <w:i w:val="0"/>
          <w:smallCaps w:val="0"/>
          <w:strike w:val="0"/>
          <w:sz w:val="16"/>
          <w:u w:val="none"/>
        </w:rPr>
        <w:t xml:space="preserve"> generally </w:t>
      </w:r>
      <w:r>
        <w:rPr>
          <w:b w:val="0"/>
          <w:i w:val="0"/>
          <w:smallCaps w:val="0"/>
          <w:strike w:val="0"/>
          <w:sz w:val="22"/>
          <w:u w:val="single"/>
        </w:rPr>
        <w:t>would</w:t>
      </w:r>
      <w:r>
        <w:rPr>
          <w:b w:val="0"/>
          <w:i w:val="0"/>
          <w:smallCaps w:val="0"/>
          <w:strike w:val="0"/>
          <w:sz w:val="16"/>
          <w:u w:val="none"/>
        </w:rPr>
        <w:t xml:space="preserve"> certainly </w:t>
      </w:r>
      <w:r>
        <w:rPr>
          <w:b w:val="0"/>
          <w:i w:val="0"/>
          <w:smallCaps w:val="0"/>
          <w:strike w:val="0"/>
          <w:sz w:val="22"/>
          <w:u w:val="single"/>
        </w:rPr>
        <w:t>provide recognition</w:t>
      </w:r>
      <w:r>
        <w:rPr>
          <w:b w:val="0"/>
          <w:i w:val="0"/>
          <w:smallCaps w:val="0"/>
          <w:strike w:val="0"/>
          <w:sz w:val="16"/>
          <w:u w:val="none"/>
        </w:rPr>
        <w:t xml:space="preserve"> for previously </w:t>
      </w:r>
      <w:r>
        <w:rPr>
          <w:b w:val="0"/>
          <w:i w:val="0"/>
          <w:smallCaps w:val="0"/>
          <w:strike w:val="0"/>
          <w:sz w:val="22"/>
          <w:u w:val="single"/>
        </w:rPr>
        <w:t>marginalized creative processes</w:t>
      </w:r>
      <w:r>
        <w:rPr>
          <w:b w:val="0"/>
          <w:i w:val="0"/>
          <w:smallCaps w:val="0"/>
          <w:strike w:val="0"/>
          <w:sz w:val="16"/>
          <w:u w:val="none"/>
        </w:rPr>
        <w:t xml:space="preserve">. Though copyright law has greatly differed throughout the generations, </w:t>
      </w:r>
      <w:r>
        <w:rPr>
          <w:b w:val="0"/>
          <w:i w:val="0"/>
          <w:smallCaps w:val="0"/>
          <w:strike w:val="0"/>
          <w:sz w:val="22"/>
          <w:u w:val="single"/>
        </w:rPr>
        <w:t>the tensions between the Black musical idiom and</w:t>
      </w:r>
      <w:r>
        <w:rPr>
          <w:b w:val="0"/>
          <w:i w:val="0"/>
          <w:smallCaps w:val="0"/>
          <w:strike w:val="0"/>
          <w:sz w:val="16"/>
          <w:u w:val="none"/>
        </w:rPr>
        <w:t xml:space="preserve"> </w:t>
      </w:r>
      <w:r>
        <w:rPr>
          <w:b w:val="0"/>
          <w:i w:val="0"/>
          <w:smallCaps w:val="0"/>
          <w:strike w:val="0"/>
          <w:sz w:val="22"/>
          <w:u w:val="single"/>
        </w:rPr>
        <w:t>copyright law are still intact</w:t>
      </w:r>
      <w:r>
        <w:rPr>
          <w:b w:val="0"/>
          <w:i w:val="0"/>
          <w:smallCaps w:val="0"/>
          <w:strike w:val="0"/>
          <w:sz w:val="16"/>
          <w:u w:val="none"/>
        </w:rPr>
        <w:t xml:space="preserve">. Blacks working in the </w:t>
      </w:r>
      <w:r>
        <w:rPr>
          <w:b w:val="0"/>
          <w:i w:val="0"/>
          <w:smallCaps w:val="0"/>
          <w:strike w:val="0"/>
          <w:sz w:val="22"/>
          <w:u w:val="single"/>
        </w:rPr>
        <w:t>Black</w:t>
      </w:r>
      <w:r>
        <w:rPr>
          <w:b w:val="0"/>
          <w:i w:val="0"/>
          <w:smallCaps w:val="0"/>
          <w:strike w:val="0"/>
          <w:sz w:val="16"/>
          <w:u w:val="none"/>
        </w:rPr>
        <w:t xml:space="preserve"> musical </w:t>
      </w:r>
      <w:r>
        <w:rPr>
          <w:b w:val="0"/>
          <w:i w:val="0"/>
          <w:smallCaps w:val="0"/>
          <w:strike w:val="0"/>
          <w:sz w:val="22"/>
          <w:u w:val="single"/>
        </w:rPr>
        <w:t>tradition</w:t>
      </w:r>
      <w:r>
        <w:rPr>
          <w:b w:val="0"/>
          <w:i w:val="0"/>
          <w:smallCaps w:val="0"/>
          <w:strike w:val="0"/>
          <w:sz w:val="16"/>
          <w:u w:val="none"/>
        </w:rPr>
        <w:t xml:space="preserve"> still </w:t>
      </w:r>
      <w:r>
        <w:rPr>
          <w:b w:val="0"/>
          <w:i w:val="0"/>
          <w:smallCaps w:val="0"/>
          <w:strike w:val="0"/>
          <w:sz w:val="22"/>
          <w:u w:val="single"/>
        </w:rPr>
        <w:t>struggle to comply with</w:t>
      </w:r>
      <w:r>
        <w:rPr>
          <w:b w:val="0"/>
          <w:i w:val="0"/>
          <w:smallCaps w:val="0"/>
          <w:strike w:val="0"/>
          <w:sz w:val="16"/>
          <w:u w:val="none"/>
        </w:rPr>
        <w:t xml:space="preserve"> the current </w:t>
      </w:r>
      <w:r>
        <w:rPr>
          <w:b w:val="0"/>
          <w:i w:val="0"/>
          <w:smallCaps w:val="0"/>
          <w:strike w:val="0"/>
          <w:sz w:val="22"/>
          <w:u w:val="single"/>
        </w:rPr>
        <w:t>copyright regimes'</w:t>
      </w:r>
      <w:r>
        <w:rPr>
          <w:b w:val="0"/>
          <w:i w:val="0"/>
          <w:smallCaps w:val="0"/>
          <w:strike w:val="0"/>
          <w:sz w:val="16"/>
          <w:u w:val="none"/>
        </w:rPr>
        <w:t xml:space="preserve"> requirements while maintaining their artistic integrity. </w:t>
      </w:r>
      <w:r>
        <w:rPr>
          <w:b w:val="0"/>
          <w:i w:val="0"/>
          <w:smallCaps w:val="0"/>
          <w:strike w:val="0"/>
          <w:sz w:val="22"/>
          <w:u w:val="single"/>
        </w:rPr>
        <w:t>Current copyright law</w:t>
      </w:r>
      <w:r>
        <w:rPr>
          <w:b w:val="0"/>
          <w:i w:val="0"/>
          <w:smallCaps w:val="0"/>
          <w:strike w:val="0"/>
          <w:sz w:val="16"/>
          <w:u w:val="none"/>
        </w:rPr>
        <w:t xml:space="preserve"> is </w:t>
      </w:r>
      <w:r>
        <w:rPr>
          <w:b w:val="0"/>
          <w:i w:val="0"/>
          <w:smallCaps w:val="0"/>
          <w:strike w:val="0"/>
          <w:sz w:val="22"/>
          <w:u w:val="single"/>
        </w:rPr>
        <w:t>detrimental to creativity</w:t>
      </w:r>
      <w:r>
        <w:rPr>
          <w:b w:val="0"/>
          <w:i w:val="0"/>
          <w:smallCaps w:val="0"/>
          <w:strike w:val="0"/>
          <w:sz w:val="16"/>
          <w:u w:val="none"/>
        </w:rPr>
        <w:t xml:space="preserve"> as well as to society. By limiting musicians' ability to create music, </w:t>
      </w:r>
      <w:r>
        <w:rPr>
          <w:b w:val="0"/>
          <w:i w:val="0"/>
          <w:smallCaps w:val="0"/>
          <w:strike w:val="0"/>
          <w:sz w:val="22"/>
          <w:u w:val="single"/>
        </w:rPr>
        <w:t>copyright law</w:t>
      </w:r>
      <w:r>
        <w:rPr>
          <w:b w:val="0"/>
          <w:i w:val="0"/>
          <w:smallCaps w:val="0"/>
          <w:strike w:val="0"/>
          <w:sz w:val="16"/>
          <w:u w:val="none"/>
        </w:rPr>
        <w:t xml:space="preserve"> also </w:t>
      </w:r>
      <w:r>
        <w:rPr>
          <w:b w:val="0"/>
          <w:i w:val="0"/>
          <w:smallCaps w:val="0"/>
          <w:strike w:val="0"/>
          <w:sz w:val="22"/>
          <w:u w:val="single"/>
        </w:rPr>
        <w:t>deprives society of</w:t>
      </w:r>
      <w:r>
        <w:rPr>
          <w:b w:val="0"/>
          <w:i w:val="0"/>
          <w:smallCaps w:val="0"/>
          <w:strike w:val="0"/>
          <w:sz w:val="16"/>
          <w:u w:val="none"/>
        </w:rPr>
        <w:t xml:space="preserve"> the </w:t>
      </w:r>
      <w:r>
        <w:rPr>
          <w:b w:val="0"/>
          <w:i w:val="0"/>
          <w:smallCaps w:val="0"/>
          <w:strike w:val="0"/>
          <w:sz w:val="22"/>
          <w:u w:val="single"/>
        </w:rPr>
        <w:t>benefits</w:t>
      </w:r>
      <w:r>
        <w:rPr>
          <w:b w:val="0"/>
          <w:i w:val="0"/>
          <w:smallCaps w:val="0"/>
          <w:strike w:val="0"/>
          <w:sz w:val="16"/>
          <w:u w:val="none"/>
        </w:rPr>
        <w:t xml:space="preserve"> that would be </w:t>
      </w:r>
      <w:r>
        <w:rPr>
          <w:b w:val="0"/>
          <w:i w:val="0"/>
          <w:smallCaps w:val="0"/>
          <w:strike w:val="0"/>
          <w:sz w:val="22"/>
          <w:u w:val="single"/>
        </w:rPr>
        <w:t>gained from appreciating this music</w:t>
      </w:r>
      <w:r>
        <w:rPr>
          <w:b w:val="0"/>
          <w:i w:val="0"/>
          <w:smallCaps w:val="0"/>
          <w:strike w:val="0"/>
          <w:sz w:val="16"/>
          <w:u w:val="none"/>
        </w:rPr>
        <w:t xml:space="preserve">. Furthermore, copyright law's inability to address Black musical traditions also negatively impacts society because it hearkens back to the United States' history of racism and lasting paradigms of </w:t>
      </w:r>
      <w:r>
        <w:rPr>
          <w:b w:val="0"/>
          <w:i w:val="0"/>
          <w:smallCaps w:val="0"/>
          <w:strike w:val="0"/>
          <w:sz w:val="22"/>
          <w:u w:val="single"/>
        </w:rPr>
        <w:t>Black inferiority</w:t>
      </w:r>
      <w:r>
        <w:rPr>
          <w:b w:val="0"/>
          <w:i w:val="0"/>
          <w:smallCaps w:val="0"/>
          <w:strike w:val="0"/>
          <w:sz w:val="16"/>
          <w:u w:val="none"/>
        </w:rPr>
        <w:t xml:space="preserve">. Copyright has historically failed to preserve or acknowledge the integrity of important cultural creative processes, and </w:t>
      </w:r>
      <w:r>
        <w:rPr>
          <w:b w:val="0"/>
          <w:i w:val="0"/>
          <w:smallCaps w:val="0"/>
          <w:strike w:val="0"/>
          <w:sz w:val="22"/>
          <w:u w:val="single"/>
        </w:rPr>
        <w:t>legislators should consider expanding the framework</w:t>
      </w:r>
      <w:r>
        <w:rPr>
          <w:b w:val="0"/>
          <w:i w:val="0"/>
          <w:smallCaps w:val="0"/>
          <w:strike w:val="0"/>
          <w:sz w:val="16"/>
          <w:u w:val="none"/>
        </w:rPr>
        <w:t xml:space="preserve">. Though incorporating the Black musical idiom into copyright law cannot compensate Black musicians of the past, such </w:t>
      </w:r>
      <w:r>
        <w:rPr>
          <w:b w:val="0"/>
          <w:i w:val="0"/>
          <w:smallCaps w:val="0"/>
          <w:strike w:val="0"/>
          <w:sz w:val="22"/>
          <w:u w:val="single"/>
        </w:rPr>
        <w:t>incorporation would benefit</w:t>
      </w:r>
      <w:r>
        <w:rPr>
          <w:b w:val="0"/>
          <w:i w:val="0"/>
          <w:smallCaps w:val="0"/>
          <w:strike w:val="0"/>
          <w:sz w:val="16"/>
          <w:u w:val="none"/>
        </w:rPr>
        <w:t xml:space="preserve"> Black musicians currently working in the </w:t>
      </w:r>
      <w:r>
        <w:rPr>
          <w:b w:val="0"/>
          <w:i w:val="0"/>
          <w:smallCaps w:val="0"/>
          <w:strike w:val="0"/>
          <w:sz w:val="22"/>
          <w:u w:val="single"/>
        </w:rPr>
        <w:t>Black musical tradition</w:t>
      </w:r>
      <w:r>
        <w:rPr>
          <w:b w:val="0"/>
          <w:i w:val="0"/>
          <w:smallCaps w:val="0"/>
          <w:strike w:val="0"/>
          <w:sz w:val="16"/>
          <w:u w:val="none"/>
        </w:rPr>
        <w:t xml:space="preserve">. Additionally, </w:t>
      </w:r>
      <w:r>
        <w:rPr>
          <w:b w:val="0"/>
          <w:i w:val="0"/>
          <w:smallCaps w:val="0"/>
          <w:strike w:val="0"/>
          <w:sz w:val="22"/>
          <w:u w:val="single"/>
        </w:rPr>
        <w:t>a broader copyright regime</w:t>
      </w:r>
      <w:r>
        <w:rPr>
          <w:b w:val="0"/>
          <w:i w:val="0"/>
          <w:smallCaps w:val="0"/>
          <w:strike w:val="0"/>
          <w:sz w:val="16"/>
          <w:u w:val="none"/>
        </w:rPr>
        <w:t xml:space="preserve"> would </w:t>
      </w:r>
      <w:r>
        <w:rPr>
          <w:b w:val="0"/>
          <w:i w:val="0"/>
          <w:smallCaps w:val="0"/>
          <w:strike w:val="0"/>
          <w:sz w:val="22"/>
          <w:u w:val="single"/>
        </w:rPr>
        <w:t>benefit</w:t>
      </w:r>
      <w:r>
        <w:rPr>
          <w:b w:val="0"/>
          <w:i w:val="0"/>
          <w:smallCaps w:val="0"/>
          <w:strike w:val="0"/>
          <w:sz w:val="16"/>
          <w:u w:val="none"/>
        </w:rPr>
        <w:t xml:space="preserve"> other </w:t>
      </w:r>
      <w:r>
        <w:rPr>
          <w:b w:val="0"/>
          <w:i w:val="0"/>
          <w:smallCaps w:val="0"/>
          <w:strike w:val="0"/>
          <w:sz w:val="22"/>
          <w:u w:val="single"/>
        </w:rPr>
        <w:t>marginalized communities</w:t>
      </w:r>
      <w:r>
        <w:rPr>
          <w:b w:val="0"/>
          <w:i w:val="0"/>
          <w:smallCaps w:val="0"/>
          <w:strike w:val="0"/>
          <w:sz w:val="16"/>
          <w:u w:val="none"/>
        </w:rPr>
        <w:t xml:space="preserve">, such as </w:t>
      </w:r>
      <w:r>
        <w:rPr>
          <w:b w:val="0"/>
          <w:i w:val="0"/>
          <w:smallCaps w:val="0"/>
          <w:strike w:val="0"/>
          <w:sz w:val="22"/>
          <w:u w:val="single"/>
        </w:rPr>
        <w:t>poorer</w:t>
      </w:r>
      <w:r>
        <w:rPr>
          <w:b w:val="0"/>
          <w:i w:val="0"/>
          <w:smallCaps w:val="0"/>
          <w:strike w:val="0"/>
          <w:sz w:val="16"/>
          <w:u w:val="none"/>
        </w:rPr>
        <w:t xml:space="preserve"> or new </w:t>
      </w:r>
      <w:r>
        <w:rPr>
          <w:b w:val="0"/>
          <w:i w:val="0"/>
          <w:smallCaps w:val="0"/>
          <w:strike w:val="0"/>
          <w:sz w:val="22"/>
          <w:u w:val="single"/>
        </w:rPr>
        <w:t>musicians,</w:t>
      </w:r>
      <w:r>
        <w:rPr>
          <w:b w:val="0"/>
          <w:i w:val="0"/>
          <w:smallCaps w:val="0"/>
          <w:strike w:val="0"/>
          <w:sz w:val="16"/>
          <w:u w:val="none"/>
        </w:rPr>
        <w:t xml:space="preserve"> who may otherwise be unable to afford the expense of sampling under current copyright law, or who may be </w:t>
      </w:r>
      <w:r>
        <w:rPr>
          <w:b w:val="0"/>
          <w:i w:val="0"/>
          <w:smallCaps w:val="0"/>
          <w:strike w:val="0"/>
          <w:sz w:val="22"/>
          <w:u w:val="single"/>
        </w:rPr>
        <w:t>unable to effectively fight costly litigation</w:t>
      </w:r>
      <w:r>
        <w:rPr>
          <w:b w:val="0"/>
          <w:i w:val="0"/>
          <w:smallCaps w:val="0"/>
          <w:strike w:val="0"/>
          <w:sz w:val="16"/>
          <w:u w:val="none"/>
        </w:rPr>
        <w:t xml:space="preserve"> that could result from claims of illegal sampling. It is </w:t>
      </w:r>
      <w:r>
        <w:rPr>
          <w:b w:val="0"/>
          <w:i w:val="0"/>
          <w:smallCaps w:val="0"/>
          <w:strike w:val="0"/>
          <w:sz w:val="22"/>
          <w:u w:val="single"/>
        </w:rPr>
        <w:t>imperative to amend copyright law</w:t>
      </w:r>
      <w:r>
        <w:rPr>
          <w:b w:val="0"/>
          <w:i w:val="0"/>
          <w:smallCaps w:val="0"/>
          <w:strike w:val="0"/>
          <w:sz w:val="16"/>
          <w:u w:val="none"/>
        </w:rPr>
        <w:t xml:space="preserve">, possibly through the incorporation of moral considerations, not only so that artists can be fully compensated for their work, but also </w:t>
      </w:r>
      <w:r>
        <w:rPr>
          <w:b w:val="0"/>
          <w:i w:val="0"/>
          <w:smallCaps w:val="0"/>
          <w:strike w:val="0"/>
          <w:sz w:val="22"/>
          <w:u w:val="single"/>
        </w:rPr>
        <w:t>so that society</w:t>
      </w:r>
      <w:r>
        <w:rPr>
          <w:b w:val="0"/>
          <w:i w:val="0"/>
          <w:smallCaps w:val="0"/>
          <w:strike w:val="0"/>
          <w:sz w:val="16"/>
          <w:u w:val="none"/>
        </w:rPr>
        <w:t xml:space="preserve"> </w:t>
      </w:r>
      <w:r>
        <w:rPr>
          <w:b w:val="0"/>
          <w:i w:val="0"/>
          <w:smallCaps w:val="0"/>
          <w:strike w:val="0"/>
          <w:sz w:val="22"/>
          <w:u w:val="single"/>
        </w:rPr>
        <w:t>can fully benefit</w:t>
      </w:r>
      <w:r>
        <w:rPr>
          <w:b w:val="0"/>
          <w:i w:val="0"/>
          <w:smallCaps w:val="0"/>
          <w:strike w:val="0"/>
          <w:sz w:val="16"/>
          <w:u w:val="none"/>
        </w:rPr>
        <w:t xml:space="preserve"> from their music and the knowledge </w:t>
      </w:r>
      <w:r>
        <w:rPr>
          <w:b w:val="0"/>
          <w:i w:val="0"/>
          <w:smallCaps w:val="0"/>
          <w:strike w:val="0"/>
          <w:sz w:val="22"/>
          <w:u w:val="single"/>
        </w:rPr>
        <w:t>that our legal system is more inclusive</w:t>
      </w:r>
      <w:r>
        <w:rPr>
          <w:b w:val="0"/>
          <w:i w:val="0"/>
          <w:smallCaps w:val="0"/>
          <w:strike w:val="0"/>
          <w:sz w:val="16"/>
          <w:u w:val="none"/>
        </w:rPr>
        <w:t xml:space="preserve">. Legislators must begin to recognize the </w:t>
      </w:r>
      <w:r>
        <w:rPr>
          <w:b w:val="0"/>
          <w:i w:val="0"/>
          <w:smallCaps w:val="0"/>
          <w:strike w:val="0"/>
          <w:sz w:val="22"/>
          <w:u w:val="single"/>
        </w:rPr>
        <w:t>extent to which the law shapes an artist's experience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impact that it has </w:t>
      </w:r>
      <w:r>
        <w:rPr>
          <w:b w:val="0"/>
          <w:i w:val="0"/>
          <w:smallCaps w:val="0"/>
          <w:strike w:val="0"/>
          <w:sz w:val="22"/>
          <w:u w:val="single"/>
        </w:rPr>
        <w:t>on the rest of society.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