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Ontology is NOT fixed</w:t>
      </w:r>
    </w:p>
    <w:p>
      <w:pPr>
        <w:spacing w:after="80"/>
      </w:pPr>
      <w:r>
        <w:rPr>
          <w:b/>
          <w:i w:val="0"/>
          <w:smallCaps w:val="0"/>
          <w:strike w:val="0"/>
          <w:sz w:val="26"/>
          <w:u w:val="none"/>
        </w:rPr>
        <w:t>Gordon 15</w:t>
      </w:r>
      <w:r>
        <w:rPr>
          <w:b w:val="0"/>
          <w:i w:val="0"/>
          <w:smallCaps w:val="0"/>
          <w:strike w:val="0"/>
          <w:u w:val="none"/>
        </w:rPr>
        <w:t xml:space="preserve"> </w:t>
      </w:r>
      <w:r>
        <w:rPr>
          <w:b w:val="0"/>
          <w:i w:val="0"/>
          <w:smallCaps w:val="0"/>
          <w:strike w:val="0"/>
          <w:sz w:val="16"/>
          <w:u w:val="none"/>
        </w:rPr>
        <w:t>--- Lewis, Afro-Jewish philosopher, political thinker, educator, and musician, Professor at the University of Connecticut in Philosophy and Africana Studies, European Union Visiting Chair in Philosophy; Nelson Mandela Visiting Professor of Politics and International Studies at Rhodes University, South Africa; and Chairman of the Frantz Fanon awards committees of the Caribbean Philosophical Association, transcribed from https://youtu.be/UABksVE5BTQ, presenting and discussing his book “What Fanon Said” Transcribed from 123:00-142:15 by Marcel/Donnie</w:t>
      </w:r>
      <w:r>
        <w:rPr>
          <w:b w:val="0"/>
          <w:i w:val="0"/>
          <w:smallCaps w:val="0"/>
          <w:strike w:val="0"/>
          <w:u w:val="none"/>
        </w:rPr>
        <w:t xml:space="preserve"> </w:t>
      </w:r>
    </w:p>
    <w:p>
      <w:pPr>
        <w:spacing w:after="60"/>
      </w:pPr>
      <w:r>
        <w:rPr>
          <w:b w:val="0"/>
          <w:i w:val="0"/>
          <w:smallCaps w:val="0"/>
          <w:strike w:val="0"/>
          <w:sz w:val="16"/>
          <w:u w:val="none"/>
        </w:rPr>
        <w:t xml:space="preserve">The first thing to bear in mind you may wonder why in the beginning of the talk I talked about philosophical anthropology. And many people when they are trying to talk about social change they never think about </w:t>
      </w:r>
      <w:r>
        <w:rPr>
          <w:b w:val="0"/>
          <w:i/>
          <w:smallCaps w:val="0"/>
          <w:strike w:val="0"/>
          <w:sz w:val="16"/>
          <w:u w:val="none"/>
        </w:rPr>
        <w:t>what a human being is</w:t>
      </w:r>
      <w:r>
        <w:rPr>
          <w:b w:val="0"/>
          <w:i w:val="0"/>
          <w:smallCaps w:val="0"/>
          <w:strike w:val="0"/>
          <w:sz w:val="16"/>
          <w:u w:val="none"/>
        </w:rPr>
        <w:t xml:space="preserve"> and this is something Fanon pays attention to. </w:t>
      </w:r>
      <w:r>
        <w:rPr>
          <w:b/>
          <w:i w:val="0"/>
          <w:smallCaps w:val="0"/>
          <w:strike w:val="0"/>
          <w:sz w:val="22"/>
          <w:u w:val="single"/>
        </w:rPr>
        <w:t>Many people want to have closed conceptions of human beings because then human beings can be predicable</w:t>
      </w:r>
      <w:r>
        <w:rPr>
          <w:b w:val="0"/>
          <w:i w:val="0"/>
          <w:smallCaps w:val="0"/>
          <w:strike w:val="0"/>
          <w:sz w:val="16"/>
          <w:u w:val="none"/>
        </w:rPr>
        <w:t xml:space="preserve">. In fact, in fanons writing he gave an example. One of the problems is that when he would walk in reason seems to walk out. </w:t>
      </w:r>
      <w:r>
        <w:rPr>
          <w:b w:val="0"/>
          <w:i w:val="0"/>
          <w:smallCaps w:val="0"/>
          <w:strike w:val="0"/>
          <w:sz w:val="22"/>
          <w:u w:val="single"/>
        </w:rPr>
        <w:t>One problem we have to bear in mind when we try to look at the question of human beings</w:t>
      </w:r>
      <w:r>
        <w:rPr>
          <w:b w:val="0"/>
          <w:i w:val="0"/>
          <w:smallCaps w:val="0"/>
          <w:strike w:val="0"/>
          <w:sz w:val="16"/>
          <w:u w:val="none"/>
        </w:rPr>
        <w:t xml:space="preserve"> </w:t>
      </w:r>
      <w:r>
        <w:rPr>
          <w:b/>
          <w:i w:val="0"/>
          <w:smallCaps w:val="0"/>
          <w:strike w:val="0"/>
          <w:sz w:val="22"/>
          <w:u w:val="single"/>
        </w:rPr>
        <w:t>in terms of rigid closed systems</w:t>
      </w:r>
      <w:r>
        <w:rPr>
          <w:b w:val="0"/>
          <w:i w:val="0"/>
          <w:smallCaps w:val="0"/>
          <w:strike w:val="0"/>
          <w:sz w:val="16"/>
          <w:u w:val="none"/>
        </w:rPr>
        <w:t xml:space="preserve"> </w:t>
      </w:r>
      <w:r>
        <w:rPr>
          <w:b w:val="0"/>
          <w:i w:val="0"/>
          <w:smallCaps w:val="0"/>
          <w:strike w:val="0"/>
          <w:sz w:val="22"/>
          <w:u w:val="single"/>
        </w:rPr>
        <w:t xml:space="preserve">is that we often are trying to get as a model of how we work as theorists on issues of social change that are actually based on what we can call </w:t>
      </w:r>
      <w:r>
        <w:rPr>
          <w:b/>
          <w:i w:val="0"/>
          <w:smallCaps w:val="0"/>
          <w:strike w:val="0"/>
          <w:sz w:val="22"/>
          <w:u w:val="single"/>
        </w:rPr>
        <w:t>law like generalizations</w:t>
      </w:r>
      <w:r>
        <w:rPr>
          <w:b w:val="0"/>
          <w:i w:val="0"/>
          <w:smallCaps w:val="0"/>
          <w:strike w:val="0"/>
          <w:sz w:val="16"/>
          <w:u w:val="none"/>
        </w:rPr>
        <w:t xml:space="preserve">. Now what is a law like generalization? It is when you make sure that whatever you say has no contradiction down the line. So if you are to say this much [gestures with hand] the next stage must be consistent with that, and the next stage until you are maximally consistent. Do you get that? But here is the problem – and I can just put it in a nut shell- nobody, nobody in this room would like to date, be married to, or be a best friend with a maximally consistent person. You know what that is. Its hell. And this tells you something, because if somebody where maximally consistent, you know what you would say that person is not reasonable. And we have a person here who does work on Hegel that can point out this insight, that a human being has the ability to evaluate rationality. Now why is that important? Because you see the mistake many of us make is </w:t>
      </w:r>
      <w:r>
        <w:rPr>
          <w:b/>
          <w:i w:val="0"/>
          <w:smallCaps w:val="0"/>
          <w:strike w:val="0"/>
          <w:sz w:val="22"/>
          <w:u w:val="single"/>
        </w:rPr>
        <w:t>many of us want to push the human being into that maximized law like generalization model</w:t>
      </w:r>
      <w:r>
        <w:rPr>
          <w:b w:val="0"/>
          <w:i w:val="0"/>
          <w:smallCaps w:val="0"/>
          <w:strike w:val="0"/>
          <w:sz w:val="16"/>
          <w:u w:val="none"/>
        </w:rPr>
        <w:t xml:space="preserve">. So when we think about our philosophical anthropology, some people, our question about intersectionality for instance, what some people don’t understand is nowhere is there ever a human being who is one identity. </w:t>
      </w:r>
      <w:r>
        <w:rPr>
          <w:b w:val="0"/>
          <w:i w:val="0"/>
          <w:smallCaps w:val="0"/>
          <w:strike w:val="0"/>
          <w:sz w:val="22"/>
          <w:u w:val="single"/>
        </w:rPr>
        <w:t>People talk about race – do you ever really see a race walking? You see a racialized</w:t>
      </w:r>
      <w:r>
        <w:rPr>
          <w:b w:val="0"/>
          <w:i w:val="0"/>
          <w:smallCaps w:val="0"/>
          <w:strike w:val="0"/>
          <w:sz w:val="16"/>
          <w:u w:val="none"/>
        </w:rPr>
        <w:t xml:space="preserve"> </w:t>
      </w:r>
      <w:r>
        <w:rPr>
          <w:b w:val="0"/>
          <w:i w:val="0"/>
          <w:smallCaps w:val="0"/>
          <w:strike w:val="0"/>
          <w:sz w:val="22"/>
          <w:u w:val="single"/>
        </w:rPr>
        <w:t>man or woman, or transman or transwoman</w:t>
      </w:r>
      <w:r>
        <w:rPr>
          <w:b w:val="0"/>
          <w:i w:val="0"/>
          <w:smallCaps w:val="0"/>
          <w:strike w:val="0"/>
          <w:sz w:val="16"/>
          <w:u w:val="none"/>
        </w:rPr>
        <w:t xml:space="preserve">. Do you ever see a class walking? Class is embodied in flesh and blood people. And we can go on and on. So </w:t>
      </w:r>
      <w:r>
        <w:rPr>
          <w:b w:val="0"/>
          <w:i w:val="0"/>
          <w:smallCaps w:val="0"/>
          <w:strike w:val="0"/>
          <w:sz w:val="22"/>
          <w:u w:val="single"/>
        </w:rPr>
        <w:t>if we enrich our philosophical anthropology we begin to notice certain other things. A</w:t>
      </w:r>
      <w:r>
        <w:rPr>
          <w:b w:val="0"/>
          <w:i w:val="0"/>
          <w:smallCaps w:val="0"/>
          <w:strike w:val="0"/>
          <w:sz w:val="16"/>
          <w:u w:val="none"/>
        </w:rPr>
        <w:t xml:space="preserve">nd one of the other things we begin to realize is that </w:t>
      </w:r>
      <w:r>
        <w:rPr>
          <w:b/>
          <w:i w:val="0"/>
          <w:smallCaps w:val="0"/>
          <w:strike w:val="0"/>
          <w:sz w:val="22"/>
          <w:u w:val="single"/>
        </w:rPr>
        <w:t>we commit a serious problem when we do political work.</w:t>
      </w:r>
      <w:r>
        <w:rPr>
          <w:b w:val="0"/>
          <w:i w:val="0"/>
          <w:smallCaps w:val="0"/>
          <w:strike w:val="0"/>
          <w:sz w:val="16"/>
          <w:u w:val="none"/>
        </w:rPr>
        <w:t xml:space="preserve"> And the problem is this. </w:t>
      </w:r>
      <w:r>
        <w:rPr>
          <w:b w:val="0"/>
          <w:i w:val="0"/>
          <w:smallCaps w:val="0"/>
          <w:strike w:val="0"/>
          <w:sz w:val="22"/>
          <w:u w:val="single"/>
        </w:rPr>
        <w:t xml:space="preserve">The question about </w:t>
      </w:r>
      <w:r>
        <w:rPr>
          <w:b/>
          <w:i w:val="0"/>
          <w:smallCaps w:val="0"/>
          <w:strike w:val="0"/>
          <w:sz w:val="22"/>
          <w:u w:val="single"/>
        </w:rPr>
        <w:t>Wilderson</w:t>
      </w:r>
      <w:r>
        <w:rPr>
          <w:b w:val="0"/>
          <w:i w:val="0"/>
          <w:smallCaps w:val="0"/>
          <w:strike w:val="0"/>
          <w:sz w:val="22"/>
          <w:u w:val="single"/>
        </w:rPr>
        <w:t xml:space="preserve"> for instance</w:t>
      </w:r>
      <w:r>
        <w:rPr>
          <w:b w:val="0"/>
          <w:i w:val="0"/>
          <w:smallCaps w:val="0"/>
          <w:strike w:val="0"/>
          <w:sz w:val="16"/>
          <w:u w:val="none"/>
        </w:rPr>
        <w:t xml:space="preserve">. There is this discussion going on (and allot of people build it out of my earlier books). I have a category I call, as a metaphor, </w:t>
      </w:r>
      <w:r>
        <w:rPr>
          <w:b w:val="0"/>
          <w:i w:val="0"/>
          <w:smallCaps w:val="0"/>
          <w:strike w:val="0"/>
          <w:sz w:val="22"/>
          <w:u w:val="single"/>
        </w:rPr>
        <w:t xml:space="preserve">an antiblack world. You notice </w:t>
      </w:r>
      <w:r>
        <w:rPr>
          <w:b/>
          <w:i w:val="0"/>
          <w:smallCaps w:val="0"/>
          <w:strike w:val="0"/>
          <w:sz w:val="22"/>
          <w:u w:val="single"/>
        </w:rPr>
        <w:t>an indefinite article</w:t>
      </w:r>
      <w:r>
        <w:rPr>
          <w:b w:val="0"/>
          <w:i w:val="0"/>
          <w:smallCaps w:val="0"/>
          <w:strike w:val="0"/>
          <w:sz w:val="16"/>
          <w:u w:val="none"/>
        </w:rPr>
        <w:t xml:space="preserve"> – </w:t>
      </w:r>
      <w:r>
        <w:rPr>
          <w:b/>
          <w:i w:val="0"/>
          <w:smallCaps w:val="0"/>
          <w:strike w:val="0"/>
          <w:sz w:val="22"/>
          <w:u w:val="single"/>
        </w:rPr>
        <w:t>an anti-black world</w:t>
      </w:r>
      <w:r>
        <w:rPr>
          <w:b w:val="0"/>
          <w:i w:val="0"/>
          <w:smallCaps w:val="0"/>
          <w:strike w:val="0"/>
          <w:sz w:val="16"/>
          <w:u w:val="none"/>
        </w:rPr>
        <w:t xml:space="preserve">. The reason I say that is because </w:t>
      </w:r>
      <w:r>
        <w:rPr>
          <w:b/>
          <w:i w:val="0"/>
          <w:smallCaps w:val="0"/>
          <w:strike w:val="0"/>
          <w:sz w:val="22"/>
          <w:u w:val="single"/>
        </w:rPr>
        <w:t>the world is different from an anti-black world</w:t>
      </w:r>
      <w:r>
        <w:rPr>
          <w:b w:val="0"/>
          <w:i w:val="0"/>
          <w:smallCaps w:val="0"/>
          <w:strike w:val="0"/>
          <w:sz w:val="16"/>
          <w:u w:val="none"/>
        </w:rPr>
        <w:t xml:space="preserve">. </w:t>
      </w:r>
      <w:r>
        <w:rPr>
          <w:b w:val="0"/>
          <w:i w:val="0"/>
          <w:smallCaps w:val="0"/>
          <w:strike w:val="0"/>
          <w:sz w:val="22"/>
          <w:u w:val="single"/>
        </w:rPr>
        <w:t xml:space="preserve">The project of racism is to create a world that would be </w:t>
      </w:r>
      <w:r>
        <w:rPr>
          <w:b/>
          <w:i w:val="0"/>
          <w:smallCaps w:val="0"/>
          <w:strike w:val="0"/>
          <w:sz w:val="22"/>
          <w:u w:val="single"/>
        </w:rPr>
        <w:t>completely anti-black or anti-woman.</w:t>
      </w:r>
      <w:r>
        <w:rPr>
          <w:b w:val="0"/>
          <w:i w:val="0"/>
          <w:smallCaps w:val="0"/>
          <w:strike w:val="0"/>
          <w:sz w:val="16"/>
          <w:u w:val="none"/>
        </w:rPr>
        <w:t xml:space="preserve"> </w:t>
      </w:r>
      <w:r>
        <w:rPr>
          <w:b/>
          <w:i w:val="0"/>
          <w:smallCaps w:val="0"/>
          <w:strike w:val="0"/>
          <w:sz w:val="22"/>
          <w:u w:val="single"/>
        </w:rPr>
        <w:t>Although that is a project, it is not a fait accompli</w:t>
      </w:r>
      <w:r>
        <w:rPr>
          <w:b w:val="0"/>
          <w:i w:val="0"/>
          <w:smallCaps w:val="0"/>
          <w:strike w:val="0"/>
          <w:sz w:val="16"/>
          <w:u w:val="none"/>
        </w:rPr>
        <w:t xml:space="preserve">. </w:t>
      </w:r>
      <w:r>
        <w:rPr>
          <w:b w:val="0"/>
          <w:i w:val="0"/>
          <w:smallCaps w:val="0"/>
          <w:strike w:val="0"/>
          <w:sz w:val="22"/>
          <w:u w:val="single"/>
        </w:rPr>
        <w:t>People don’t seem to understand how recent this phenomenon</w:t>
      </w:r>
      <w:r>
        <w:rPr>
          <w:b w:val="0"/>
          <w:i w:val="0"/>
          <w:smallCaps w:val="0"/>
          <w:strike w:val="0"/>
          <w:sz w:val="16"/>
          <w:u w:val="none"/>
        </w:rPr>
        <w:t xml:space="preserve"> we are talking about </w:t>
      </w:r>
      <w:r>
        <w:rPr>
          <w:b w:val="0"/>
          <w:i w:val="0"/>
          <w:smallCaps w:val="0"/>
          <w:strike w:val="0"/>
          <w:sz w:val="22"/>
          <w:u w:val="single"/>
        </w:rPr>
        <w:t>is</w:t>
      </w:r>
      <w:r>
        <w:rPr>
          <w:b w:val="0"/>
          <w:i w:val="0"/>
          <w:smallCaps w:val="0"/>
          <w:strike w:val="0"/>
          <w:sz w:val="16"/>
          <w:u w:val="none"/>
        </w:rPr>
        <w:t xml:space="preserve">. A lot of people talk about race they don’t even know the history of how race is connected into theonaturalism. How, for instance, Andalucia and the pushing out of the Moors. The history of how race connected to Christianity was formed. A lot of people don’t understand – </w:t>
      </w:r>
      <w:r>
        <w:rPr>
          <w:b w:val="0"/>
          <w:i w:val="0"/>
          <w:smallCaps w:val="0"/>
          <w:strike w:val="0"/>
          <w:sz w:val="22"/>
          <w:u w:val="single"/>
        </w:rPr>
        <w:t>from the standpoint of a species whose history is 220,000 years old, what the hell is 500 years?</w:t>
      </w:r>
      <w:r>
        <w:rPr>
          <w:b w:val="0"/>
          <w:i w:val="0"/>
          <w:smallCaps w:val="0"/>
          <w:strike w:val="0"/>
          <w:sz w:val="16"/>
          <w:u w:val="none"/>
        </w:rPr>
        <w:t xml:space="preserve"> </w:t>
      </w:r>
      <w:r>
        <w:rPr>
          <w:b/>
          <w:i w:val="0"/>
          <w:smallCaps w:val="0"/>
          <w:strike w:val="0"/>
          <w:sz w:val="22"/>
          <w:u w:val="single"/>
        </w:rPr>
        <w:t>But the one thing that we don’t understand to is we create a false model for how we study those last 500 years</w:t>
      </w:r>
      <w:r>
        <w:rPr>
          <w:b w:val="0"/>
          <w:i w:val="0"/>
          <w:smallCaps w:val="0"/>
          <w:strike w:val="0"/>
          <w:sz w:val="16"/>
          <w:u w:val="none"/>
        </w:rPr>
        <w:t xml:space="preserve">. </w:t>
      </w:r>
      <w:r>
        <w:rPr>
          <w:b w:val="0"/>
          <w:i w:val="0"/>
          <w:smallCaps w:val="0"/>
          <w:strike w:val="0"/>
          <w:sz w:val="22"/>
          <w:u w:val="single"/>
        </w:rPr>
        <w:t xml:space="preserve">We study the 500 years as if the people who have been dominated </w:t>
      </w:r>
      <w:r>
        <w:rPr>
          <w:b/>
          <w:i w:val="0"/>
          <w:smallCaps w:val="0"/>
          <w:strike w:val="0"/>
          <w:sz w:val="22"/>
          <w:u w:val="single"/>
        </w:rPr>
        <w:t>have not been fighting and resisting.</w:t>
      </w:r>
      <w:r>
        <w:rPr>
          <w:b w:val="0"/>
          <w:i w:val="0"/>
          <w:smallCaps w:val="0"/>
          <w:strike w:val="0"/>
          <w:sz w:val="16"/>
          <w:u w:val="none"/>
        </w:rPr>
        <w:t xml:space="preserve"> </w:t>
      </w:r>
      <w:r>
        <w:rPr>
          <w:b w:val="0"/>
          <w:i w:val="0"/>
          <w:smallCaps w:val="0"/>
          <w:strike w:val="0"/>
          <w:sz w:val="22"/>
          <w:u w:val="single"/>
        </w:rPr>
        <w:t>Had they not been fighting and resisting we wouldn’t be here.</w:t>
      </w:r>
      <w:r>
        <w:rPr>
          <w:b w:val="0"/>
          <w:i w:val="0"/>
          <w:smallCaps w:val="0"/>
          <w:strike w:val="0"/>
          <w:sz w:val="16"/>
          <w:u w:val="none"/>
        </w:rPr>
        <w:t xml:space="preserve"> And then we come into this next point because you see </w:t>
      </w:r>
      <w:r>
        <w:rPr>
          <w:b w:val="0"/>
          <w:i w:val="0"/>
          <w:smallCaps w:val="0"/>
          <w:strike w:val="0"/>
          <w:sz w:val="22"/>
          <w:u w:val="single"/>
        </w:rPr>
        <w:t xml:space="preserve">the problem in the formulation of </w:t>
      </w:r>
      <w:r>
        <w:rPr>
          <w:b/>
          <w:i w:val="0"/>
          <w:smallCaps w:val="0"/>
          <w:strike w:val="0"/>
          <w:sz w:val="22"/>
          <w:u w:val="single"/>
        </w:rPr>
        <w:t>pessimism</w:t>
      </w:r>
      <w:r>
        <w:rPr>
          <w:b w:val="0"/>
          <w:i w:val="0"/>
          <w:smallCaps w:val="0"/>
          <w:strike w:val="0"/>
          <w:sz w:val="22"/>
          <w:u w:val="single"/>
        </w:rPr>
        <w:t xml:space="preserve"> and </w:t>
      </w:r>
      <w:r>
        <w:rPr>
          <w:b/>
          <w:i w:val="0"/>
          <w:smallCaps w:val="0"/>
          <w:strike w:val="0"/>
          <w:sz w:val="22"/>
          <w:u w:val="single"/>
        </w:rPr>
        <w:t>optimism</w:t>
      </w:r>
      <w:r>
        <w:rPr>
          <w:b w:val="0"/>
          <w:i w:val="0"/>
          <w:smallCaps w:val="0"/>
          <w:strike w:val="0"/>
          <w:sz w:val="22"/>
          <w:u w:val="single"/>
        </w:rPr>
        <w:t xml:space="preserve"> is they are both based on forecasted knowledge, a prior knowledge. </w:t>
      </w:r>
      <w:r>
        <w:rPr>
          <w:b/>
          <w:i w:val="0"/>
          <w:smallCaps w:val="0"/>
          <w:strike w:val="0"/>
          <w:sz w:val="22"/>
          <w:u w:val="single"/>
        </w:rPr>
        <w:t xml:space="preserve">But human beings don’t have prior knowledge. </w:t>
      </w:r>
      <w:r>
        <w:rPr>
          <w:b w:val="0"/>
          <w:i w:val="0"/>
          <w:smallCaps w:val="0"/>
          <w:strike w:val="0"/>
          <w:sz w:val="22"/>
          <w:u w:val="single"/>
        </w:rPr>
        <w:t xml:space="preserve">And in fact – what in the world are we if we need to have guarantees for us to act. You know what you call such people? </w:t>
      </w:r>
      <w:r>
        <w:rPr>
          <w:b/>
          <w:i w:val="0"/>
          <w:smallCaps w:val="0"/>
          <w:strike w:val="0"/>
          <w:sz w:val="22"/>
          <w:u w:val="single"/>
        </w:rPr>
        <w:t>Cowards</w:t>
      </w:r>
      <w:r>
        <w:rPr>
          <w:b w:val="0"/>
          <w:i w:val="0"/>
          <w:smallCaps w:val="0"/>
          <w:strike w:val="0"/>
          <w:sz w:val="22"/>
          <w:u w:val="single"/>
        </w:rPr>
        <w:t xml:space="preserve">. </w:t>
      </w:r>
      <w:r>
        <w:rPr>
          <w:b w:val="0"/>
          <w:i w:val="0"/>
          <w:smallCaps w:val="0"/>
          <w:strike w:val="0"/>
          <w:sz w:val="16"/>
          <w:u w:val="none"/>
        </w:rPr>
        <w:t>The fact of the matter is our ancestors – let’s start with enslaved ancestors.</w:t>
      </w:r>
      <w:r>
        <w:rPr>
          <w:b w:val="0"/>
          <w:i w:val="0"/>
          <w:smallCaps w:val="0"/>
          <w:strike w:val="0"/>
          <w:sz w:val="22"/>
          <w:u w:val="single"/>
        </w:rPr>
        <w:t xml:space="preserve"> The </w:t>
      </w:r>
      <w:r>
        <w:rPr>
          <w:b/>
          <w:i w:val="0"/>
          <w:smallCaps w:val="0"/>
          <w:strike w:val="0"/>
          <w:sz w:val="22"/>
          <w:u w:val="single"/>
        </w:rPr>
        <w:t>enslaved ancestors</w:t>
      </w:r>
      <w:r>
        <w:rPr>
          <w:b w:val="0"/>
          <w:i w:val="0"/>
          <w:smallCaps w:val="0"/>
          <w:strike w:val="0"/>
          <w:sz w:val="22"/>
          <w:u w:val="single"/>
        </w:rPr>
        <w:t xml:space="preserve"> who were </w:t>
      </w:r>
      <w:r>
        <w:rPr>
          <w:b/>
          <w:i w:val="0"/>
          <w:smallCaps w:val="0"/>
          <w:strike w:val="0"/>
          <w:sz w:val="22"/>
          <w:u w:val="single"/>
        </w:rPr>
        <w:t>burning down those plantations</w:t>
      </w:r>
      <w:r>
        <w:rPr>
          <w:b w:val="0"/>
          <w:i w:val="0"/>
          <w:smallCaps w:val="0"/>
          <w:strike w:val="0"/>
          <w:sz w:val="22"/>
          <w:u w:val="single"/>
        </w:rPr>
        <w:t xml:space="preserve">, who were finding clever ways to poison their masters, who were organizing meetings for rebellions, none of them </w:t>
      </w:r>
      <w:r>
        <w:rPr>
          <w:b/>
          <w:i w:val="0"/>
          <w:smallCaps w:val="0"/>
          <w:strike w:val="0"/>
          <w:sz w:val="22"/>
          <w:u w:val="single"/>
        </w:rPr>
        <w:t>had any clue what the future would be 100 years later</w:t>
      </w:r>
      <w:r>
        <w:rPr>
          <w:b w:val="0"/>
          <w:i w:val="0"/>
          <w:smallCaps w:val="0"/>
          <w:strike w:val="0"/>
          <w:sz w:val="22"/>
          <w:u w:val="single"/>
        </w:rPr>
        <w:t xml:space="preserve">. Some had good reason to believe that it may take 1000 years. But you know why they fought? Because they knew it wasn’t for them. </w:t>
      </w:r>
      <w:r>
        <w:rPr>
          <w:b w:val="0"/>
          <w:i w:val="0"/>
          <w:smallCaps w:val="0"/>
          <w:strike w:val="0"/>
          <w:sz w:val="16"/>
          <w:u w:val="none"/>
        </w:rPr>
        <w:t xml:space="preserve">One of the problems we have in the way we think about political issues is we commit what Fanon and others in the existential tradition would call a form of political immaturity. Political immaturity is saying it is not worth it unless I, me, individually get the payoff. When you are thinking what it is to relate to other generations – remember Fanon said the problem with people in the transition, the pseudo postcolonial bourgeois – is that they miss the point, you fight for liberation for other generations. And that is why Fanon said other generations they must have their mission. But you see some people fought and said no I want my piece of the pie. And that means the biggest enemy becomes the other generations. And that is why the postcolonial pseudo-bourgeoisie they are not a bourgeoisie proper because they do not link to the infrastructural development of the future, it is about themselves. And that’s why, for instance, as they live higher up the hog, as they get their mediating, service oriented, racial mediated wealth, the rest of the populations are in misery.  The very fact that in many African countries there are people whose futures have been mortgaged, the fact that in this country the very example of mortgaging the future of all of you is there. </w:t>
      </w:r>
      <w:r>
        <w:rPr>
          <w:b/>
          <w:i w:val="0"/>
          <w:smallCaps w:val="0"/>
          <w:strike w:val="0"/>
          <w:sz w:val="22"/>
          <w:u w:val="single"/>
        </w:rPr>
        <w:t>What happens to people when they have no future?  It now collapses the concept of maturation</w:t>
      </w:r>
      <w:r>
        <w:rPr>
          <w:b w:val="0"/>
          <w:i w:val="0"/>
          <w:smallCaps w:val="0"/>
          <w:strike w:val="0"/>
          <w:sz w:val="16"/>
          <w:u w:val="none"/>
        </w:rPr>
        <w:t xml:space="preserve"> and places people into perpetual childhood. So </w:t>
      </w:r>
      <w:r>
        <w:rPr>
          <w:b w:val="0"/>
          <w:i w:val="0"/>
          <w:smallCaps w:val="0"/>
          <w:strike w:val="0"/>
          <w:sz w:val="22"/>
          <w:u w:val="single"/>
        </w:rPr>
        <w:t>one of the political things</w:t>
      </w:r>
      <w:r>
        <w:rPr>
          <w:b w:val="0"/>
          <w:i w:val="0"/>
          <w:smallCaps w:val="0"/>
          <w:strike w:val="0"/>
          <w:sz w:val="16"/>
          <w:u w:val="none"/>
        </w:rPr>
        <w:t xml:space="preserve"> – and this is where a psychiatrist philosopher is crucial – </w:t>
      </w:r>
      <w:r>
        <w:rPr>
          <w:b w:val="0"/>
          <w:i w:val="0"/>
          <w:smallCaps w:val="0"/>
          <w:strike w:val="0"/>
          <w:sz w:val="22"/>
          <w:u w:val="single"/>
        </w:rPr>
        <w:t xml:space="preserve">is to ask ourselves what does it mean to take on </w:t>
      </w:r>
      <w:r>
        <w:rPr>
          <w:b w:val="0"/>
          <w:i w:val="0"/>
          <w:smallCaps w:val="0"/>
          <w:strike w:val="0"/>
          <w:sz w:val="16"/>
          <w:u w:val="none"/>
        </w:rPr>
        <w:t xml:space="preserve">adult </w:t>
      </w:r>
      <w:r>
        <w:rPr>
          <w:b w:val="0"/>
          <w:i w:val="0"/>
          <w:smallCaps w:val="0"/>
          <w:strike w:val="0"/>
          <w:sz w:val="22"/>
          <w:u w:val="single"/>
        </w:rPr>
        <w:t>responsibility</w:t>
      </w:r>
      <w:r>
        <w:rPr>
          <w:b w:val="0"/>
          <w:i w:val="0"/>
          <w:smallCaps w:val="0"/>
          <w:strike w:val="0"/>
          <w:sz w:val="16"/>
          <w:u w:val="none"/>
        </w:rPr>
        <w:t xml:space="preserve">. And </w:t>
      </w:r>
      <w:r>
        <w:rPr>
          <w:b w:val="0"/>
          <w:i w:val="0"/>
          <w:smallCaps w:val="0"/>
          <w:strike w:val="0"/>
          <w:sz w:val="22"/>
          <w:u w:val="single"/>
        </w:rPr>
        <w:t xml:space="preserve">that means to understand that </w:t>
      </w:r>
      <w:r>
        <w:rPr>
          <w:b/>
          <w:i w:val="0"/>
          <w:smallCaps w:val="0"/>
          <w:strike w:val="0"/>
          <w:sz w:val="22"/>
          <w:u w:val="single"/>
        </w:rPr>
        <w:t>in all political action it’s not about you</w:t>
      </w:r>
      <w:r>
        <w:rPr>
          <w:b w:val="0"/>
          <w:i w:val="0"/>
          <w:smallCaps w:val="0"/>
          <w:strike w:val="0"/>
          <w:sz w:val="16"/>
          <w:u w:val="none"/>
        </w:rPr>
        <w:t xml:space="preserve">. </w:t>
      </w:r>
      <w:r>
        <w:rPr>
          <w:b/>
          <w:i w:val="0"/>
          <w:smallCaps w:val="0"/>
          <w:strike w:val="0"/>
          <w:sz w:val="22"/>
          <w:u w:val="single"/>
        </w:rPr>
        <w:t>It is what you are doing for a world you may not even be able to understand</w:t>
      </w:r>
      <w:r>
        <w:rPr>
          <w:b w:val="0"/>
          <w:i w:val="0"/>
          <w:smallCaps w:val="0"/>
          <w:strike w:val="0"/>
          <w:sz w:val="16"/>
          <w:u w:val="none"/>
        </w:rPr>
        <w:t xml:space="preserve">. Now that becomes tricky, because how do we know this? </w:t>
      </w:r>
      <w:r>
        <w:rPr>
          <w:b/>
          <w:i w:val="0"/>
          <w:smallCaps w:val="0"/>
          <w:strike w:val="0"/>
          <w:sz w:val="22"/>
          <w:u w:val="single"/>
        </w:rPr>
        <w:t>People have done it before</w:t>
      </w:r>
      <w:r>
        <w:rPr>
          <w:b w:val="0"/>
          <w:i w:val="0"/>
          <w:smallCaps w:val="0"/>
          <w:strike w:val="0"/>
          <w:sz w:val="16"/>
          <w:u w:val="none"/>
        </w:rPr>
        <w:t xml:space="preserve">. </w:t>
      </w:r>
      <w:r>
        <w:rPr>
          <w:b w:val="0"/>
          <w:i w:val="0"/>
          <w:smallCaps w:val="0"/>
          <w:strike w:val="0"/>
          <w:sz w:val="22"/>
          <w:u w:val="single"/>
        </w:rPr>
        <w:t>There were people</w:t>
      </w:r>
      <w:r>
        <w:rPr>
          <w:b w:val="0"/>
          <w:i w:val="0"/>
          <w:smallCaps w:val="0"/>
          <w:strike w:val="0"/>
          <w:sz w:val="16"/>
          <w:u w:val="none"/>
        </w:rPr>
        <w:t xml:space="preserve">, for instance, </w:t>
      </w:r>
      <w:r>
        <w:rPr>
          <w:b w:val="0"/>
          <w:i w:val="0"/>
          <w:smallCaps w:val="0"/>
          <w:strike w:val="0"/>
          <w:sz w:val="22"/>
          <w:u w:val="single"/>
        </w:rPr>
        <w:t>who fought anti-colonial struggles</w:t>
      </w:r>
      <w:r>
        <w:rPr>
          <w:b w:val="0"/>
          <w:i w:val="0"/>
          <w:smallCaps w:val="0"/>
          <w:strike w:val="0"/>
          <w:sz w:val="16"/>
          <w:u w:val="none"/>
        </w:rPr>
        <w:t>, there are people (and now I am not talking about like thirty or forty years ago, I am talking about the people from day one 17</w:t>
      </w:r>
      <w:r>
        <w:rPr>
          <w:b w:val="0"/>
          <w:i w:val="0"/>
          <w:smallCaps w:val="0"/>
          <w:strike w:val="0"/>
          <w:sz w:val="16"/>
          <w:u w:val="none"/>
        </w:rPr>
        <w:t>th</w:t>
      </w:r>
      <w:r>
        <w:rPr>
          <w:b w:val="0"/>
          <w:i w:val="0"/>
          <w:smallCaps w:val="0"/>
          <w:strike w:val="0"/>
          <w:sz w:val="16"/>
          <w:u w:val="none"/>
        </w:rPr>
        <w:t xml:space="preserve"> 18</w:t>
      </w:r>
      <w:r>
        <w:rPr>
          <w:b w:val="0"/>
          <w:i w:val="0"/>
          <w:smallCaps w:val="0"/>
          <w:strike w:val="0"/>
          <w:sz w:val="16"/>
          <w:u w:val="none"/>
        </w:rPr>
        <w:t>th</w:t>
      </w:r>
      <w:r>
        <w:rPr>
          <w:b w:val="0"/>
          <w:i w:val="0"/>
          <w:smallCaps w:val="0"/>
          <w:strike w:val="0"/>
          <w:sz w:val="16"/>
          <w:u w:val="none"/>
        </w:rPr>
        <w:t xml:space="preserve"> century all the way through) and </w:t>
      </w:r>
      <w:r>
        <w:rPr>
          <w:b w:val="0"/>
          <w:i w:val="0"/>
          <w:smallCaps w:val="0"/>
          <w:strike w:val="0"/>
          <w:sz w:val="22"/>
          <w:u w:val="single"/>
        </w:rPr>
        <w:t>we have no idea what we are doing for the 22nd century</w:t>
      </w:r>
      <w:r>
        <w:rPr>
          <w:b w:val="0"/>
          <w:i w:val="0"/>
          <w:smallCaps w:val="0"/>
          <w:strike w:val="0"/>
          <w:sz w:val="16"/>
          <w:u w:val="none"/>
        </w:rPr>
        <w:t xml:space="preserve">. And </w:t>
      </w:r>
      <w:r>
        <w:rPr>
          <w:b/>
          <w:i w:val="0"/>
          <w:smallCaps w:val="0"/>
          <w:strike w:val="0"/>
          <w:sz w:val="22"/>
          <w:u w:val="single"/>
        </w:rPr>
        <w:t>this is where developing political insight comes in.</w:t>
      </w:r>
      <w:r>
        <w:rPr>
          <w:b w:val="0"/>
          <w:i w:val="0"/>
          <w:smallCaps w:val="0"/>
          <w:strike w:val="0"/>
          <w:sz w:val="16"/>
          <w:u w:val="none"/>
        </w:rPr>
        <w:t xml:space="preserve"> Because </w:t>
      </w:r>
      <w:r>
        <w:rPr>
          <w:b/>
          <w:i w:val="0"/>
          <w:smallCaps w:val="0"/>
          <w:strike w:val="0"/>
          <w:sz w:val="22"/>
          <w:u w:val="single"/>
        </w:rPr>
        <w:t>we commit the error of forgetting the systems we are talking about are human systems</w:t>
      </w:r>
      <w:r>
        <w:rPr>
          <w:b w:val="0"/>
          <w:i w:val="0"/>
          <w:smallCaps w:val="0"/>
          <w:strike w:val="0"/>
          <w:sz w:val="16"/>
          <w:u w:val="none"/>
        </w:rPr>
        <w:t xml:space="preserve">. They are not systems in the way we talk about the laws of physics. A </w:t>
      </w:r>
      <w:r>
        <w:rPr>
          <w:b w:val="0"/>
          <w:i w:val="0"/>
          <w:smallCaps w:val="0"/>
          <w:strike w:val="0"/>
          <w:sz w:val="22"/>
          <w:u w:val="single"/>
        </w:rPr>
        <w:t>human system can only exist by human actions maintaining them</w:t>
      </w:r>
      <w:r>
        <w:rPr>
          <w:b w:val="0"/>
          <w:i w:val="0"/>
          <w:smallCaps w:val="0"/>
          <w:strike w:val="0"/>
          <w:sz w:val="16"/>
          <w:u w:val="none"/>
        </w:rPr>
        <w:t xml:space="preserve">. </w:t>
      </w:r>
      <w:r>
        <w:rPr>
          <w:b/>
          <w:i w:val="0"/>
          <w:smallCaps w:val="0"/>
          <w:strike w:val="0"/>
          <w:sz w:val="22"/>
          <w:u w:val="single"/>
        </w:rPr>
        <w:t>Which means every human system is incomplete.</w:t>
      </w:r>
      <w:r>
        <w:rPr>
          <w:b w:val="0"/>
          <w:i w:val="0"/>
          <w:smallCaps w:val="0"/>
          <w:strike w:val="0"/>
          <w:sz w:val="16"/>
          <w:u w:val="none"/>
        </w:rPr>
        <w:t xml:space="preserve"> </w:t>
      </w:r>
      <w:r>
        <w:rPr>
          <w:b/>
          <w:i w:val="0"/>
          <w:smallCaps w:val="0"/>
          <w:strike w:val="0"/>
          <w:sz w:val="22"/>
          <w:u w:val="single"/>
        </w:rPr>
        <w:t>Every human being is by definition incomplete</w:t>
      </w:r>
      <w:r>
        <w:rPr>
          <w:b w:val="0"/>
          <w:i w:val="0"/>
          <w:smallCaps w:val="0"/>
          <w:strike w:val="0"/>
          <w:sz w:val="16"/>
          <w:u w:val="none"/>
        </w:rPr>
        <w:t xml:space="preserve">. </w:t>
      </w:r>
      <w:r>
        <w:rPr>
          <w:b w:val="0"/>
          <w:i w:val="0"/>
          <w:smallCaps w:val="0"/>
          <w:strike w:val="0"/>
          <w:sz w:val="22"/>
          <w:u w:val="single"/>
        </w:rPr>
        <w:t>Which means you can go this way or you can go another way</w:t>
      </w:r>
      <w:r>
        <w:rPr>
          <w:b w:val="0"/>
          <w:i w:val="0"/>
          <w:smallCaps w:val="0"/>
          <w:strike w:val="0"/>
          <w:sz w:val="16"/>
          <w:u w:val="none"/>
        </w:rPr>
        <w:t xml:space="preserve">. </w:t>
      </w:r>
      <w:r>
        <w:rPr>
          <w:b/>
          <w:i w:val="0"/>
          <w:smallCaps w:val="0"/>
          <w:strike w:val="0"/>
          <w:sz w:val="22"/>
          <w:u w:val="single"/>
        </w:rPr>
        <w:t>The system isn’t actually closed</w:t>
      </w:r>
      <w:r>
        <w:rPr>
          <w:b w:val="0"/>
          <w:i w:val="0"/>
          <w:smallCaps w:val="0"/>
          <w:strike w:val="0"/>
          <w:sz w:val="22"/>
          <w:u w:val="single"/>
        </w:rPr>
        <w:t>.</w:t>
      </w:r>
      <w:r>
        <w:rPr>
          <w:b w:val="0"/>
          <w:i w:val="0"/>
          <w:smallCaps w:val="0"/>
          <w:strike w:val="0"/>
          <w:sz w:val="16"/>
          <w:u w:val="none"/>
        </w:rPr>
        <w:t xml:space="preserve"> How do we know it? The reason we are seeing all of this brutality in the world today is because the systems are breaking down. If the systems were working they wouldn’t have to worry. You know how have an effective system? You make people mentally be their own prisoners. IF the system were really working, you wouldn’t have to have the police because you all would do it for them. It’s the very fact that the system is breaking down that we are seeing heightened brutality. The problem with heightened brutality is that it is not sustainable. There are studies, for instance, if you look at a paper called Mr. Y, done by the </w:t>
      </w:r>
      <w:r>
        <w:rPr>
          <w:b w:val="0"/>
          <w:i w:val="0"/>
          <w:smallCaps w:val="0"/>
          <w:strike w:val="0"/>
          <w:sz w:val="22"/>
          <w:u w:val="single"/>
        </w:rPr>
        <w:t>military advisors</w:t>
      </w:r>
      <w:r>
        <w:rPr>
          <w:b w:val="0"/>
          <w:i w:val="0"/>
          <w:smallCaps w:val="0"/>
          <w:strike w:val="0"/>
          <w:sz w:val="16"/>
          <w:u w:val="none"/>
        </w:rPr>
        <w:t xml:space="preserve"> in this country. They </w:t>
      </w:r>
      <w:r>
        <w:rPr>
          <w:b w:val="0"/>
          <w:i w:val="0"/>
          <w:smallCaps w:val="0"/>
          <w:strike w:val="0"/>
          <w:sz w:val="22"/>
          <w:u w:val="single"/>
        </w:rPr>
        <w:t>argue that using military force to maintain the United States is not sustainable</w:t>
      </w:r>
      <w:r>
        <w:rPr>
          <w:b w:val="0"/>
          <w:i w:val="0"/>
          <w:smallCaps w:val="0"/>
          <w:strike w:val="0"/>
          <w:sz w:val="16"/>
          <w:u w:val="none"/>
        </w:rPr>
        <w:t xml:space="preserve">. They argue </w:t>
      </w:r>
      <w:r>
        <w:rPr>
          <w:b w:val="0"/>
          <w:i w:val="0"/>
          <w:smallCaps w:val="0"/>
          <w:strike w:val="0"/>
          <w:sz w:val="22"/>
          <w:u w:val="single"/>
        </w:rPr>
        <w:t>what is sustainable is for a nation to learn to be good citizens in the world</w:t>
      </w:r>
      <w:r>
        <w:rPr>
          <w:b w:val="0"/>
          <w:i w:val="0"/>
          <w:smallCaps w:val="0"/>
          <w:strike w:val="0"/>
          <w:sz w:val="16"/>
          <w:u w:val="none"/>
        </w:rPr>
        <w:t xml:space="preserve">. Which means it has to build up its infrastructure, education, human relations, it has to deal with the ecology, the environment, all of those things. And this is what many people are learning all over the world. And so one of the things we have to bear in mind then is this: when we begin to engage in these struggles we have to understand how we have to think differently. </w:t>
      </w:r>
      <w:r>
        <w:rPr>
          <w:b w:val="0"/>
          <w:i w:val="0"/>
          <w:smallCaps w:val="0"/>
          <w:strike w:val="0"/>
          <w:sz w:val="22"/>
          <w:u w:val="single"/>
        </w:rPr>
        <w:t>If we look at neoconservativism, they want to take us back to the 17th century, Hobbseianism</w:t>
      </w:r>
      <w:r>
        <w:rPr>
          <w:b w:val="0"/>
          <w:i w:val="0"/>
          <w:smallCaps w:val="0"/>
          <w:strike w:val="0"/>
          <w:sz w:val="16"/>
          <w:u w:val="none"/>
        </w:rPr>
        <w:t xml:space="preserve">, its all about order, control. That is what you are seeing in the streets right now, here in this country, and Latin America, and some parts of Europe. </w:t>
      </w:r>
      <w:r>
        <w:rPr>
          <w:b w:val="0"/>
          <w:i w:val="0"/>
          <w:smallCaps w:val="0"/>
          <w:strike w:val="0"/>
          <w:sz w:val="22"/>
          <w:u w:val="single"/>
        </w:rPr>
        <w:t>And then you have neoliberalism.</w:t>
      </w:r>
      <w:r>
        <w:rPr>
          <w:b w:val="0"/>
          <w:i w:val="0"/>
          <w:smallCaps w:val="0"/>
          <w:strike w:val="0"/>
          <w:sz w:val="16"/>
          <w:u w:val="none"/>
        </w:rPr>
        <w:t xml:space="preserve"> Neoliberalism wants to have free markets and at the same time </w:t>
      </w:r>
      <w:r>
        <w:rPr>
          <w:b w:val="0"/>
          <w:i w:val="0"/>
          <w:smallCaps w:val="0"/>
          <w:strike w:val="0"/>
          <w:sz w:val="22"/>
          <w:u w:val="single"/>
        </w:rPr>
        <w:t>it wants to create a unique form of vulnerability which it places through 19th century thought which is that you are supposed to look at yourself as an individual</w:t>
      </w:r>
      <w:r>
        <w:rPr>
          <w:b w:val="0"/>
          <w:i w:val="0"/>
          <w:smallCaps w:val="0"/>
          <w:strike w:val="0"/>
          <w:sz w:val="16"/>
          <w:u w:val="none"/>
        </w:rPr>
        <w:t xml:space="preserve">. Neoliberals say that they don’t believe in group rights, only individual rights. Now you know what an individual is when you are dealing with a government or society. An individual is simply a vulnerable being.  So in effect, </w:t>
      </w:r>
      <w:r>
        <w:rPr>
          <w:b w:val="0"/>
          <w:i w:val="0"/>
          <w:smallCaps w:val="0"/>
          <w:strike w:val="0"/>
          <w:sz w:val="22"/>
          <w:u w:val="single"/>
        </w:rPr>
        <w:t>that conception of rights is to ensure you have a population that’s completely vulnerable to the domination of the system</w:t>
      </w:r>
      <w:r>
        <w:rPr>
          <w:b w:val="0"/>
          <w:i w:val="0"/>
          <w:smallCaps w:val="0"/>
          <w:strike w:val="0"/>
          <w:sz w:val="16"/>
          <w:u w:val="none"/>
        </w:rPr>
        <w:t xml:space="preserve">. Now </w:t>
      </w:r>
      <w:r>
        <w:rPr>
          <w:b w:val="0"/>
          <w:i w:val="0"/>
          <w:smallCaps w:val="0"/>
          <w:strike w:val="0"/>
          <w:sz w:val="22"/>
          <w:u w:val="single"/>
        </w:rPr>
        <w:t>the problem is, many people when they respond to neo-conservatism and neo-liberalism, attack it through being anti-globalism</w:t>
      </w:r>
      <w:r>
        <w:rPr>
          <w:b w:val="0"/>
          <w:i w:val="0"/>
          <w:smallCaps w:val="0"/>
          <w:strike w:val="0"/>
          <w:sz w:val="16"/>
          <w:u w:val="none"/>
        </w:rPr>
        <w:t xml:space="preserve">. Because we’ve got neo-conservative globalism and neo-liberal globalism. So what they do is abrogate, </w:t>
      </w:r>
      <w:r>
        <w:rPr>
          <w:b/>
          <w:i w:val="0"/>
          <w:smallCaps w:val="0"/>
          <w:strike w:val="0"/>
          <w:sz w:val="22"/>
          <w:u w:val="single"/>
        </w:rPr>
        <w:t>they give up the concrete levels in which people can build alternative ways of imagining a global future.</w:t>
      </w:r>
      <w:r>
        <w:rPr>
          <w:b w:val="0"/>
          <w:i w:val="0"/>
          <w:smallCaps w:val="0"/>
          <w:strike w:val="0"/>
          <w:sz w:val="16"/>
          <w:u w:val="none"/>
        </w:rPr>
        <w:t xml:space="preserve"> Now, here’s the thing. On neo-liberalism, the idea is to make you forget the 20</w:t>
      </w:r>
      <w:r>
        <w:rPr>
          <w:b w:val="0"/>
          <w:i w:val="0"/>
          <w:smallCaps w:val="0"/>
          <w:strike w:val="0"/>
          <w:sz w:val="16"/>
          <w:u w:val="none"/>
        </w:rPr>
        <w:t>th</w:t>
      </w:r>
      <w:r>
        <w:rPr>
          <w:b w:val="0"/>
          <w:i w:val="0"/>
          <w:smallCaps w:val="0"/>
          <w:strike w:val="0"/>
          <w:sz w:val="16"/>
          <w:u w:val="none"/>
        </w:rPr>
        <w:t xml:space="preserve"> century. Why? The 20</w:t>
      </w:r>
      <w:r>
        <w:rPr>
          <w:b w:val="0"/>
          <w:i w:val="0"/>
          <w:smallCaps w:val="0"/>
          <w:strike w:val="0"/>
          <w:sz w:val="16"/>
          <w:u w:val="none"/>
        </w:rPr>
        <w:t>th</w:t>
      </w:r>
      <w:r>
        <w:rPr>
          <w:b w:val="0"/>
          <w:i w:val="0"/>
          <w:smallCaps w:val="0"/>
          <w:strike w:val="0"/>
          <w:sz w:val="16"/>
          <w:u w:val="none"/>
        </w:rPr>
        <w:t xml:space="preserve"> century was the age of revolution. They want you to think 19</w:t>
      </w:r>
      <w:r>
        <w:rPr>
          <w:b w:val="0"/>
          <w:i w:val="0"/>
          <w:smallCaps w:val="0"/>
          <w:strike w:val="0"/>
          <w:sz w:val="16"/>
          <w:u w:val="none"/>
        </w:rPr>
        <w:t>th</w:t>
      </w:r>
      <w:r>
        <w:rPr>
          <w:b w:val="0"/>
          <w:i w:val="0"/>
          <w:smallCaps w:val="0"/>
          <w:strike w:val="0"/>
          <w:sz w:val="16"/>
          <w:u w:val="none"/>
        </w:rPr>
        <w:t>, 18</w:t>
      </w:r>
      <w:r>
        <w:rPr>
          <w:b w:val="0"/>
          <w:i w:val="0"/>
          <w:smallCaps w:val="0"/>
          <w:strike w:val="0"/>
          <w:sz w:val="16"/>
          <w:u w:val="none"/>
        </w:rPr>
        <w:t>th</w:t>
      </w:r>
      <w:r>
        <w:rPr>
          <w:b w:val="0"/>
          <w:i w:val="0"/>
          <w:smallCaps w:val="0"/>
          <w:strike w:val="0"/>
          <w:sz w:val="16"/>
          <w:u w:val="none"/>
        </w:rPr>
        <w:t>, and 17</w:t>
      </w:r>
      <w:r>
        <w:rPr>
          <w:b w:val="0"/>
          <w:i w:val="0"/>
          <w:smallCaps w:val="0"/>
          <w:strike w:val="0"/>
          <w:sz w:val="16"/>
          <w:u w:val="none"/>
        </w:rPr>
        <w:t>th</w:t>
      </w:r>
      <w:r>
        <w:rPr>
          <w:b w:val="0"/>
          <w:i w:val="0"/>
          <w:smallCaps w:val="0"/>
          <w:strike w:val="0"/>
          <w:sz w:val="16"/>
          <w:u w:val="none"/>
        </w:rPr>
        <w:t xml:space="preserve"> century. And then they tell you every revolutionary effort in the 20</w:t>
      </w:r>
      <w:r>
        <w:rPr>
          <w:b w:val="0"/>
          <w:i w:val="0"/>
          <w:smallCaps w:val="0"/>
          <w:strike w:val="0"/>
          <w:sz w:val="16"/>
          <w:u w:val="none"/>
        </w:rPr>
        <w:t>th</w:t>
      </w:r>
      <w:r>
        <w:rPr>
          <w:b w:val="0"/>
          <w:i w:val="0"/>
          <w:smallCaps w:val="0"/>
          <w:strike w:val="0"/>
          <w:sz w:val="16"/>
          <w:u w:val="none"/>
        </w:rPr>
        <w:t xml:space="preserve"> century failed and </w:t>
      </w:r>
      <w:r>
        <w:rPr>
          <w:b w:val="0"/>
          <w:i w:val="0"/>
          <w:smallCaps w:val="0"/>
          <w:strike w:val="0"/>
          <w:sz w:val="22"/>
          <w:u w:val="single"/>
        </w:rPr>
        <w:t>this is where Fanon is interesting.</w:t>
      </w:r>
      <w:r>
        <w:rPr>
          <w:b w:val="0"/>
          <w:i w:val="0"/>
          <w:smallCaps w:val="0"/>
          <w:strike w:val="0"/>
          <w:sz w:val="16"/>
          <w:u w:val="none"/>
        </w:rPr>
        <w:t xml:space="preserve"> </w:t>
      </w:r>
      <w:r>
        <w:rPr>
          <w:b/>
          <w:i w:val="0"/>
          <w:smallCaps w:val="0"/>
          <w:strike w:val="0"/>
          <w:sz w:val="22"/>
          <w:u w:val="single"/>
        </w:rPr>
        <w:t>Because you see, he brings an insight that you need to understand the concept of failure differently.</w:t>
      </w:r>
      <w:r>
        <w:rPr>
          <w:b w:val="0"/>
          <w:i w:val="0"/>
          <w:smallCaps w:val="0"/>
          <w:strike w:val="0"/>
          <w:sz w:val="16"/>
          <w:u w:val="none"/>
        </w:rPr>
        <w:t xml:space="preserve"> And I’ll give an example. A lot of things that I’ve worked with, in groups that I’ve worked with, communities where we work together, every time we have a project, </w:t>
      </w:r>
      <w:r>
        <w:rPr>
          <w:b w:val="0"/>
          <w:i w:val="0"/>
          <w:smallCaps w:val="0"/>
          <w:strike w:val="0"/>
          <w:sz w:val="22"/>
          <w:u w:val="single"/>
        </w:rPr>
        <w:t>we always had people</w:t>
      </w:r>
      <w:r>
        <w:rPr>
          <w:b w:val="0"/>
          <w:i w:val="0"/>
          <w:smallCaps w:val="0"/>
          <w:strike w:val="0"/>
          <w:sz w:val="16"/>
          <w:u w:val="none"/>
        </w:rPr>
        <w:t xml:space="preserve"> and somebody </w:t>
      </w:r>
      <w:r>
        <w:rPr>
          <w:b w:val="0"/>
          <w:i w:val="0"/>
          <w:smallCaps w:val="0"/>
          <w:strike w:val="0"/>
          <w:sz w:val="22"/>
          <w:u w:val="single"/>
        </w:rPr>
        <w:t>who say</w:t>
      </w:r>
      <w:r>
        <w:rPr>
          <w:b w:val="0"/>
          <w:i w:val="0"/>
          <w:smallCaps w:val="0"/>
          <w:strike w:val="0"/>
          <w:sz w:val="16"/>
          <w:u w:val="none"/>
        </w:rPr>
        <w:t xml:space="preserve">s </w:t>
      </w:r>
      <w:r>
        <w:rPr>
          <w:b w:val="0"/>
          <w:i w:val="0"/>
          <w:smallCaps w:val="0"/>
          <w:strike w:val="0"/>
          <w:sz w:val="22"/>
          <w:u w:val="single"/>
        </w:rPr>
        <w:t>“don’t do that.” And you’ll say “why?” And they’ll say “we tried.”</w:t>
      </w:r>
      <w:r>
        <w:rPr>
          <w:b w:val="0"/>
          <w:i w:val="0"/>
          <w:smallCaps w:val="0"/>
          <w:strike w:val="0"/>
          <w:sz w:val="16"/>
          <w:u w:val="none"/>
        </w:rPr>
        <w:t xml:space="preserve"> You see where I’m getting at? </w:t>
      </w:r>
      <w:r>
        <w:rPr>
          <w:b w:val="0"/>
          <w:i w:val="0"/>
          <w:smallCaps w:val="0"/>
          <w:strike w:val="0"/>
          <w:sz w:val="22"/>
          <w:u w:val="single"/>
        </w:rPr>
        <w:t>If I couldn’t do it, nobody could do it.</w:t>
      </w:r>
      <w:r>
        <w:rPr>
          <w:b w:val="0"/>
          <w:i w:val="0"/>
          <w:smallCaps w:val="0"/>
          <w:strike w:val="0"/>
          <w:sz w:val="16"/>
          <w:u w:val="none"/>
        </w:rPr>
        <w:t xml:space="preserve"> </w:t>
      </w:r>
      <w:r>
        <w:rPr>
          <w:b/>
          <w:i w:val="0"/>
          <w:smallCaps w:val="0"/>
          <w:strike w:val="0"/>
          <w:sz w:val="22"/>
          <w:u w:val="single"/>
        </w:rPr>
        <w:t>But what they don’t understand is that their failure already started setting the conditions for a new kind of relation.</w:t>
      </w:r>
      <w:r>
        <w:rPr>
          <w:b w:val="0"/>
          <w:i w:val="0"/>
          <w:smallCaps w:val="0"/>
          <w:strike w:val="0"/>
          <w:sz w:val="16"/>
          <w:u w:val="none"/>
        </w:rPr>
        <w:t xml:space="preserve"> When I was president of the Caribbean Philosophical Association I went and lectured in nearly every country in which there were slaves, to deal, in 2008, with the end of the British Atlantic slave trade</w:t>
      </w:r>
      <w:r>
        <w:rPr>
          <w:b w:val="0"/>
          <w:i w:val="0"/>
          <w:smallCaps w:val="0"/>
          <w:strike w:val="0"/>
          <w:sz w:val="22"/>
          <w:u w:val="single"/>
        </w:rPr>
        <w:t>. If you hear the popular histories, you’ll hear that “slave revolts failed.” The crappy history</w:t>
      </w:r>
      <w:r>
        <w:rPr>
          <w:b w:val="0"/>
          <w:i w:val="0"/>
          <w:smallCaps w:val="0"/>
          <w:strike w:val="0"/>
          <w:sz w:val="16"/>
          <w:u w:val="none"/>
        </w:rPr>
        <w:t xml:space="preserve"> you have </w:t>
      </w:r>
      <w:r>
        <w:rPr>
          <w:b w:val="0"/>
          <w:i w:val="0"/>
          <w:smallCaps w:val="0"/>
          <w:strike w:val="0"/>
          <w:sz w:val="22"/>
          <w:u w:val="single"/>
        </w:rPr>
        <w:t>is that</w:t>
      </w:r>
      <w:r>
        <w:rPr>
          <w:b w:val="0"/>
          <w:i w:val="0"/>
          <w:smallCaps w:val="0"/>
          <w:strike w:val="0"/>
          <w:sz w:val="16"/>
          <w:u w:val="none"/>
        </w:rPr>
        <w:t xml:space="preserve"> one day </w:t>
      </w:r>
      <w:r>
        <w:rPr>
          <w:b w:val="0"/>
          <w:i w:val="0"/>
          <w:smallCaps w:val="0"/>
          <w:strike w:val="0"/>
          <w:sz w:val="22"/>
          <w:u w:val="single"/>
        </w:rPr>
        <w:t>a group of people in England</w:t>
      </w:r>
      <w:r>
        <w:rPr>
          <w:b w:val="0"/>
          <w:i w:val="0"/>
          <w:smallCaps w:val="0"/>
          <w:strike w:val="0"/>
          <w:sz w:val="16"/>
          <w:u w:val="none"/>
        </w:rPr>
        <w:t xml:space="preserve">, in </w:t>
      </w:r>
      <w:r>
        <w:rPr>
          <w:b w:val="0"/>
          <w:i w:val="0"/>
          <w:smallCaps w:val="0"/>
          <w:strike w:val="0"/>
          <w:sz w:val="22"/>
          <w:u w:val="single"/>
        </w:rPr>
        <w:t>France</w:t>
      </w:r>
      <w:r>
        <w:rPr>
          <w:b w:val="0"/>
          <w:i w:val="0"/>
          <w:smallCaps w:val="0"/>
          <w:strike w:val="0"/>
          <w:sz w:val="16"/>
          <w:u w:val="none"/>
        </w:rPr>
        <w:t xml:space="preserve">, in </w:t>
      </w:r>
      <w:r>
        <w:rPr>
          <w:b w:val="0"/>
          <w:i w:val="0"/>
          <w:smallCaps w:val="0"/>
          <w:strike w:val="0"/>
          <w:sz w:val="22"/>
          <w:u w:val="single"/>
        </w:rPr>
        <w:t>Denmark said “you know, slavery is a really bad thing, let us get rid of it.”</w:t>
      </w:r>
      <w:r>
        <w:rPr>
          <w:b w:val="0"/>
          <w:i w:val="0"/>
          <w:smallCaps w:val="0"/>
          <w:strike w:val="0"/>
          <w:sz w:val="16"/>
          <w:u w:val="none"/>
        </w:rPr>
        <w:t xml:space="preserve"> Now </w:t>
      </w:r>
      <w:r>
        <w:rPr>
          <w:b/>
          <w:i w:val="0"/>
          <w:smallCaps w:val="0"/>
          <w:strike w:val="0"/>
          <w:sz w:val="22"/>
          <w:u w:val="single"/>
        </w:rPr>
        <w:t>that is not the actual history</w:t>
      </w:r>
      <w:r>
        <w:rPr>
          <w:b w:val="0"/>
          <w:i w:val="0"/>
          <w:smallCaps w:val="0"/>
          <w:strike w:val="0"/>
          <w:u w:val="single"/>
        </w:rPr>
        <w:t>,</w:t>
      </w:r>
      <w:r>
        <w:rPr>
          <w:b w:val="0"/>
          <w:i w:val="0"/>
          <w:smallCaps w:val="0"/>
          <w:strike w:val="0"/>
          <w:sz w:val="16"/>
          <w:u w:val="none"/>
        </w:rPr>
        <w:t xml:space="preserve"> </w:t>
      </w:r>
      <w:r>
        <w:rPr>
          <w:b w:val="0"/>
          <w:i w:val="0"/>
          <w:smallCaps w:val="0"/>
          <w:strike w:val="0"/>
          <w:sz w:val="22"/>
          <w:u w:val="single"/>
        </w:rPr>
        <w:t>everywhere I went</w:t>
      </w:r>
      <w:r>
        <w:rPr>
          <w:b w:val="0"/>
          <w:i w:val="0"/>
          <w:smallCaps w:val="0"/>
          <w:strike w:val="0"/>
          <w:sz w:val="16"/>
          <w:u w:val="none"/>
        </w:rPr>
        <w:t xml:space="preserve"> and looked at the archives and local history, </w:t>
      </w:r>
      <w:r>
        <w:rPr>
          <w:b/>
          <w:i w:val="0"/>
          <w:smallCaps w:val="0"/>
          <w:strike w:val="0"/>
          <w:sz w:val="22"/>
          <w:u w:val="single"/>
        </w:rPr>
        <w:t>every single instance, there was a slave revolt. Every single one --- the Sharpe Rebellion in Jamaica is what led to the question of getting rid of the Atlantic Slave Trade</w:t>
      </w:r>
      <w:r>
        <w:rPr>
          <w:b w:val="0"/>
          <w:i w:val="0"/>
          <w:smallCaps w:val="0"/>
          <w:strike w:val="0"/>
          <w:sz w:val="16"/>
          <w:u w:val="none"/>
        </w:rPr>
        <w:t xml:space="preserve">. </w:t>
      </w:r>
      <w:r>
        <w:rPr>
          <w:b w:val="0"/>
          <w:i w:val="0"/>
          <w:smallCaps w:val="0"/>
          <w:strike w:val="0"/>
          <w:sz w:val="22"/>
          <w:u w:val="single"/>
        </w:rPr>
        <w:t>If you look at Denmark</w:t>
      </w:r>
      <w:r>
        <w:rPr>
          <w:b w:val="0"/>
          <w:i w:val="0"/>
          <w:smallCaps w:val="0"/>
          <w:strike w:val="0"/>
          <w:sz w:val="16"/>
          <w:u w:val="none"/>
        </w:rPr>
        <w:t xml:space="preserve">, if you look among the Dutch, the Dutch, had a much larger slave trade, the British were pirates, they took it over. And when you go look at history, and I’ll give you an example, a lot of y’all don’t know that Denmark had a big, had a whole colonial structure. And if you go to Copenhagen, </w:t>
      </w:r>
      <w:r>
        <w:rPr>
          <w:b w:val="0"/>
          <w:i w:val="0"/>
          <w:smallCaps w:val="0"/>
          <w:strike w:val="0"/>
          <w:sz w:val="22"/>
          <w:u w:val="single"/>
        </w:rPr>
        <w:t>you’ll see a statute of a man</w:t>
      </w:r>
      <w:r>
        <w:rPr>
          <w:b w:val="0"/>
          <w:i w:val="0"/>
          <w:smallCaps w:val="0"/>
          <w:strike w:val="0"/>
          <w:sz w:val="16"/>
          <w:u w:val="none"/>
        </w:rPr>
        <w:t xml:space="preserve">, I forget his name, </w:t>
      </w:r>
      <w:r>
        <w:rPr>
          <w:b w:val="0"/>
          <w:i w:val="0"/>
          <w:smallCaps w:val="0"/>
          <w:strike w:val="0"/>
          <w:sz w:val="22"/>
          <w:u w:val="single"/>
        </w:rPr>
        <w:t>a governor, and it says “freed the slaves.”</w:t>
      </w:r>
      <w:r>
        <w:rPr>
          <w:b w:val="0"/>
          <w:i w:val="0"/>
          <w:smallCaps w:val="0"/>
          <w:strike w:val="0"/>
          <w:sz w:val="16"/>
          <w:u w:val="none"/>
        </w:rPr>
        <w:t xml:space="preserve"> Okay? </w:t>
      </w:r>
      <w:r>
        <w:rPr>
          <w:b w:val="0"/>
          <w:i w:val="0"/>
          <w:smallCaps w:val="0"/>
          <w:strike w:val="0"/>
          <w:sz w:val="22"/>
          <w:u w:val="single"/>
        </w:rPr>
        <w:t>Now, you go to St. Martin you’ll get the real story,</w:t>
      </w:r>
      <w:r>
        <w:rPr>
          <w:b w:val="0"/>
          <w:i w:val="0"/>
          <w:smallCaps w:val="0"/>
          <w:strike w:val="0"/>
          <w:sz w:val="16"/>
          <w:u w:val="none"/>
        </w:rPr>
        <w:t xml:space="preserve"> here is the story. It always boggles my mind how slavery functions, they had the fort, and </w:t>
      </w:r>
      <w:r>
        <w:rPr>
          <w:b w:val="0"/>
          <w:i w:val="0"/>
          <w:smallCaps w:val="0"/>
          <w:strike w:val="0"/>
          <w:sz w:val="22"/>
          <w:u w:val="single"/>
        </w:rPr>
        <w:t>they had enslaved people</w:t>
      </w:r>
      <w:r>
        <w:rPr>
          <w:b w:val="0"/>
          <w:i w:val="0"/>
          <w:smallCaps w:val="0"/>
          <w:strike w:val="0"/>
          <w:sz w:val="16"/>
          <w:u w:val="none"/>
        </w:rPr>
        <w:t xml:space="preserve"> bring the supplies and everything into the fort. It also boggles my mind that slave masters had slaves cook for them, but anyways, the people would </w:t>
      </w:r>
      <w:r>
        <w:rPr>
          <w:b w:val="0"/>
          <w:i w:val="0"/>
          <w:smallCaps w:val="0"/>
          <w:strike w:val="0"/>
          <w:sz w:val="22"/>
          <w:u w:val="single"/>
        </w:rPr>
        <w:t>come in and deliver supplies</w:t>
      </w:r>
      <w:r>
        <w:rPr>
          <w:b w:val="0"/>
          <w:i w:val="0"/>
          <w:smallCaps w:val="0"/>
          <w:strike w:val="0"/>
          <w:sz w:val="16"/>
          <w:u w:val="none"/>
        </w:rPr>
        <w:t xml:space="preserve"> and one morning </w:t>
      </w:r>
      <w:r>
        <w:rPr>
          <w:b w:val="0"/>
          <w:i w:val="0"/>
          <w:smallCaps w:val="0"/>
          <w:strike w:val="0"/>
          <w:sz w:val="22"/>
          <w:u w:val="single"/>
        </w:rPr>
        <w:t>the governor woke up and outside the entire fort, it was surrounded by black enslaved people</w:t>
      </w:r>
      <w:r>
        <w:rPr>
          <w:b w:val="0"/>
          <w:i w:val="0"/>
          <w:smallCaps w:val="0"/>
          <w:strike w:val="0"/>
          <w:sz w:val="16"/>
          <w:u w:val="none"/>
        </w:rPr>
        <w:t xml:space="preserve"> wearing white. You better watch out when you see some Africans wearing white. </w:t>
      </w:r>
      <w:r>
        <w:rPr>
          <w:b w:val="0"/>
          <w:i w:val="0"/>
          <w:smallCaps w:val="0"/>
          <w:strike w:val="0"/>
          <w:sz w:val="22"/>
          <w:u w:val="single"/>
        </w:rPr>
        <w:t>They have machetes, pitchforks and they just looked at the fort.</w:t>
      </w:r>
      <w:r>
        <w:rPr>
          <w:b w:val="0"/>
          <w:i w:val="0"/>
          <w:smallCaps w:val="0"/>
          <w:strike w:val="0"/>
          <w:sz w:val="16"/>
          <w:u w:val="none"/>
        </w:rPr>
        <w:t xml:space="preserve"> </w:t>
      </w:r>
      <w:r>
        <w:rPr>
          <w:b w:val="0"/>
          <w:i w:val="0"/>
          <w:smallCaps w:val="0"/>
          <w:strike w:val="0"/>
          <w:sz w:val="22"/>
          <w:u w:val="single"/>
        </w:rPr>
        <w:t>The governor looked out and said “disband,”</w:t>
      </w:r>
      <w:r>
        <w:rPr>
          <w:b w:val="0"/>
          <w:i w:val="0"/>
          <w:smallCaps w:val="0"/>
          <w:strike w:val="0"/>
          <w:sz w:val="16"/>
          <w:u w:val="none"/>
        </w:rPr>
        <w:t xml:space="preserve"> and they just stood there. </w:t>
      </w:r>
      <w:r>
        <w:rPr>
          <w:b w:val="0"/>
          <w:i w:val="0"/>
          <w:smallCaps w:val="0"/>
          <w:strike w:val="0"/>
          <w:sz w:val="22"/>
          <w:u w:val="single"/>
        </w:rPr>
        <w:t>And then he said,</w:t>
      </w:r>
      <w:r>
        <w:rPr>
          <w:b w:val="0"/>
          <w:i w:val="0"/>
          <w:smallCaps w:val="0"/>
          <w:strike w:val="0"/>
          <w:sz w:val="16"/>
          <w:u w:val="none"/>
        </w:rPr>
        <w:t xml:space="preserve"> he ordered to aim the guns to them, “</w:t>
      </w:r>
      <w:r>
        <w:rPr>
          <w:b w:val="0"/>
          <w:i w:val="0"/>
          <w:smallCaps w:val="0"/>
          <w:strike w:val="0"/>
          <w:sz w:val="22"/>
          <w:u w:val="single"/>
        </w:rPr>
        <w:t>disband or we’ll shoot.” And the people stood, and then he ordered “fire.”</w:t>
      </w:r>
      <w:r>
        <w:rPr>
          <w:b w:val="0"/>
          <w:i w:val="0"/>
          <w:smallCaps w:val="0"/>
          <w:strike w:val="0"/>
          <w:sz w:val="16"/>
          <w:u w:val="none"/>
        </w:rPr>
        <w:t xml:space="preserve"> </w:t>
      </w:r>
      <w:r>
        <w:rPr>
          <w:b/>
          <w:i w:val="0"/>
          <w:smallCaps w:val="0"/>
          <w:strike w:val="0"/>
          <w:sz w:val="22"/>
          <w:u w:val="single"/>
        </w:rPr>
        <w:t>And none of the guns worked, because every day they came in they replaced gunpowder with sand.</w:t>
      </w:r>
      <w:r>
        <w:rPr>
          <w:b w:val="0"/>
          <w:i w:val="0"/>
          <w:smallCaps w:val="0"/>
          <w:strike w:val="0"/>
          <w:sz w:val="16"/>
          <w:u w:val="none"/>
        </w:rPr>
        <w:t xml:space="preserve"> </w:t>
      </w:r>
      <w:r>
        <w:rPr>
          <w:b w:val="0"/>
          <w:i w:val="0"/>
          <w:smallCaps w:val="0"/>
          <w:strike w:val="0"/>
          <w:sz w:val="22"/>
          <w:u w:val="single"/>
        </w:rPr>
        <w:t>And then you know what he said?</w:t>
      </w:r>
      <w:r>
        <w:rPr>
          <w:b w:val="0"/>
          <w:i w:val="0"/>
          <w:smallCaps w:val="0"/>
          <w:strike w:val="0"/>
          <w:sz w:val="16"/>
          <w:u w:val="none"/>
        </w:rPr>
        <w:t xml:space="preserve"> </w:t>
      </w:r>
      <w:r>
        <w:rPr>
          <w:b/>
          <w:i w:val="0"/>
          <w:smallCaps w:val="0"/>
          <w:strike w:val="0"/>
          <w:sz w:val="22"/>
          <w:u w:val="single"/>
        </w:rPr>
        <w:t xml:space="preserve">“Well now you’re all free.” </w:t>
      </w:r>
      <w:r>
        <w:rPr>
          <w:b w:val="0"/>
          <w:i w:val="0"/>
          <w:smallCaps w:val="0"/>
          <w:strike w:val="0"/>
          <w:sz w:val="16"/>
          <w:u w:val="none"/>
        </w:rPr>
        <w:t xml:space="preserve">The thing about Danes is that they were all Lutherans, their law was the governor’s law, and if he says you’re free, you’re free. </w:t>
      </w:r>
      <w:r>
        <w:rPr>
          <w:b w:val="0"/>
          <w:i w:val="0"/>
          <w:smallCaps w:val="0"/>
          <w:strike w:val="0"/>
          <w:sz w:val="22"/>
          <w:u w:val="single"/>
        </w:rPr>
        <w:t>And now</w:t>
      </w:r>
      <w:r>
        <w:rPr>
          <w:b w:val="0"/>
          <w:i w:val="0"/>
          <w:smallCaps w:val="0"/>
          <w:strike w:val="0"/>
          <w:sz w:val="16"/>
          <w:u w:val="none"/>
        </w:rPr>
        <w:t xml:space="preserve">, those islands were not of use to the Danes and </w:t>
      </w:r>
      <w:r>
        <w:rPr>
          <w:b w:val="0"/>
          <w:i w:val="0"/>
          <w:smallCaps w:val="0"/>
          <w:strike w:val="0"/>
          <w:sz w:val="22"/>
          <w:u w:val="single"/>
        </w:rPr>
        <w:t>there was a period of equality, rights, and they sold the islets to the</w:t>
      </w:r>
      <w:r>
        <w:rPr>
          <w:b w:val="0"/>
          <w:i w:val="0"/>
          <w:smallCaps w:val="0"/>
          <w:strike w:val="0"/>
          <w:sz w:val="16"/>
          <w:u w:val="non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that implemented segregation</w:t>
      </w:r>
      <w:r>
        <w:rPr>
          <w:b w:val="0"/>
          <w:i w:val="0"/>
          <w:smallCaps w:val="0"/>
          <w:strike w:val="0"/>
          <w:sz w:val="16"/>
          <w:u w:val="none"/>
        </w:rPr>
        <w:t xml:space="preserve"> and all kinds of other things, </w:t>
      </w:r>
      <w:r>
        <w:rPr>
          <w:b/>
          <w:i w:val="0"/>
          <w:smallCaps w:val="0"/>
          <w:strike w:val="0"/>
          <w:sz w:val="22"/>
          <w:u w:val="single"/>
        </w:rPr>
        <w:t>but the point is different. The point is you have one history where it says he freed the slaves, and then the actual history where the slaves freed themselves.</w:t>
      </w:r>
      <w:r>
        <w:rPr>
          <w:b w:val="0"/>
          <w:i w:val="0"/>
          <w:smallCaps w:val="0"/>
          <w:strike w:val="0"/>
          <w:sz w:val="16"/>
          <w:u w:val="none"/>
        </w:rPr>
        <w:t xml:space="preserve"> Nowhere in history</w:t>
      </w:r>
      <w:r>
        <w:rPr>
          <w:b w:val="0"/>
          <w:i w:val="0"/>
          <w:smallCaps w:val="0"/>
          <w:strike w:val="0"/>
          <w:sz w:val="22"/>
          <w:u w:val="single"/>
        </w:rPr>
        <w:t>, this is the Fanonian point</w:t>
      </w:r>
      <w:r>
        <w:rPr>
          <w:b w:val="0"/>
          <w:i w:val="0"/>
          <w:smallCaps w:val="0"/>
          <w:strike w:val="0"/>
          <w:sz w:val="16"/>
          <w:u w:val="none"/>
        </w:rPr>
        <w:t xml:space="preserve">, nowhere in history, any kind of domination, not just enslaved communities, we’re talking about structural violence of many kinds, and people talk about, for instance: </w:t>
      </w:r>
      <w:r>
        <w:rPr>
          <w:b w:val="0"/>
          <w:i w:val="0"/>
          <w:smallCaps w:val="0"/>
          <w:strike w:val="0"/>
          <w:sz w:val="22"/>
          <w:u w:val="single"/>
        </w:rPr>
        <w:t>Who created the women’s movement? The answer is women, and men, but mostly women, who cared about their liberation.</w:t>
      </w:r>
      <w:r>
        <w:rPr>
          <w:b w:val="0"/>
          <w:i w:val="0"/>
          <w:smallCaps w:val="0"/>
          <w:strike w:val="0"/>
          <w:sz w:val="16"/>
          <w:u w:val="none"/>
        </w:rPr>
        <w:t xml:space="preserve"> </w:t>
      </w:r>
      <w:r>
        <w:rPr>
          <w:b/>
          <w:i w:val="0"/>
          <w:smallCaps w:val="0"/>
          <w:strike w:val="0"/>
          <w:sz w:val="22"/>
          <w:u w:val="single"/>
        </w:rPr>
        <w:t xml:space="preserve">We are able to look at the world different because women fought. </w:t>
      </w:r>
      <w:r>
        <w:rPr>
          <w:b w:val="0"/>
          <w:i w:val="0"/>
          <w:smallCaps w:val="0"/>
          <w:strike w:val="0"/>
          <w:sz w:val="22"/>
          <w:u w:val="single"/>
        </w:rPr>
        <w:t>It’s not that they sat down and said “treat me better.” They got up and went out in the streets.</w:t>
      </w:r>
      <w:r>
        <w:rPr>
          <w:b w:val="0"/>
          <w:i w:val="0"/>
          <w:smallCaps w:val="0"/>
          <w:strike w:val="0"/>
          <w:sz w:val="16"/>
          <w:u w:val="none"/>
        </w:rPr>
        <w:t xml:space="preserve"> </w:t>
      </w:r>
      <w:r>
        <w:rPr>
          <w:b/>
          <w:i w:val="0"/>
          <w:smallCaps w:val="0"/>
          <w:strike w:val="0"/>
          <w:sz w:val="22"/>
          <w:u w:val="single"/>
        </w:rPr>
        <w:t xml:space="preserve">Every instance of anyone doing political activism </w:t>
      </w:r>
      <w:r>
        <w:rPr>
          <w:b/>
          <w:i/>
          <w:smallCaps w:val="0"/>
          <w:strike w:val="0"/>
          <w:sz w:val="22"/>
          <w:u w:val="single"/>
        </w:rPr>
        <w:t xml:space="preserve">really works. </w:t>
      </w:r>
      <w:r>
        <w:rPr>
          <w:b/>
          <w:i w:val="0"/>
          <w:smallCaps w:val="0"/>
          <w:strike w:val="0"/>
          <w:sz w:val="22"/>
          <w:u w:val="single"/>
        </w:rPr>
        <w:t xml:space="preserve">The error people make is that they think just because in the past, there were, so called “overcome” rebellions, they don’t realize that rebellions change the conditions. </w:t>
      </w:r>
      <w:r>
        <w:rPr>
          <w:b w:val="0"/>
          <w:i w:val="0"/>
          <w:smallCaps w:val="0"/>
          <w:strike w:val="0"/>
          <w:sz w:val="16"/>
          <w:u w:val="none"/>
        </w:rPr>
        <w:t xml:space="preserve">And thus there is no such thing, </w:t>
      </w:r>
      <w:r>
        <w:rPr>
          <w:b w:val="0"/>
          <w:i w:val="0"/>
          <w:smallCaps w:val="0"/>
          <w:strike w:val="0"/>
          <w:sz w:val="22"/>
          <w:u w:val="single"/>
        </w:rPr>
        <w:t>this is why I brought in the Fanon example,</w:t>
      </w:r>
      <w:r>
        <w:rPr>
          <w:b w:val="0"/>
          <w:i w:val="0"/>
          <w:smallCaps w:val="0"/>
          <w:strike w:val="0"/>
          <w:sz w:val="16"/>
          <w:u w:val="none"/>
        </w:rPr>
        <w:t xml:space="preserve"> </w:t>
      </w:r>
      <w:r>
        <w:rPr>
          <w:b/>
          <w:i w:val="0"/>
          <w:smallCaps w:val="0"/>
          <w:strike w:val="0"/>
          <w:sz w:val="22"/>
          <w:u w:val="single"/>
        </w:rPr>
        <w:t>he didn’t fight with the presumption he would win, he fought because he had to</w:t>
      </w:r>
      <w:r>
        <w:rPr>
          <w:b w:val="0"/>
          <w:i w:val="0"/>
          <w:smallCaps w:val="0"/>
          <w:strike w:val="0"/>
          <w:sz w:val="16"/>
          <w:u w:val="none"/>
        </w:rPr>
        <w:t xml:space="preserve">. And why did he have to? It wasn’t in the sense of self-defense, he had to precisely because </w:t>
      </w:r>
      <w:r>
        <w:rPr>
          <w:b/>
          <w:i w:val="0"/>
          <w:smallCaps w:val="0"/>
          <w:strike w:val="0"/>
          <w:sz w:val="22"/>
          <w:u w:val="single"/>
        </w:rPr>
        <w:t>he knew it was the right thing to do</w:t>
      </w:r>
      <w:r>
        <w:rPr>
          <w:b w:val="0"/>
          <w:i w:val="0"/>
          <w:smallCaps w:val="0"/>
          <w:strike w:val="0"/>
          <w:sz w:val="16"/>
          <w:u w:val="none"/>
        </w:rPr>
        <w:t xml:space="preserve">. </w:t>
      </w:r>
      <w:r>
        <w:rPr>
          <w:b w:val="0"/>
          <w:i w:val="0"/>
          <w:smallCaps w:val="0"/>
          <w:strike w:val="0"/>
          <w:sz w:val="22"/>
          <w:u w:val="single"/>
        </w:rPr>
        <w:t>Real political work is about doing what is necessary</w:t>
      </w:r>
      <w:r>
        <w:rPr>
          <w:b w:val="0"/>
          <w:i w:val="0"/>
          <w:smallCaps w:val="0"/>
          <w:strike w:val="0"/>
          <w:sz w:val="16"/>
          <w:u w:val="none"/>
        </w:rPr>
        <w:t xml:space="preserve"> when an understanding </w:t>
      </w:r>
      <w:r>
        <w:rPr>
          <w:b w:val="0"/>
          <w:i w:val="0"/>
          <w:smallCaps w:val="0"/>
          <w:strike w:val="0"/>
          <w:sz w:val="22"/>
          <w:u w:val="single"/>
        </w:rPr>
        <w:t>because it should be done and</w:t>
      </w:r>
      <w:r>
        <w:rPr>
          <w:b w:val="0"/>
          <w:i w:val="0"/>
          <w:smallCaps w:val="0"/>
          <w:strike w:val="0"/>
          <w:sz w:val="16"/>
          <w:u w:val="none"/>
        </w:rPr>
        <w:t xml:space="preserve"> </w:t>
      </w:r>
      <w:r>
        <w:rPr>
          <w:b/>
          <w:i w:val="0"/>
          <w:smallCaps w:val="0"/>
          <w:strike w:val="0"/>
          <w:sz w:val="22"/>
          <w:u w:val="single"/>
        </w:rPr>
        <w:t xml:space="preserve">it’s not about you. </w:t>
      </w:r>
      <w:r>
        <w:rPr>
          <w:b w:val="0"/>
          <w:i w:val="0"/>
          <w:smallCaps w:val="0"/>
          <w:strike w:val="0"/>
          <w:sz w:val="16"/>
          <w:u w:val="none"/>
        </w:rPr>
        <w:t xml:space="preserve">If we come to the concrete levels, you need to argue, look closely at what you’re doing, if it’s going to be action beyond you, you know what you call that? </w:t>
      </w:r>
      <w:r>
        <w:rPr>
          <w:b w:val="0"/>
          <w:i w:val="0"/>
          <w:smallCaps w:val="0"/>
          <w:strike w:val="0"/>
          <w:sz w:val="22"/>
          <w:u w:val="single"/>
        </w:rPr>
        <w:t>If it’s only about you, it’s not only</w:t>
      </w:r>
      <w:r>
        <w:rPr>
          <w:b w:val="0"/>
          <w:i w:val="0"/>
          <w:smallCaps w:val="0"/>
          <w:strike w:val="0"/>
          <w:sz w:val="16"/>
          <w:u w:val="none"/>
        </w:rPr>
        <w:t xml:space="preserve"> </w:t>
      </w:r>
      <w:r>
        <w:rPr>
          <w:b/>
          <w:i w:val="0"/>
          <w:smallCaps w:val="0"/>
          <w:strike w:val="0"/>
          <w:sz w:val="22"/>
          <w:u w:val="single"/>
        </w:rPr>
        <w:t>narcissism</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selfishness</w:t>
      </w:r>
      <w:r>
        <w:rPr>
          <w:b w:val="0"/>
          <w:i w:val="0"/>
          <w:smallCaps w:val="0"/>
          <w:strike w:val="0"/>
          <w:sz w:val="16"/>
          <w:u w:val="none"/>
        </w:rPr>
        <w:t xml:space="preserve">, and even hate, </w:t>
      </w:r>
      <w:r>
        <w:rPr>
          <w:b w:val="0"/>
          <w:i w:val="0"/>
          <w:smallCaps w:val="0"/>
          <w:strike w:val="0"/>
          <w:sz w:val="22"/>
          <w:u w:val="single"/>
        </w:rPr>
        <w:t>but if it’s about those that transcend you, if you are not the reason,</w:t>
      </w:r>
      <w:r>
        <w:rPr>
          <w:b w:val="0"/>
          <w:i w:val="0"/>
          <w:smallCaps w:val="0"/>
          <w:strike w:val="0"/>
          <w:sz w:val="16"/>
          <w:u w:val="none"/>
        </w:rPr>
        <w:t xml:space="preserve"> </w:t>
      </w:r>
      <w:r>
        <w:rPr>
          <w:b/>
          <w:i w:val="0"/>
          <w:smallCaps w:val="0"/>
          <w:strike w:val="0"/>
          <w:sz w:val="22"/>
          <w:u w:val="single"/>
        </w:rPr>
        <w:t xml:space="preserve">but because it’s right and for subsequent generations, what do you call if when you really do something for others? The word, and it connects to the revolutionary force that you see in the entirety of the black radical tradition, is a word that may sound corny, but it’s true, the word is love. There’s a difference in political work connected to love because its purpose is to make grow, and to make happen that which is absent. Love and power, in that sense, works.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