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Majority of U.S voters </w:t>
      </w:r>
      <w:r>
        <w:rPr>
          <w:b/>
          <w:i w:val="0"/>
          <w:smallCaps w:val="0"/>
          <w:strike w:val="0"/>
          <w:color w:val="000000"/>
          <w:sz w:val="26"/>
          <w:u w:val="single"/>
        </w:rPr>
        <w:t>support</w:t>
      </w:r>
      <w:r>
        <w:rPr>
          <w:b/>
          <w:i w:val="0"/>
          <w:smallCaps w:val="0"/>
          <w:strike w:val="0"/>
          <w:color w:val="000000"/>
          <w:sz w:val="26"/>
          <w:u w:val="none"/>
        </w:rPr>
        <w:t xml:space="preserve"> the TRIPS COVID-19 waiver</w:t>
      </w:r>
    </w:p>
    <w:p>
      <w:pPr>
        <w:spacing w:after="80"/>
      </w:pPr>
      <w:r>
        <w:rPr>
          <w:b/>
          <w:i w:val="0"/>
          <w:smallCaps w:val="0"/>
          <w:strike w:val="0"/>
          <w:color w:val="000000"/>
          <w:sz w:val="26"/>
          <w:u w:val="none"/>
        </w:rPr>
        <w:t>Stone 23</w:t>
      </w:r>
      <w:r>
        <w:rPr>
          <w:b w:val="0"/>
          <w:i w:val="0"/>
          <w:smallCaps w:val="0"/>
          <w:strike w:val="0"/>
          <w:color w:val="000000"/>
          <w:u w:val="none"/>
        </w:rPr>
        <w:t xml:space="preserve"> [Christopher Stone, Space Review, February 25, 2023, “US cooperation with China in space: Some thoughts to consider for space advocates and policy makers,” </w:t>
      </w:r>
      <w:r>
        <w:rPr>
          <w:b w:val="0"/>
          <w:i w:val="0"/>
          <w:smallCaps w:val="0"/>
          <w:strike w:val="0"/>
          <w:u w:val="none"/>
        </w:rPr>
        <w:t>http://www.thespacereview.com/article/2246</w:t>
      </w:r>
      <w:r>
        <w:rPr>
          <w:b w:val="0"/>
          <w:i w:val="0"/>
          <w:smallCaps w:val="0"/>
          <w:strike w:val="0"/>
          <w:color w:val="000000"/>
          <w:u w:val="none"/>
        </w:rPr>
        <w:t xml:space="preserve">] </w:t>
      </w:r>
      <w:r>
        <w:rPr>
          <w:b/>
          <w:i w:val="0"/>
          <w:smallCaps w:val="0"/>
          <w:strike w:val="0"/>
          <w:color w:val="000000"/>
          <w:u w:val="none"/>
        </w:rPr>
        <w:t>//</w:t>
      </w:r>
      <w:r>
        <w:rPr>
          <w:b/>
          <w:i w:val="0"/>
          <w:smallCaps w:val="0"/>
          <w:strike w:val="0"/>
          <w:color w:val="000000"/>
          <w:u w:val="none"/>
        </w:rPr>
        <w:t>nealgupta</w:t>
      </w:r>
    </w:p>
    <w:p>
      <w:pPr>
        <w:spacing w:after="60"/>
      </w:pPr>
      <w:r>
        <w:rPr>
          <w:b w:val="0"/>
          <w:i w:val="0"/>
          <w:smallCaps w:val="0"/>
          <w:strike w:val="0"/>
          <w:sz w:val="16"/>
          <w:u w:val="none"/>
        </w:rPr>
        <w:t xml:space="preserve">Senator Bernie Sanders &amp; Representative Ilhan Omar respond to a shock poll showing that a </w:t>
      </w:r>
      <w:r>
        <w:rPr>
          <w:b/>
          <w:i w:val="0"/>
          <w:smallCaps w:val="0"/>
          <w:strike w:val="0"/>
          <w:sz w:val="22"/>
          <w:u w:val="single"/>
        </w:rPr>
        <w:t xml:space="preserve">large majority of </w:t>
      </w:r>
      <w:r>
        <w:rPr>
          <w:b/>
          <w:i w:val="0"/>
          <w:smallCaps w:val="0"/>
          <w:strike w:val="0"/>
          <w:sz w:val="22"/>
          <w:highlight w:val="cyan"/>
          <w:u w:val="single"/>
        </w:rPr>
        <w:t>US voters</w:t>
      </w:r>
      <w:r>
        <w:rPr>
          <w:b w:val="0"/>
          <w:i w:val="0"/>
          <w:smallCaps w:val="0"/>
          <w:strike w:val="0"/>
          <w:sz w:val="22"/>
          <w:u w:val="single"/>
        </w:rPr>
        <w:t xml:space="preserve"> </w:t>
      </w:r>
      <w:r>
        <w:rPr>
          <w:b w:val="0"/>
          <w:i w:val="0"/>
          <w:smallCaps w:val="0"/>
          <w:strike w:val="0"/>
          <w:sz w:val="22"/>
          <w:highlight w:val="cyan"/>
          <w:u w:val="single"/>
        </w:rPr>
        <w:t>want</w:t>
      </w:r>
      <w:r>
        <w:rPr>
          <w:b w:val="0"/>
          <w:i w:val="0"/>
          <w:smallCaps w:val="0"/>
          <w:strike w:val="0"/>
          <w:sz w:val="22"/>
          <w:u w:val="single"/>
        </w:rPr>
        <w:t xml:space="preserve"> </w:t>
      </w:r>
      <w:r>
        <w:rPr>
          <w:b w:val="0"/>
          <w:i w:val="0"/>
          <w:smallCaps w:val="0"/>
          <w:strike w:val="0"/>
          <w:sz w:val="22"/>
          <w:highlight w:val="cyan"/>
          <w:u w:val="single"/>
        </w:rPr>
        <w:t>Biden</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temporarily </w:t>
      </w:r>
      <w:r>
        <w:rPr>
          <w:b/>
          <w:i w:val="0"/>
          <w:smallCaps w:val="0"/>
          <w:strike w:val="0"/>
          <w:sz w:val="22"/>
          <w:highlight w:val="cyan"/>
          <w:u w:val="single"/>
        </w:rPr>
        <w:t>waive patent protections</w:t>
      </w:r>
      <w:r>
        <w:rPr>
          <w:b w:val="0"/>
          <w:i w:val="0"/>
          <w:smallCaps w:val="0"/>
          <w:strike w:val="0"/>
          <w:sz w:val="22"/>
          <w:u w:val="single"/>
        </w:rPr>
        <w:t xml:space="preserve"> on Covid-19 vaccines.</w:t>
      </w:r>
    </w:p>
    <w:p>
      <w:pPr>
        <w:spacing w:after="60"/>
      </w:pPr>
      <w:r>
        <w:rPr>
          <w:b w:val="0"/>
          <w:i w:val="0"/>
          <w:smallCaps w:val="0"/>
          <w:strike w:val="0"/>
          <w:sz w:val="16"/>
          <w:u w:val="none"/>
        </w:rPr>
        <w:t xml:space="preserve">A new poll finds that </w:t>
      </w:r>
      <w:r>
        <w:rPr>
          <w:b/>
          <w:i w:val="0"/>
          <w:smallCaps w:val="0"/>
          <w:strike w:val="0"/>
          <w:sz w:val="22"/>
          <w:highlight w:val="cyan"/>
          <w:u w:val="single"/>
        </w:rPr>
        <w:t>60% of US voters want</w:t>
      </w:r>
      <w:r>
        <w:rPr>
          <w:b w:val="0"/>
          <w:i w:val="0"/>
          <w:smallCaps w:val="0"/>
          <w:strike w:val="0"/>
          <w:sz w:val="22"/>
          <w:u w:val="single"/>
        </w:rPr>
        <w:t xml:space="preserve"> President Joe Biden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endorse the motion</w:t>
      </w:r>
      <w:r>
        <w:rPr>
          <w:b w:val="0"/>
          <w:i w:val="0"/>
          <w:smallCaps w:val="0"/>
          <w:strike w:val="0"/>
          <w:sz w:val="22"/>
          <w:u w:val="single"/>
        </w:rPr>
        <w:t xml:space="preserve"> by more than 100 lower- and middle-income countries to temporarily waive patent protections on Covid-19 vaccines</w:t>
      </w:r>
      <w:r>
        <w:rPr>
          <w:b w:val="0"/>
          <w:i w:val="0"/>
          <w:smallCaps w:val="0"/>
          <w:strike w:val="0"/>
          <w:sz w:val="16"/>
          <w:u w:val="none"/>
        </w:rPr>
        <w:t xml:space="preserve"> at the World Trade Organization. Only 28% disagreed.</w:t>
      </w:r>
    </w:p>
    <w:p>
      <w:pPr>
        <w:spacing w:after="60"/>
      </w:pPr>
      <w:r>
        <w:rPr>
          <w:b w:val="0"/>
          <w:i w:val="0"/>
          <w:smallCaps w:val="0"/>
          <w:strike w:val="0"/>
          <w:sz w:val="16"/>
          <w:u w:val="none"/>
        </w:rPr>
        <w:t xml:space="preserve">The survey, carried out by Data for Progress and the Progressive International, shows a super majority of </w:t>
      </w:r>
      <w:r>
        <w:rPr>
          <w:b/>
          <w:i w:val="0"/>
          <w:smallCaps w:val="0"/>
          <w:strike w:val="0"/>
          <w:sz w:val="22"/>
          <w:highlight w:val="cyan"/>
          <w:u w:val="single"/>
        </w:rPr>
        <w:t>72% registered Democrats</w:t>
      </w:r>
      <w:r>
        <w:rPr>
          <w:b w:val="0"/>
          <w:i w:val="0"/>
          <w:smallCaps w:val="0"/>
          <w:strike w:val="0"/>
          <w:sz w:val="22"/>
          <w:u w:val="single"/>
        </w:rPr>
        <w:t xml:space="preserve"> </w:t>
      </w:r>
      <w:r>
        <w:rPr>
          <w:b w:val="0"/>
          <w:i w:val="0"/>
          <w:smallCaps w:val="0"/>
          <w:strike w:val="0"/>
          <w:sz w:val="22"/>
          <w:highlight w:val="cyan"/>
          <w:u w:val="single"/>
        </w:rPr>
        <w:t>want</w:t>
      </w:r>
      <w:r>
        <w:rPr>
          <w:b w:val="0"/>
          <w:i w:val="0"/>
          <w:smallCaps w:val="0"/>
          <w:strike w:val="0"/>
          <w:sz w:val="22"/>
          <w:u w:val="single"/>
        </w:rPr>
        <w:t xml:space="preserve"> Biden </w:t>
      </w:r>
      <w:r>
        <w:rPr>
          <w:b w:val="0"/>
          <w:i w:val="0"/>
          <w:smallCaps w:val="0"/>
          <w:strike w:val="0"/>
          <w:sz w:val="22"/>
          <w:highlight w:val="cyan"/>
          <w:u w:val="single"/>
        </w:rPr>
        <w:t>to</w:t>
      </w:r>
      <w:r>
        <w:rPr>
          <w:b w:val="0"/>
          <w:i w:val="0"/>
          <w:smallCaps w:val="0"/>
          <w:strike w:val="0"/>
          <w:sz w:val="22"/>
          <w:u w:val="single"/>
        </w:rPr>
        <w:t xml:space="preserve"> temporarily </w:t>
      </w:r>
      <w:r>
        <w:rPr>
          <w:b w:val="0"/>
          <w:i w:val="0"/>
          <w:smallCaps w:val="0"/>
          <w:strike w:val="0"/>
          <w:sz w:val="22"/>
          <w:highlight w:val="cyan"/>
          <w:u w:val="single"/>
        </w:rPr>
        <w:t>waive patent barriers</w:t>
      </w:r>
      <w:r>
        <w:rPr>
          <w:b w:val="0"/>
          <w:i w:val="0"/>
          <w:smallCaps w:val="0"/>
          <w:strike w:val="0"/>
          <w:sz w:val="16"/>
          <w:u w:val="none"/>
        </w:rPr>
        <w:t xml:space="preserve"> to speed vaccine roll out and reduce costs for developing nations. Even </w:t>
      </w:r>
      <w:r>
        <w:rPr>
          <w:b w:val="0"/>
          <w:i w:val="0"/>
          <w:smallCaps w:val="0"/>
          <w:strike w:val="0"/>
          <w:sz w:val="22"/>
          <w:u w:val="single"/>
        </w:rPr>
        <w:t xml:space="preserve">registered </w:t>
      </w:r>
      <w:r>
        <w:rPr>
          <w:b/>
          <w:i w:val="0"/>
          <w:smallCaps w:val="0"/>
          <w:strike w:val="0"/>
          <w:sz w:val="22"/>
          <w:highlight w:val="cyan"/>
          <w:u w:val="single"/>
        </w:rPr>
        <w:t>Republicans support</w:t>
      </w:r>
      <w:r>
        <w:rPr>
          <w:b w:val="0"/>
          <w:i w:val="0"/>
          <w:smallCaps w:val="0"/>
          <w:strike w:val="0"/>
          <w:sz w:val="22"/>
          <w:highlight w:val="cyan"/>
          <w:u w:val="single"/>
        </w:rPr>
        <w:t xml:space="preserve"> the action by margin of </w:t>
      </w:r>
      <w:r>
        <w:rPr>
          <w:b/>
          <w:i w:val="0"/>
          <w:smallCaps w:val="0"/>
          <w:strike w:val="0"/>
          <w:sz w:val="22"/>
          <w:highlight w:val="cyan"/>
          <w:u w:val="single"/>
        </w:rPr>
        <w:t>50% in favor</w:t>
      </w:r>
      <w:r>
        <w:rPr>
          <w:b w:val="0"/>
          <w:i w:val="0"/>
          <w:smallCaps w:val="0"/>
          <w:strike w:val="0"/>
          <w:sz w:val="22"/>
          <w:u w:val="single"/>
        </w:rPr>
        <w:t xml:space="preserve"> to 36% opposed</w:t>
      </w:r>
      <w:r>
        <w:rPr>
          <w:b w:val="0"/>
          <w:i w:val="0"/>
          <w:smallCaps w:val="0"/>
          <w:strike w:val="0"/>
          <w:sz w:val="16"/>
          <w:u w:val="none"/>
        </w:rPr>
        <w:t>.</w:t>
      </w:r>
    </w:p>
    <w:p>
      <w:pPr>
        <w:spacing w:after="60"/>
      </w:pPr>
      <w:r>
        <w:rPr>
          <w:b w:val="0"/>
          <w:i w:val="0"/>
          <w:smallCaps w:val="0"/>
          <w:strike w:val="0"/>
          <w:sz w:val="16"/>
          <w:u w:val="none"/>
        </w:rPr>
        <w:t>The new polling shows that “</w:t>
      </w:r>
      <w:r>
        <w:rPr>
          <w:b w:val="0"/>
          <w:i w:val="0"/>
          <w:smallCaps w:val="0"/>
          <w:strike w:val="0"/>
          <w:sz w:val="22"/>
          <w:highlight w:val="cyan"/>
          <w:u w:val="single"/>
        </w:rPr>
        <w:t>there is a popular mandate</w:t>
      </w:r>
      <w:r>
        <w:rPr>
          <w:b w:val="0"/>
          <w:i w:val="0"/>
          <w:smallCaps w:val="0"/>
          <w:strike w:val="0"/>
          <w:sz w:val="22"/>
          <w:u w:val="single"/>
        </w:rPr>
        <w:t xml:space="preserve"> </w:t>
      </w:r>
      <w:r>
        <w:rPr>
          <w:b w:val="0"/>
          <w:i w:val="0"/>
          <w:smallCaps w:val="0"/>
          <w:strike w:val="0"/>
          <w:sz w:val="22"/>
          <w:highlight w:val="cyan"/>
          <w:u w:val="single"/>
        </w:rPr>
        <w:t>from</w:t>
      </w:r>
      <w:r>
        <w:rPr>
          <w:b w:val="0"/>
          <w:i w:val="0"/>
          <w:smallCaps w:val="0"/>
          <w:strike w:val="0"/>
          <w:sz w:val="22"/>
          <w:u w:val="single"/>
        </w:rPr>
        <w:t xml:space="preserve"> the US American </w:t>
      </w:r>
      <w:r>
        <w:rPr>
          <w:b w:val="0"/>
          <w:i w:val="0"/>
          <w:smallCaps w:val="0"/>
          <w:strike w:val="0"/>
          <w:sz w:val="22"/>
          <w:highlight w:val="cyan"/>
          <w:u w:val="single"/>
        </w:rPr>
        <w:t>people</w:t>
      </w:r>
      <w:r>
        <w:rPr>
          <w:b w:val="0"/>
          <w:i w:val="0"/>
          <w:smallCaps w:val="0"/>
          <w:strike w:val="0"/>
          <w:sz w:val="22"/>
          <w:u w:val="single"/>
        </w:rPr>
        <w:t xml:space="preserve"> </w:t>
      </w:r>
      <w:r>
        <w:rPr>
          <w:b/>
          <w:i w:val="0"/>
          <w:smallCaps w:val="0"/>
          <w:strike w:val="0"/>
          <w:sz w:val="22"/>
          <w:highlight w:val="cyan"/>
          <w:u w:val="single"/>
        </w:rPr>
        <w:t>to put human life</w:t>
      </w:r>
      <w:r>
        <w:rPr>
          <w:b/>
          <w:i w:val="0"/>
          <w:smallCaps w:val="0"/>
          <w:strike w:val="0"/>
          <w:sz w:val="22"/>
          <w:u w:val="single"/>
        </w:rPr>
        <w:t xml:space="preserve"> and economic recovery </w:t>
      </w:r>
      <w:r>
        <w:rPr>
          <w:b/>
          <w:i w:val="0"/>
          <w:smallCaps w:val="0"/>
          <w:strike w:val="0"/>
          <w:sz w:val="22"/>
          <w:highlight w:val="cyan"/>
          <w:u w:val="single"/>
        </w:rPr>
        <w:t>ahead of corporate profits</w:t>
      </w:r>
      <w:r>
        <w:rPr>
          <w:b w:val="0"/>
          <w:i w:val="0"/>
          <w:smallCaps w:val="0"/>
          <w:strike w:val="0"/>
          <w:sz w:val="22"/>
          <w:u w:val="single"/>
        </w:rPr>
        <w:t xml:space="preserve"> and a broken intellectual property system</w:t>
      </w:r>
      <w:r>
        <w:rPr>
          <w:b w:val="0"/>
          <w:i w:val="0"/>
          <w:smallCaps w:val="0"/>
          <w:strike w:val="0"/>
          <w:sz w:val="16"/>
          <w:u w:val="none"/>
        </w:rPr>
        <w:t>,” said David Adler, the general coordinator of the Progressive International. Burcu Kilic, research director of the access to medicines program at Public Citizen and member of Progressive International’s Council, called on Biden to “listen to Americans who put him in power” and “do the right thing.”</w:t>
      </w:r>
    </w:p>
    <w:p>
      <w:pPr>
        <w:spacing w:after="60"/>
      </w:pPr>
      <w:r>
        <w:rPr>
          <w:b w:val="0"/>
          <w:i w:val="0"/>
          <w:smallCaps w:val="0"/>
          <w:strike w:val="0"/>
          <w:sz w:val="16"/>
          <w:u w:val="none"/>
        </w:rPr>
        <w:t xml:space="preserve">Due to WTO intellectual property rules, countries are barred from producing the current leading approved vaccines, including US-produced Moderna, Pfizer and Johnson &amp; Johnson. In October of 2020, South Africa and India presented the WTO with a proposal to temporarily </w:t>
      </w:r>
      <w:r>
        <w:rPr>
          <w:b w:val="0"/>
          <w:i w:val="0"/>
          <w:smallCaps w:val="0"/>
          <w:strike w:val="0"/>
          <w:sz w:val="22"/>
          <w:highlight w:val="cyan"/>
          <w:u w:val="single"/>
        </w:rPr>
        <w:t>waivers</w:t>
      </w:r>
      <w:r>
        <w:rPr>
          <w:b w:val="0"/>
          <w:i w:val="0"/>
          <w:smallCaps w:val="0"/>
          <w:strike w:val="0"/>
          <w:sz w:val="16"/>
          <w:u w:val="none"/>
        </w:rPr>
        <w:t xml:space="preserve"> these rules for the duration of the pandemic so that vaccines can be manufactured across different countries, </w:t>
      </w:r>
      <w:r>
        <w:rPr>
          <w:b/>
          <w:i w:val="0"/>
          <w:smallCaps w:val="0"/>
          <w:strike w:val="0"/>
          <w:sz w:val="22"/>
          <w:highlight w:val="cyan"/>
          <w:u w:val="single"/>
        </w:rPr>
        <w:t>increas</w:t>
      </w:r>
      <w:r>
        <w:rPr>
          <w:b/>
          <w:i w:val="0"/>
          <w:smallCaps w:val="0"/>
          <w:strike w:val="0"/>
          <w:sz w:val="22"/>
          <w:u w:val="single"/>
        </w:rPr>
        <w:t xml:space="preserve">ing </w:t>
      </w:r>
      <w:r>
        <w:rPr>
          <w:b/>
          <w:i w:val="0"/>
          <w:smallCaps w:val="0"/>
          <w:strike w:val="0"/>
          <w:sz w:val="22"/>
          <w:highlight w:val="cyan"/>
          <w:u w:val="single"/>
        </w:rPr>
        <w:t>their availability, reducing</w:t>
      </w:r>
      <w:r>
        <w:rPr>
          <w:b/>
          <w:i w:val="0"/>
          <w:smallCaps w:val="0"/>
          <w:strike w:val="0"/>
          <w:sz w:val="22"/>
          <w:u w:val="single"/>
        </w:rPr>
        <w:t xml:space="preserve"> their </w:t>
      </w:r>
      <w:r>
        <w:rPr>
          <w:b/>
          <w:i w:val="0"/>
          <w:smallCaps w:val="0"/>
          <w:strike w:val="0"/>
          <w:sz w:val="22"/>
          <w:highlight w:val="cyan"/>
          <w:u w:val="single"/>
        </w:rPr>
        <w:t>cost</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ensuring that they are delivered</w:t>
      </w:r>
      <w:r>
        <w:rPr>
          <w:b w:val="0"/>
          <w:i w:val="0"/>
          <w:smallCaps w:val="0"/>
          <w:strike w:val="0"/>
          <w:sz w:val="22"/>
          <w:u w:val="single"/>
        </w:rPr>
        <w:t xml:space="preserve"> to everyone on earth as quickly as possible.</w:t>
      </w:r>
    </w:p>
    <w:p>
      <w:pPr>
        <w:spacing w:after="60"/>
      </w:pPr>
      <w:r>
        <w:rPr>
          <w:b w:val="0"/>
          <w:i w:val="0"/>
          <w:smallCaps w:val="0"/>
          <w:strike w:val="0"/>
          <w:sz w:val="16"/>
          <w:u w:val="none"/>
        </w:rPr>
        <w:t>In the absence of the waiver, the current manufacturing and distribution rates are unlikely to stem the pandemic’s momentum, especially as new variants, which are more infectious and seem to evade the acquired immunity from prior infection or from the current vaccines, continue to emerge. The US under President Trump joined other richer nations to block them.</w:t>
      </w:r>
    </w:p>
    <w:p>
      <w:pPr>
        <w:spacing w:after="60"/>
      </w:pPr>
      <w:r>
        <w:rPr>
          <w:b w:val="0"/>
          <w:i w:val="0"/>
          <w:smallCaps w:val="0"/>
          <w:strike w:val="0"/>
          <w:sz w:val="22"/>
          <w:highlight w:val="cyan"/>
          <w:u w:val="single"/>
        </w:rPr>
        <w:t>The</w:t>
      </w:r>
      <w:r>
        <w:rPr>
          <w:b w:val="0"/>
          <w:i w:val="0"/>
          <w:smallCaps w:val="0"/>
          <w:strike w:val="0"/>
          <w:sz w:val="22"/>
          <w:u w:val="single"/>
        </w:rPr>
        <w:t xml:space="preserve"> shock </w:t>
      </w:r>
      <w:r>
        <w:rPr>
          <w:b w:val="0"/>
          <w:i w:val="0"/>
          <w:smallCaps w:val="0"/>
          <w:strike w:val="0"/>
          <w:sz w:val="22"/>
          <w:highlight w:val="cyan"/>
          <w:u w:val="single"/>
        </w:rPr>
        <w:t>poll</w:t>
      </w:r>
      <w:r>
        <w:rPr>
          <w:b w:val="0"/>
          <w:i w:val="0"/>
          <w:smallCaps w:val="0"/>
          <w:strike w:val="0"/>
          <w:sz w:val="22"/>
          <w:u w:val="single"/>
        </w:rPr>
        <w:t xml:space="preserve"> </w:t>
      </w:r>
      <w:r>
        <w:rPr>
          <w:b w:val="0"/>
          <w:i w:val="0"/>
          <w:smallCaps w:val="0"/>
          <w:strike w:val="0"/>
          <w:sz w:val="22"/>
          <w:highlight w:val="cyan"/>
          <w:u w:val="single"/>
        </w:rPr>
        <w:t>reveals</w:t>
      </w:r>
      <w:r>
        <w:rPr>
          <w:b w:val="0"/>
          <w:i w:val="0"/>
          <w:smallCaps w:val="0"/>
          <w:strike w:val="0"/>
          <w:sz w:val="22"/>
          <w:u w:val="single"/>
        </w:rPr>
        <w:t xml:space="preserve"> a level of public </w:t>
      </w:r>
      <w:r>
        <w:rPr>
          <w:b w:val="0"/>
          <w:i w:val="0"/>
          <w:smallCaps w:val="0"/>
          <w:strike w:val="0"/>
          <w:sz w:val="22"/>
          <w:highlight w:val="cyan"/>
          <w:u w:val="single"/>
        </w:rPr>
        <w:t>support</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w:t>
      </w:r>
      <w:r>
        <w:rPr>
          <w:b/>
          <w:i w:val="0"/>
          <w:smallCaps w:val="0"/>
          <w:strike w:val="0"/>
          <w:sz w:val="22"/>
          <w:u w:val="single"/>
        </w:rPr>
        <w:t>i</w:t>
      </w:r>
      <w:r>
        <w:rPr>
          <w:b w:val="0"/>
          <w:i w:val="0"/>
          <w:smallCaps w:val="0"/>
          <w:strike w:val="0"/>
          <w:sz w:val="22"/>
          <w:u w:val="single"/>
        </w:rPr>
        <w:t xml:space="preserve">ntellectual </w:t>
      </w:r>
      <w:r>
        <w:rPr>
          <w:b/>
          <w:i w:val="0"/>
          <w:smallCaps w:val="0"/>
          <w:strike w:val="0"/>
          <w:sz w:val="22"/>
          <w:u w:val="single"/>
        </w:rPr>
        <w:t>p</w:t>
      </w:r>
      <w:r>
        <w:rPr>
          <w:b w:val="0"/>
          <w:i w:val="0"/>
          <w:smallCaps w:val="0"/>
          <w:strike w:val="0"/>
          <w:sz w:val="22"/>
          <w:u w:val="single"/>
        </w:rPr>
        <w:t xml:space="preserve">roperty </w:t>
      </w:r>
      <w:r>
        <w:rPr>
          <w:b w:val="0"/>
          <w:i w:val="0"/>
          <w:smallCaps w:val="0"/>
          <w:strike w:val="0"/>
          <w:sz w:val="22"/>
          <w:highlight w:val="cyan"/>
          <w:u w:val="single"/>
        </w:rPr>
        <w:t>waivers</w:t>
      </w:r>
      <w:r>
        <w:rPr>
          <w:b w:val="0"/>
          <w:i w:val="0"/>
          <w:smallCaps w:val="0"/>
          <w:strike w:val="0"/>
          <w:sz w:val="22"/>
          <w:u w:val="single"/>
        </w:rPr>
        <w:t xml:space="preserve"> </w:t>
      </w:r>
      <w:r>
        <w:rPr>
          <w:b w:val="0"/>
          <w:i w:val="0"/>
          <w:smallCaps w:val="0"/>
          <w:strike w:val="0"/>
          <w:sz w:val="22"/>
          <w:highlight w:val="cyan"/>
          <w:u w:val="single"/>
        </w:rPr>
        <w:t>that will</w:t>
      </w:r>
      <w:r>
        <w:rPr>
          <w:b w:val="0"/>
          <w:i w:val="0"/>
          <w:smallCaps w:val="0"/>
          <w:strike w:val="0"/>
          <w:sz w:val="22"/>
          <w:u w:val="single"/>
        </w:rPr>
        <w:t xml:space="preserve"> likely </w:t>
      </w:r>
      <w:r>
        <w:rPr>
          <w:b w:val="0"/>
          <w:i w:val="0"/>
          <w:smallCaps w:val="0"/>
          <w:strike w:val="0"/>
          <w:sz w:val="22"/>
          <w:highlight w:val="cyan"/>
          <w:u w:val="single"/>
        </w:rPr>
        <w:t>add</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growing </w:t>
      </w:r>
      <w:r>
        <w:rPr>
          <w:b/>
          <w:i w:val="0"/>
          <w:smallCaps w:val="0"/>
          <w:strike w:val="0"/>
          <w:sz w:val="22"/>
          <w:highlight w:val="cyan"/>
          <w:u w:val="single"/>
        </w:rPr>
        <w:t>congressional pressure</w:t>
      </w:r>
      <w:r>
        <w:rPr>
          <w:b/>
          <w:i w:val="0"/>
          <w:smallCaps w:val="0"/>
          <w:strike w:val="0"/>
          <w:sz w:val="22"/>
          <w:u w:val="single"/>
        </w:rPr>
        <w:t xml:space="preserve"> on Biden</w:t>
      </w:r>
      <w:r>
        <w:rPr>
          <w:b w:val="0"/>
          <w:i w:val="0"/>
          <w:smallCaps w:val="0"/>
          <w:strike w:val="0"/>
          <w:sz w:val="22"/>
          <w:u w:val="single"/>
        </w:rPr>
        <w:t xml:space="preserve"> </w:t>
      </w:r>
      <w:r>
        <w:rPr>
          <w:b w:val="0"/>
          <w:i w:val="0"/>
          <w:smallCaps w:val="0"/>
          <w:strike w:val="0"/>
          <w:sz w:val="22"/>
          <w:highlight w:val="cyan"/>
          <w:u w:val="single"/>
        </w:rPr>
        <w:t>to join those pushing to save lives</w:t>
      </w:r>
      <w:r>
        <w:rPr>
          <w:b w:val="0"/>
          <w:i w:val="0"/>
          <w:smallCaps w:val="0"/>
          <w:strike w:val="0"/>
          <w:sz w:val="22"/>
          <w:u w:val="single"/>
        </w:rPr>
        <w:t xml:space="preserve"> through a global vaccination drive.</w:t>
      </w:r>
      <w:r>
        <w:rPr>
          <w:b w:val="0"/>
          <w:i w:val="0"/>
          <w:smallCaps w:val="0"/>
          <w:strike w:val="0"/>
          <w:sz w:val="16"/>
          <w:u w:val="none"/>
        </w:rPr>
        <w:t xml:space="preserve"> Congresswoman Jan Schakowsky is working on a letter to the president to which Schakowsky says more than 60 lawmakers have added their signature, including House Speaker Nancy Pelosi.</w:t>
      </w:r>
    </w:p>
    <w:p>
      <w:pPr>
        <w:spacing w:after="60"/>
      </w:pPr>
      <w:r>
        <w:rPr>
          <w:b w:val="0"/>
          <w:i w:val="0"/>
          <w:smallCaps w:val="0"/>
          <w:strike w:val="0"/>
          <w:sz w:val="16"/>
          <w:u w:val="none"/>
        </w:rPr>
        <w:t xml:space="preserve">Senator Bernie Sanders, Chair of the Senate Budget Committee, responded to the poll saying </w:t>
      </w:r>
      <w:r>
        <w:rPr>
          <w:b w:val="0"/>
          <w:i w:val="0"/>
          <w:smallCaps w:val="0"/>
          <w:strike w:val="0"/>
          <w:sz w:val="22"/>
          <w:highlight w:val="cyan"/>
          <w:u w:val="single"/>
        </w:rPr>
        <w:t>the US should be “</w:t>
      </w:r>
      <w:r>
        <w:rPr>
          <w:b/>
          <w:i w:val="0"/>
          <w:smallCaps w:val="0"/>
          <w:strike w:val="0"/>
          <w:sz w:val="22"/>
          <w:highlight w:val="cyan"/>
          <w:u w:val="single"/>
        </w:rPr>
        <w:t>leading the global effort</w:t>
      </w:r>
      <w:r>
        <w:rPr>
          <w:b/>
          <w:i w:val="0"/>
          <w:smallCaps w:val="0"/>
          <w:strike w:val="0"/>
          <w:sz w:val="22"/>
          <w:u w:val="single"/>
        </w:rPr>
        <w:t xml:space="preserve"> </w:t>
      </w:r>
      <w:r>
        <w:rPr>
          <w:b w:val="0"/>
          <w:i w:val="0"/>
          <w:smallCaps w:val="0"/>
          <w:strike w:val="0"/>
          <w:sz w:val="22"/>
          <w:u w:val="single"/>
        </w:rPr>
        <w:t>to end the coronavirus pandemic</w:t>
      </w:r>
      <w:r>
        <w:rPr>
          <w:b w:val="0"/>
          <w:i w:val="0"/>
          <w:smallCaps w:val="0"/>
          <w:strike w:val="0"/>
          <w:sz w:val="16"/>
          <w:u w:val="none"/>
        </w:rPr>
        <w:t xml:space="preserve">.” According to Sanders, “a temporary WTO waiver, </w:t>
      </w:r>
      <w:r>
        <w:rPr>
          <w:b w:val="0"/>
          <w:i w:val="0"/>
          <w:smallCaps w:val="0"/>
          <w:strike w:val="0"/>
          <w:sz w:val="22"/>
          <w:highlight w:val="cyan"/>
          <w:u w:val="single"/>
        </w:rPr>
        <w:t>which</w:t>
      </w:r>
      <w:r>
        <w:rPr>
          <w:b w:val="0"/>
          <w:i w:val="0"/>
          <w:smallCaps w:val="0"/>
          <w:strike w:val="0"/>
          <w:sz w:val="22"/>
          <w:u w:val="single"/>
        </w:rPr>
        <w:t xml:space="preserve"> </w:t>
      </w:r>
      <w:r>
        <w:rPr>
          <w:b w:val="0"/>
          <w:i w:val="0"/>
          <w:smallCaps w:val="0"/>
          <w:strike w:val="0"/>
          <w:sz w:val="22"/>
          <w:highlight w:val="cyan"/>
          <w:u w:val="single"/>
        </w:rPr>
        <w:t>would enable the transfer of vaccine tech</w:t>
      </w:r>
      <w:r>
        <w:rPr>
          <w:b w:val="0"/>
          <w:i w:val="0"/>
          <w:smallCaps w:val="0"/>
          <w:strike w:val="0"/>
          <w:sz w:val="22"/>
          <w:u w:val="single"/>
        </w:rPr>
        <w:t>nologies to poorer countries, is a good way to do that.</w:t>
      </w:r>
    </w:p>
    <w:p>
      <w:pPr>
        <w:spacing w:after="60"/>
      </w:pPr>
      <w:r>
        <w:rPr>
          <w:b w:val="0"/>
          <w:i w:val="0"/>
          <w:smallCaps w:val="0"/>
          <w:strike w:val="0"/>
          <w:sz w:val="16"/>
          <w:u w:val="none"/>
        </w:rPr>
        <w:t>Responding to the new poll, Representative Ilhan Omar called on Biden to “support a waiver to boost the production of vaccines, treatment and tests worldwide,” arguing that it was “not just an issue of basic morality, but of public health.”</w:t>
      </w:r>
    </w:p>
    <w:p>
      <w:pPr>
        <w:spacing w:after="60"/>
      </w:pPr>
      <w:r>
        <w:rPr>
          <w:b w:val="0"/>
          <w:i w:val="0"/>
          <w:smallCaps w:val="0"/>
          <w:strike w:val="0"/>
          <w:sz w:val="16"/>
          <w:u w:val="none"/>
        </w:rPr>
        <w:t xml:space="preserve">Adler argues, “US </w:t>
      </w:r>
      <w:r>
        <w:rPr>
          <w:b w:val="0"/>
          <w:i w:val="0"/>
          <w:smallCaps w:val="0"/>
          <w:strike w:val="0"/>
          <w:sz w:val="22"/>
          <w:u w:val="single"/>
        </w:rPr>
        <w:t xml:space="preserve">Americans know rigged rules to prop up big pharma’s profits are not in their interest. </w:t>
      </w:r>
      <w:r>
        <w:rPr>
          <w:b w:val="0"/>
          <w:i w:val="0"/>
          <w:smallCaps w:val="0"/>
          <w:strike w:val="0"/>
          <w:sz w:val="22"/>
          <w:highlight w:val="cyan"/>
          <w:u w:val="single"/>
        </w:rPr>
        <w:t>The longer the virus has to spread,</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more </w:t>
      </w:r>
      <w:r>
        <w:rPr>
          <w:b w:val="0"/>
          <w:i w:val="0"/>
          <w:smallCaps w:val="0"/>
          <w:strike w:val="0"/>
          <w:sz w:val="22"/>
          <w:highlight w:val="cyan"/>
          <w:u w:val="single"/>
        </w:rPr>
        <w:t>it can mutate</w:t>
      </w:r>
      <w:r>
        <w:rPr>
          <w:b w:val="0"/>
          <w:i w:val="0"/>
          <w:smallCaps w:val="0"/>
          <w:strike w:val="0"/>
          <w:sz w:val="22"/>
          <w:u w:val="single"/>
        </w:rPr>
        <w:t xml:space="preserve"> and become vaccine-resistant.</w:t>
      </w:r>
      <w:r>
        <w:rPr>
          <w:b w:val="0"/>
          <w:i w:val="0"/>
          <w:smallCaps w:val="0"/>
          <w:strike w:val="0"/>
          <w:sz w:val="16"/>
          <w:u w:val="none"/>
        </w:rPr>
        <w:t xml:space="preserve"> Covid-19 anywhere is a threat to public health and economic wellbeing everywhere. If intellectual property restrictions are not lifted, the pandemic will go on for longer, killing more people and damaging more livelihoods.”</w:t>
      </w:r>
    </w:p>
    <w:p>
      <w:pPr>
        <w:spacing w:after="60"/>
      </w:pPr>
      <w:r>
        <w:rPr>
          <w:b w:val="0"/>
          <w:i w:val="0"/>
          <w:smallCaps w:val="0"/>
          <w:strike w:val="0"/>
          <w:sz w:val="16"/>
          <w:u w:val="none"/>
        </w:rPr>
        <w:t>The threat to the Global South from vaccine apartheid is a “death sentence for millions around the world—and it is because giant pharmaceutical corporations would rather maximize profit than provide vaccines to people who need it,” according to Omar.</w:t>
      </w:r>
    </w:p>
    <w:p>
      <w:pPr>
        <w:spacing w:after="60"/>
      </w:pPr>
      <w:r>
        <w:rPr>
          <w:b w:val="0"/>
          <w:i w:val="0"/>
          <w:smallCaps w:val="0"/>
          <w:strike w:val="0"/>
          <w:sz w:val="16"/>
          <w:u w:val="none"/>
        </w:rPr>
        <w:t>Sanders agrees, saying “the bottom line is, the faster we help vaccinate the global population, the safer we will all be. That should be our number one priority, not maximizing the profits of pharmaceutical companies and their shareholders.”</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