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Voters </w:t>
      </w:r>
      <w:r>
        <w:rPr>
          <w:b/>
          <w:i/>
          <w:smallCaps w:val="0"/>
          <w:strike w:val="0"/>
          <w:sz w:val="26"/>
          <w:u w:val="none"/>
        </w:rPr>
        <w:t>hate</w:t>
      </w:r>
      <w:r>
        <w:rPr>
          <w:b/>
          <w:i w:val="0"/>
          <w:smallCaps w:val="0"/>
          <w:strike w:val="0"/>
          <w:sz w:val="26"/>
          <w:u w:val="none"/>
        </w:rPr>
        <w:t xml:space="preserve"> waivers — the plan would boost the Democrats’ popularity.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BDC  ’</w:t>
      </w:r>
      <w:r>
        <w:rPr>
          <w:b/>
          <w:i w:val="0"/>
          <w:smallCaps w:val="0"/>
          <w:strike w:val="0"/>
          <w:sz w:val="26"/>
          <w:u w:val="none"/>
        </w:rPr>
        <w:t>24 [</w:t>
      </w:r>
      <w:r>
        <w:rPr>
          <w:b w:val="0"/>
          <w:i w:val="0"/>
          <w:smallCaps w:val="0"/>
          <w:strike w:val="0"/>
          <w:u w:val="none"/>
        </w:rPr>
        <w:t>Bayh-Dole Coalition, , “</w:t>
      </w:r>
      <w:r>
        <w:rPr>
          <w:b w:val="0"/>
          <w:i w:val="0"/>
          <w:smallCaps w:val="0"/>
          <w:strike w:val="0"/>
          <w:u w:val="none"/>
        </w:rPr>
        <w:t>Voters Strongly Oppose Weakening Patents, New Poll Shows</w:t>
      </w:r>
      <w:r>
        <w:rPr>
          <w:b w:val="0"/>
          <w:i w:val="0"/>
          <w:smallCaps w:val="0"/>
          <w:strike w:val="0"/>
          <w:u w:val="none"/>
        </w:rPr>
        <w:t xml:space="preserve">”, 01/17/2024, </w:t>
      </w:r>
      <w:r>
        <w:rPr>
          <w:b w:val="0"/>
          <w:i w:val="0"/>
          <w:smallCaps w:val="0"/>
          <w:strike w:val="0"/>
          <w:u w:val="none"/>
        </w:rPr>
        <w:t>https://bayhdolecoalition.org/voters-strongly-oppose-weakening-patents-new-poll-shows</w:t>
      </w:r>
      <w:r>
        <w:rPr>
          <w:b w:val="0"/>
          <w:i w:val="0"/>
          <w:smallCaps w:val="0"/>
          <w:strike w:val="0"/>
          <w:u w:val="none"/>
        </w:rPr>
        <w:t xml:space="preserve">] // </w:t>
      </w:r>
      <w:r>
        <w:rPr>
          <w:b w:val="0"/>
          <w:i w:val="0"/>
          <w:smallCaps w:val="0"/>
          <w:strike w:val="0"/>
          <w:u w:val="none"/>
        </w:rPr>
        <w:t>K</w:t>
      </w:r>
      <w:r>
        <w:rPr>
          <w:b w:val="0"/>
          <w:i w:val="0"/>
          <w:smallCaps w:val="0"/>
          <w:strike w:val="0"/>
          <w:u w:val="none"/>
        </w:rPr>
        <w:t xml:space="preserve"> Nahm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WASHINGTON, D.C. (January 17, 2024) — The </w:t>
      </w:r>
      <w:r>
        <w:rPr>
          <w:b w:val="0"/>
          <w:i w:val="0"/>
          <w:smallCaps w:val="0"/>
          <w:strike w:val="0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administration </w:t>
      </w:r>
      <w:r>
        <w:rPr>
          <w:b w:val="0"/>
          <w:i w:val="0"/>
          <w:smallCaps w:val="0"/>
          <w:strike w:val="0"/>
          <w:highlight w:val="cyan"/>
          <w:u w:val="single"/>
        </w:rPr>
        <w:t>may</w:t>
      </w:r>
      <w:r>
        <w:rPr>
          <w:b w:val="0"/>
          <w:i w:val="0"/>
          <w:smallCaps w:val="0"/>
          <w:strike w:val="0"/>
          <w:u w:val="single"/>
        </w:rPr>
        <w:t xml:space="preserve"> soon </w:t>
      </w:r>
      <w:r>
        <w:rPr>
          <w:b w:val="0"/>
          <w:i w:val="0"/>
          <w:smallCaps w:val="0"/>
          <w:strike w:val="0"/>
          <w:highlight w:val="cyan"/>
          <w:u w:val="single"/>
        </w:rPr>
        <w:t>endorse a proposal</w:t>
      </w:r>
      <w:r>
        <w:rPr>
          <w:b w:val="0"/>
          <w:i w:val="0"/>
          <w:smallCaps w:val="0"/>
          <w:strike w:val="0"/>
          <w:u w:val="single"/>
        </w:rPr>
        <w:t xml:space="preserve"> before the World Trade Organization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(WTO) </w:t>
      </w:r>
      <w:r>
        <w:rPr>
          <w:b w:val="0"/>
          <w:i w:val="0"/>
          <w:smallCaps w:val="0"/>
          <w:strike w:val="0"/>
          <w:highlight w:val="cyan"/>
          <w:u w:val="single"/>
        </w:rPr>
        <w:t>that would suspend patent protections on Covid</w:t>
      </w:r>
      <w:r>
        <w:rPr>
          <w:b w:val="0"/>
          <w:i w:val="0"/>
          <w:smallCaps w:val="0"/>
          <w:strike w:val="0"/>
          <w:u w:val="single"/>
        </w:rPr>
        <w:t xml:space="preserve">-19 </w:t>
      </w:r>
      <w:r>
        <w:rPr>
          <w:b w:val="0"/>
          <w:i w:val="0"/>
          <w:smallCaps w:val="0"/>
          <w:strike w:val="0"/>
          <w:highlight w:val="cyan"/>
          <w:u w:val="single"/>
        </w:rPr>
        <w:t>treatments and tests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and, in doing so, thwart existing WTO standards. </w:t>
      </w:r>
      <w:r>
        <w:rPr>
          <w:b w:val="0"/>
          <w:i w:val="0"/>
          <w:smallCaps w:val="0"/>
          <w:strike w:val="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move </w:t>
      </w:r>
      <w:r>
        <w:rPr>
          <w:b w:val="0"/>
          <w:i w:val="0"/>
          <w:smallCaps w:val="0"/>
          <w:strike w:val="0"/>
          <w:highlight w:val="cyan"/>
          <w:u w:val="single"/>
        </w:rPr>
        <w:t>would be enormously unpopular with American voters</w:t>
      </w:r>
      <w:r>
        <w:rPr>
          <w:b w:val="0"/>
          <w:i w:val="0"/>
          <w:smallCaps w:val="0"/>
          <w:strike w:val="0"/>
          <w:u w:val="single"/>
        </w:rPr>
        <w:t>, according to a new poll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released today by the Bayh-Dole Coalition.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Seven in ten</w:t>
      </w:r>
      <w:r>
        <w:rPr>
          <w:b w:val="0"/>
          <w:i w:val="0"/>
          <w:smallCaps w:val="0"/>
          <w:strike w:val="0"/>
          <w:u w:val="single"/>
        </w:rPr>
        <w:t xml:space="preserve"> voters </w:t>
      </w:r>
      <w:r>
        <w:rPr>
          <w:b w:val="0"/>
          <w:i w:val="0"/>
          <w:smallCaps w:val="0"/>
          <w:strike w:val="0"/>
          <w:highlight w:val="cyan"/>
          <w:u w:val="single"/>
        </w:rPr>
        <w:t>believe that it is important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>Biden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administration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preserve WTO standards for </w:t>
      </w:r>
      <w:r>
        <w:rPr>
          <w:b w:val="0"/>
          <w:i w:val="0"/>
          <w:smallCaps w:val="0"/>
          <w:strike w:val="0"/>
          <w:highlight w:val="cyan"/>
          <w:u w:val="single"/>
        </w:rPr>
        <w:t>protect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ing </w:t>
      </w:r>
      <w:r>
        <w:rPr>
          <w:b w:val="0"/>
          <w:i w:val="0"/>
          <w:smallCaps w:val="0"/>
          <w:strike w:val="0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</w:t>
      </w:r>
      <w:r>
        <w:rPr>
          <w:b w:val="0"/>
          <w:i w:val="0"/>
          <w:smallCaps w:val="0"/>
          <w:strike w:val="0"/>
          <w:highlight w:val="cyan"/>
          <w:u w:val="single"/>
        </w:rPr>
        <w:t>77%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least slightly </w:t>
      </w:r>
      <w:r>
        <w:rPr>
          <w:b w:val="0"/>
          <w:i w:val="0"/>
          <w:smallCaps w:val="0"/>
          <w:strike w:val="0"/>
          <w:highlight w:val="cyan"/>
          <w:u w:val="single"/>
        </w:rPr>
        <w:t>concerned that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pending </w:t>
      </w:r>
      <w:r>
        <w:rPr>
          <w:b w:val="0"/>
          <w:i w:val="0"/>
          <w:smallCaps w:val="0"/>
          <w:strike w:val="0"/>
          <w:highlight w:val="cyan"/>
          <w:u w:val="single"/>
        </w:rPr>
        <w:t>proposal would stifle medical research and kill</w:t>
      </w:r>
      <w:r>
        <w:rPr>
          <w:b w:val="0"/>
          <w:i w:val="0"/>
          <w:smallCaps w:val="0"/>
          <w:strike w:val="0"/>
          <w:u w:val="single"/>
        </w:rPr>
        <w:t xml:space="preserve"> American manufacturing </w:t>
      </w:r>
      <w:r>
        <w:rPr>
          <w:b w:val="0"/>
          <w:i w:val="0"/>
          <w:smallCaps w:val="0"/>
          <w:strike w:val="0"/>
          <w:highlight w:val="cyan"/>
          <w:u w:val="single"/>
        </w:rPr>
        <w:t>jobs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“This poll clearly demonstrates that </w:t>
      </w:r>
      <w:r>
        <w:rPr>
          <w:b/>
          <w:i w:val="0"/>
          <w:smallCaps w:val="0"/>
          <w:strike w:val="0"/>
          <w:highlight w:val="cyan"/>
          <w:u w:val="single"/>
        </w:rPr>
        <w:t>voters 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/>
          <w:i w:val="0"/>
          <w:smallCaps w:val="0"/>
          <w:strike w:val="0"/>
          <w:highlight w:val="cyan"/>
          <w:u w:val="single"/>
        </w:rPr>
        <w:t>protections</w:t>
      </w:r>
      <w:r>
        <w:rPr>
          <w:b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and oppose giving away U.S</w:t>
      </w:r>
      <w:r>
        <w:rPr>
          <w:b w:val="0"/>
          <w:i w:val="0"/>
          <w:smallCaps w:val="0"/>
          <w:strike w:val="0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roperty, </w:t>
      </w:r>
      <w:r>
        <w:rPr>
          <w:b w:val="0"/>
          <w:i w:val="0"/>
          <w:smallCaps w:val="0"/>
          <w:strike w:val="0"/>
          <w:u w:val="single"/>
        </w:rPr>
        <w:t xml:space="preserve">especially </w:t>
      </w:r>
      <w:r>
        <w:rPr>
          <w:b w:val="0"/>
          <w:i w:val="0"/>
          <w:smallCaps w:val="0"/>
          <w:strike w:val="0"/>
          <w:highlight w:val="cyan"/>
          <w:u w:val="single"/>
        </w:rPr>
        <w:t>to competitors</w:t>
      </w:r>
      <w:r>
        <w:rPr>
          <w:b w:val="0"/>
          <w:i w:val="0"/>
          <w:smallCaps w:val="0"/>
          <w:strike w:val="0"/>
          <w:u w:val="single"/>
        </w:rPr>
        <w:t xml:space="preserve"> like China</w:t>
      </w:r>
      <w:r>
        <w:rPr>
          <w:b w:val="0"/>
          <w:i w:val="0"/>
          <w:smallCaps w:val="0"/>
          <w:strike w:val="0"/>
          <w:sz w:val="16"/>
          <w:u w:val="none"/>
        </w:rPr>
        <w:t>,” said Joseph P. Allen, Executive Director of the Bayh-Dole Coalition.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Opposition</w:t>
      </w:r>
      <w:r>
        <w:rPr>
          <w:b w:val="0"/>
          <w:i w:val="0"/>
          <w:smallCaps w:val="0"/>
          <w:strike w:val="0"/>
          <w:u w:val="single"/>
        </w:rPr>
        <w:t xml:space="preserve"> to this waiver </w:t>
      </w:r>
      <w:r>
        <w:rPr>
          <w:b w:val="0"/>
          <w:i w:val="0"/>
          <w:smallCaps w:val="0"/>
          <w:strike w:val="0"/>
          <w:highlight w:val="cyan"/>
          <w:u w:val="single"/>
        </w:rPr>
        <w:t>is bipartisan</w:t>
      </w:r>
      <w:r>
        <w:rPr>
          <w:b w:val="0"/>
          <w:i w:val="0"/>
          <w:smallCaps w:val="0"/>
          <w:strike w:val="0"/>
          <w:sz w:val="16"/>
          <w:u w:val="none"/>
        </w:rPr>
        <w:t>, with supermajorities of both Republicans and Democrats preferring political candidates who prioritize protecting American inventors’ IP rights.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Voters </w:t>
      </w:r>
      <w:r>
        <w:rPr>
          <w:b/>
          <w:i w:val="0"/>
          <w:smallCaps w:val="0"/>
          <w:strike w:val="0"/>
          <w:highlight w:val="cyan"/>
          <w:u w:val="single"/>
        </w:rPr>
        <w:t>expect U.S. officials to resist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this misguided proposal</w:t>
      </w:r>
      <w:r>
        <w:rPr>
          <w:b w:val="0"/>
          <w:i w:val="0"/>
          <w:smallCaps w:val="0"/>
          <w:strike w:val="0"/>
          <w:u w:val="single"/>
        </w:rPr>
        <w:t xml:space="preserve"> which would undermine the American economy</w:t>
      </w:r>
      <w:r>
        <w:rPr>
          <w:b w:val="0"/>
          <w:i w:val="0"/>
          <w:smallCaps w:val="0"/>
          <w:strike w:val="0"/>
          <w:sz w:val="16"/>
          <w:u w:val="none"/>
        </w:rPr>
        <w:t>,” said Allen.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poll, conducted by Morning Consult, surveyed 2,202 registered voters between December 22 and December 24. Results have a margin of error of plus or minus two percentage points.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