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Harris Presidency would continue Biden’s restrictive tech policies.</w:t>
      </w:r>
    </w:p>
    <w:p>
      <w:pPr>
        <w:spacing w:after="80"/>
      </w:pPr>
      <w:r>
        <w:rPr>
          <w:b/>
          <w:i w:val="0"/>
          <w:smallCaps w:val="0"/>
          <w:strike w:val="0"/>
          <w:sz w:val="26"/>
          <w:u w:val="none"/>
        </w:rPr>
        <w:t xml:space="preserve">Bajarin ’24 </w:t>
      </w:r>
      <w:r>
        <w:rPr>
          <w:b w:val="0"/>
          <w:i w:val="0"/>
          <w:smallCaps w:val="0"/>
          <w:strike w:val="0"/>
          <w:u w:val="none"/>
        </w:rPr>
        <w:t>[</w:t>
      </w:r>
      <w:r>
        <w:rPr>
          <w:b w:val="0"/>
          <w:i w:val="0"/>
          <w:smallCaps w:val="0"/>
          <w:strike w:val="0"/>
          <w:u w:val="none"/>
        </w:rPr>
        <w:t>Tim Bajarin</w:t>
      </w:r>
      <w:r>
        <w:rPr>
          <w:b w:val="0"/>
          <w:i w:val="0"/>
          <w:smallCaps w:val="0"/>
          <w:strike w:val="0"/>
          <w:u w:val="none"/>
        </w:rPr>
        <w:t xml:space="preserve">, </w:t>
      </w:r>
      <w:r>
        <w:rPr>
          <w:b w:val="0"/>
          <w:i w:val="0"/>
          <w:smallCaps w:val="0"/>
          <w:strike w:val="0"/>
          <w:u w:val="none"/>
        </w:rPr>
        <w:t>leading industry consultants, analysts and futurists, covering the field of personal computers and consumer technology</w:t>
      </w:r>
      <w:r>
        <w:rPr>
          <w:b w:val="0"/>
          <w:i w:val="0"/>
          <w:smallCaps w:val="0"/>
          <w:strike w:val="0"/>
          <w:u w:val="none"/>
        </w:rPr>
        <w:t xml:space="preserve">; </w:t>
      </w:r>
      <w:r>
        <w:rPr>
          <w:b w:val="0"/>
          <w:i w:val="0"/>
          <w:smallCaps w:val="0"/>
          <w:strike w:val="0"/>
          <w:u w:val="none"/>
        </w:rPr>
        <w:t xml:space="preserve">consultant to IBM, Apple, Xerox, Hewlett Packard/Compaq, Dell, AT&amp;T, Microsoft, Sony, Panasonic, Intel, Qualcomm, AMD, </w:t>
      </w:r>
      <w:r>
        <w:rPr>
          <w:b w:val="0"/>
          <w:i w:val="0"/>
          <w:smallCaps w:val="0"/>
          <w:strike w:val="0"/>
          <w:u w:val="none"/>
        </w:rPr>
        <w:t>nVidia</w:t>
      </w:r>
      <w:r>
        <w:rPr>
          <w:b w:val="0"/>
          <w:i w:val="0"/>
          <w:smallCaps w:val="0"/>
          <w:strike w:val="0"/>
          <w:u w:val="none"/>
        </w:rPr>
        <w:t>, Polaroid, Lotus, Epson, Toshiba</w:t>
      </w:r>
      <w:r>
        <w:rPr>
          <w:b w:val="0"/>
          <w:i w:val="0"/>
          <w:smallCaps w:val="0"/>
          <w:strike w:val="0"/>
          <w:u w:val="none"/>
        </w:rPr>
        <w:t>, “</w:t>
      </w:r>
      <w:r>
        <w:rPr>
          <w:b w:val="0"/>
          <w:i w:val="0"/>
          <w:smallCaps w:val="0"/>
          <w:strike w:val="0"/>
          <w:u w:val="none"/>
        </w:rPr>
        <w:t>How A Harris Presidency Could Affect Big Tech</w:t>
      </w:r>
      <w:r>
        <w:rPr>
          <w:b w:val="0"/>
          <w:i w:val="0"/>
          <w:smallCaps w:val="0"/>
          <w:strike w:val="0"/>
          <w:u w:val="none"/>
        </w:rPr>
        <w:t xml:space="preserve">”, 07/25/2024, </w:t>
      </w:r>
      <w:r>
        <w:rPr>
          <w:b w:val="0"/>
          <w:i w:val="0"/>
          <w:smallCaps w:val="0"/>
          <w:strike w:val="0"/>
          <w:u w:val="none"/>
        </w:rPr>
        <w:t>https://www.forbes.com/sites/timbajarin/2024/07/25/how-a-harris-presidency-could-affect-big-tech/</w:t>
      </w:r>
      <w:r>
        <w:rPr>
          <w:b w:val="0"/>
          <w:i w:val="0"/>
          <w:smallCaps w:val="0"/>
          <w:strike w:val="0"/>
          <w:u w:val="none"/>
        </w:rPr>
        <w:t xml:space="preserve">] // </w:t>
      </w:r>
      <w:r>
        <w:rPr>
          <w:b w:val="0"/>
          <w:i w:val="0"/>
          <w:smallCaps w:val="0"/>
          <w:strike w:val="0"/>
          <w:u w:val="none"/>
        </w:rPr>
        <w:t>K</w:t>
      </w:r>
      <w:r>
        <w:rPr>
          <w:b w:val="0"/>
          <w:i w:val="0"/>
          <w:smallCaps w:val="0"/>
          <w:strike w:val="0"/>
          <w:u w:val="none"/>
        </w:rPr>
        <w:t xml:space="preserve"> Nahm</w:t>
      </w:r>
      <w:r>
        <w:rPr>
          <w:b w:val="0"/>
          <w:i w:val="0"/>
          <w:smallCaps w:val="0"/>
          <w:strike w:val="0"/>
          <w:sz w:val="16"/>
          <w:u w:val="none"/>
        </w:rPr>
        <w:t xml:space="preserve"> </w:t>
      </w:r>
    </w:p>
    <w:p>
      <w:pPr>
        <w:spacing w:after="60"/>
      </w:pPr>
      <w:r>
        <w:rPr>
          <w:b w:val="0"/>
          <w:i w:val="0"/>
          <w:smallCaps w:val="0"/>
          <w:strike w:val="0"/>
          <w:sz w:val="16"/>
          <w:u w:val="none"/>
        </w:rPr>
        <w:t xml:space="preserve">As Joe Biden bowed out of the 2024 presidential race last weekend, he endorsed Vice President Kamala </w:t>
      </w:r>
      <w:r>
        <w:rPr>
          <w:b w:val="0"/>
          <w:i w:val="0"/>
          <w:smallCaps w:val="0"/>
          <w:strike w:val="0"/>
          <w:u w:val="single"/>
        </w:rPr>
        <w:t>Harris</w:t>
      </w:r>
      <w:r>
        <w:rPr>
          <w:b w:val="0"/>
          <w:i w:val="0"/>
          <w:smallCaps w:val="0"/>
          <w:strike w:val="0"/>
          <w:sz w:val="16"/>
          <w:u w:val="none"/>
        </w:rPr>
        <w:t xml:space="preserve"> to replace him.</w:t>
      </w:r>
    </w:p>
    <w:p>
      <w:pPr>
        <w:spacing w:after="60"/>
      </w:pPr>
      <w:r>
        <w:rPr>
          <w:b w:val="0"/>
          <w:i w:val="0"/>
          <w:smallCaps w:val="0"/>
          <w:strike w:val="0"/>
          <w:sz w:val="16"/>
          <w:u w:val="none"/>
        </w:rPr>
        <w:t xml:space="preserve">We in Silicon Valley know Harris well, as she was a top prosecutor in San Francisco, California's attorney general, and U.S. Senator. In those roles, she </w:t>
      </w:r>
      <w:r>
        <w:rPr>
          <w:b w:val="0"/>
          <w:i w:val="0"/>
          <w:smallCaps w:val="0"/>
          <w:strike w:val="0"/>
          <w:u w:val="single"/>
        </w:rPr>
        <w:t>often visited Silicon Valley to meet with its leaders and became a long-time friend of the tech industry.</w:t>
      </w:r>
    </w:p>
    <w:p>
      <w:pPr>
        <w:spacing w:after="60"/>
      </w:pPr>
      <w:r>
        <w:rPr>
          <w:b w:val="0"/>
          <w:i w:val="0"/>
          <w:smallCaps w:val="0"/>
          <w:strike w:val="0"/>
          <w:sz w:val="16"/>
          <w:u w:val="none"/>
        </w:rPr>
        <w:t xml:space="preserve">Now that she is the leading Democratic candidate to replace President Biden, </w:t>
      </w:r>
      <w:r>
        <w:rPr>
          <w:b w:val="0"/>
          <w:i w:val="0"/>
          <w:smallCaps w:val="0"/>
          <w:strike w:val="0"/>
          <w:highlight w:val="cyan"/>
          <w:u w:val="single"/>
        </w:rPr>
        <w:t>tech leaders</w:t>
      </w:r>
      <w:r>
        <w:rPr>
          <w:b w:val="0"/>
          <w:i w:val="0"/>
          <w:smallCaps w:val="0"/>
          <w:strike w:val="0"/>
          <w:u w:val="single"/>
        </w:rPr>
        <w:t xml:space="preserve"> are </w:t>
      </w:r>
      <w:r>
        <w:rPr>
          <w:b w:val="0"/>
          <w:i w:val="0"/>
          <w:smallCaps w:val="0"/>
          <w:strike w:val="0"/>
          <w:highlight w:val="cyan"/>
          <w:u w:val="single"/>
        </w:rPr>
        <w:t>scrutinizing</w:t>
      </w:r>
      <w:r>
        <w:rPr>
          <w:b w:val="0"/>
          <w:i w:val="0"/>
          <w:smallCaps w:val="0"/>
          <w:strike w:val="0"/>
          <w:u w:val="single"/>
        </w:rPr>
        <w:t xml:space="preserve"> how a </w:t>
      </w:r>
      <w:r>
        <w:rPr>
          <w:b w:val="0"/>
          <w:i w:val="0"/>
          <w:smallCaps w:val="0"/>
          <w:strike w:val="0"/>
          <w:highlight w:val="cyan"/>
          <w:u w:val="single"/>
        </w:rPr>
        <w:t>potential Harris presidency</w:t>
      </w:r>
      <w:r>
        <w:rPr>
          <w:b w:val="0"/>
          <w:i w:val="0"/>
          <w:smallCaps w:val="0"/>
          <w:strike w:val="0"/>
          <w:u w:val="single"/>
        </w:rPr>
        <w:t xml:space="preserve"> could affect them and the industry at large.</w:t>
      </w:r>
    </w:p>
    <w:p>
      <w:pPr>
        <w:spacing w:after="60"/>
      </w:pPr>
      <w:r>
        <w:rPr>
          <w:b w:val="0"/>
          <w:i w:val="0"/>
          <w:smallCaps w:val="0"/>
          <w:strike w:val="0"/>
          <w:sz w:val="16"/>
          <w:u w:val="none"/>
        </w:rPr>
        <w:t xml:space="preserve">In addition to her deep relations with tech leaders, </w:t>
      </w:r>
      <w:r>
        <w:rPr>
          <w:b w:val="0"/>
          <w:i w:val="0"/>
          <w:smallCaps w:val="0"/>
          <w:strike w:val="0"/>
          <w:highlight w:val="cyan"/>
          <w:u w:val="single"/>
        </w:rPr>
        <w:t>Harris has a solid grasp of technology and understands its role</w:t>
      </w:r>
      <w:r>
        <w:rPr>
          <w:b w:val="0"/>
          <w:i w:val="0"/>
          <w:smallCaps w:val="0"/>
          <w:strike w:val="0"/>
          <w:u w:val="single"/>
        </w:rPr>
        <w:t xml:space="preserve"> in the U.S. and around the world.</w:t>
      </w:r>
    </w:p>
    <w:p>
      <w:pPr>
        <w:spacing w:after="60"/>
      </w:pPr>
      <w:r>
        <w:rPr>
          <w:b w:val="0"/>
          <w:i w:val="0"/>
          <w:smallCaps w:val="0"/>
          <w:strike w:val="0"/>
          <w:sz w:val="16"/>
          <w:u w:val="none"/>
        </w:rPr>
        <w:t xml:space="preserve">President </w:t>
      </w:r>
      <w:r>
        <w:rPr>
          <w:b w:val="0"/>
          <w:i w:val="0"/>
          <w:smallCaps w:val="0"/>
          <w:strike w:val="0"/>
          <w:highlight w:val="cyan"/>
          <w:u w:val="single"/>
        </w:rPr>
        <w:t>Biden appointed Harris to lead his AI task force</w:t>
      </w:r>
      <w:r>
        <w:rPr>
          <w:b w:val="0"/>
          <w:i w:val="0"/>
          <w:smallCaps w:val="0"/>
          <w:strike w:val="0"/>
          <w:sz w:val="16"/>
          <w:u w:val="none"/>
        </w:rPr>
        <w:t xml:space="preserve"> last year. In May 2023, she met with major tech CEOs about advancing responsible AI innovation.</w:t>
      </w:r>
    </w:p>
    <w:p>
      <w:pPr>
        <w:spacing w:after="60"/>
      </w:pPr>
      <w:r>
        <w:rPr>
          <w:b w:val="0"/>
          <w:i w:val="0"/>
          <w:smallCaps w:val="0"/>
          <w:strike w:val="0"/>
          <w:sz w:val="16"/>
          <w:u w:val="none"/>
        </w:rPr>
        <w:t xml:space="preserve">AI has great potential but also serious downsides. This will perhaps be the most important tech, demanding many forms of regulation in the near future. </w:t>
      </w:r>
      <w:r>
        <w:rPr>
          <w:b w:val="0"/>
          <w:i w:val="0"/>
          <w:smallCaps w:val="0"/>
          <w:strike w:val="0"/>
          <w:highlight w:val="cyan"/>
          <w:u w:val="single"/>
        </w:rPr>
        <w:t>Biden</w:t>
      </w:r>
      <w:r>
        <w:rPr>
          <w:b w:val="0"/>
          <w:i w:val="0"/>
          <w:smallCaps w:val="0"/>
          <w:strike w:val="0"/>
          <w:sz w:val="16"/>
          <w:u w:val="none"/>
        </w:rPr>
        <w:t xml:space="preserve"> has already </w:t>
      </w:r>
      <w:r>
        <w:rPr>
          <w:b w:val="0"/>
          <w:i w:val="0"/>
          <w:smallCaps w:val="0"/>
          <w:strike w:val="0"/>
          <w:highlight w:val="cyan"/>
          <w:u w:val="single"/>
        </w:rPr>
        <w:t>put in place an aggressive executive order</w:t>
      </w:r>
      <w:r>
        <w:rPr>
          <w:b w:val="0"/>
          <w:i w:val="0"/>
          <w:smallCaps w:val="0"/>
          <w:strike w:val="0"/>
          <w:sz w:val="16"/>
          <w:u w:val="none"/>
        </w:rPr>
        <w:t xml:space="preserve"> on AI that, among other things, has a big emphasis on human rights and algorithmic fairness.</w:t>
      </w:r>
    </w:p>
    <w:p>
      <w:pPr>
        <w:spacing w:after="60"/>
      </w:pPr>
      <w:r>
        <w:rPr>
          <w:b w:val="0"/>
          <w:i w:val="0"/>
          <w:smallCaps w:val="0"/>
          <w:strike w:val="0"/>
          <w:sz w:val="16"/>
          <w:u w:val="none"/>
        </w:rPr>
        <w:t xml:space="preserve">Since </w:t>
      </w:r>
      <w:r>
        <w:rPr>
          <w:b/>
          <w:i w:val="0"/>
          <w:smallCaps w:val="0"/>
          <w:strike w:val="0"/>
          <w:highlight w:val="cyan"/>
          <w:u w:val="single"/>
        </w:rPr>
        <w:t>Harris helped craft this</w:t>
      </w:r>
      <w:r>
        <w:rPr>
          <w:b w:val="0"/>
          <w:i w:val="0"/>
          <w:smallCaps w:val="0"/>
          <w:strike w:val="0"/>
          <w:u w:val="single"/>
        </w:rPr>
        <w:t xml:space="preserve"> executive order</w:t>
      </w:r>
      <w:r>
        <w:rPr>
          <w:b w:val="0"/>
          <w:i w:val="0"/>
          <w:smallCaps w:val="0"/>
          <w:strike w:val="0"/>
          <w:sz w:val="16"/>
          <w:u w:val="none"/>
        </w:rPr>
        <w:t xml:space="preserve">, a potential </w:t>
      </w:r>
      <w:r>
        <w:rPr>
          <w:b w:val="0"/>
          <w:i w:val="0"/>
          <w:smallCaps w:val="0"/>
          <w:strike w:val="0"/>
          <w:highlight w:val="cyan"/>
          <w:u w:val="single"/>
        </w:rPr>
        <w:t>Harris administration would adhere to its principles</w:t>
      </w:r>
      <w:r>
        <w:rPr>
          <w:b w:val="0"/>
          <w:i w:val="0"/>
          <w:smallCaps w:val="0"/>
          <w:strike w:val="0"/>
          <w:sz w:val="16"/>
          <w:u w:val="none"/>
        </w:rPr>
        <w:t xml:space="preserve"> and push hard for congressional leaders to craft laws needed to keep AI on the right track and safe for all.</w:t>
      </w:r>
    </w:p>
    <w:p>
      <w:pPr>
        <w:spacing w:after="60"/>
      </w:pPr>
      <w:r>
        <w:rPr>
          <w:b w:val="0"/>
          <w:i w:val="0"/>
          <w:smallCaps w:val="0"/>
          <w:strike w:val="0"/>
          <w:sz w:val="16"/>
          <w:u w:val="none"/>
        </w:rPr>
        <w:t xml:space="preserve">Besides AI, </w:t>
      </w:r>
      <w:r>
        <w:rPr>
          <w:b w:val="0"/>
          <w:i w:val="0"/>
          <w:smallCaps w:val="0"/>
          <w:strike w:val="0"/>
          <w:highlight w:val="cyan"/>
          <w:u w:val="single"/>
        </w:rPr>
        <w:t>many tech issues are at stake</w:t>
      </w:r>
      <w:r>
        <w:rPr>
          <w:b w:val="0"/>
          <w:i w:val="0"/>
          <w:smallCaps w:val="0"/>
          <w:strike w:val="0"/>
          <w:u w:val="single"/>
        </w:rPr>
        <w:t>, such as regulating companies in other segments of the industry, antitrust, privacy, protecting kids from predators, and more.</w:t>
      </w:r>
    </w:p>
    <w:p>
      <w:pPr>
        <w:spacing w:after="60"/>
      </w:pPr>
      <w:r>
        <w:rPr>
          <w:b w:val="0"/>
          <w:i w:val="0"/>
          <w:smallCaps w:val="0"/>
          <w:strike w:val="0"/>
          <w:sz w:val="16"/>
          <w:u w:val="none"/>
        </w:rPr>
        <w:t>Silicon Valley leaders could benefit from having someone in the White House who understands technology and could be friendly with Big Tech in the coming years.</w:t>
      </w:r>
    </w:p>
    <w:p>
      <w:pPr>
        <w:spacing w:after="60"/>
      </w:pPr>
      <w:r>
        <w:rPr>
          <w:b w:val="0"/>
          <w:i w:val="0"/>
          <w:smallCaps w:val="0"/>
          <w:strike w:val="0"/>
          <w:sz w:val="16"/>
          <w:u w:val="none"/>
        </w:rPr>
        <w:t>One big question about a potential Harris presidency is whether she would alter the current ongoing tech antitrust cases at the DOJ and FTC.</w:t>
      </w:r>
    </w:p>
    <w:p>
      <w:pPr>
        <w:spacing w:after="60"/>
      </w:pPr>
      <w:r>
        <w:rPr>
          <w:b w:val="0"/>
          <w:i w:val="0"/>
          <w:smallCaps w:val="0"/>
          <w:strike w:val="0"/>
          <w:highlight w:val="cyan"/>
          <w:u w:val="single"/>
        </w:rPr>
        <w:t xml:space="preserve">I would be surprised if she changed the current leadership of </w:t>
      </w:r>
      <w:r>
        <w:rPr>
          <w:b w:val="0"/>
          <w:i w:val="0"/>
          <w:smallCaps w:val="0"/>
          <w:strike w:val="0"/>
          <w:u w:val="single"/>
        </w:rPr>
        <w:t xml:space="preserve">these </w:t>
      </w:r>
      <w:r>
        <w:rPr>
          <w:b w:val="0"/>
          <w:i w:val="0"/>
          <w:smallCaps w:val="0"/>
          <w:strike w:val="0"/>
          <w:highlight w:val="cyan"/>
          <w:u w:val="single"/>
        </w:rPr>
        <w:t>agencies</w:t>
      </w:r>
      <w:r>
        <w:rPr>
          <w:b w:val="0"/>
          <w:i w:val="0"/>
          <w:smallCaps w:val="0"/>
          <w:strike w:val="0"/>
          <w:u w:val="single"/>
        </w:rPr>
        <w:t xml:space="preserve"> since, as Vice President, Harris has </w:t>
      </w:r>
      <w:r>
        <w:rPr>
          <w:b w:val="0"/>
          <w:i w:val="0"/>
          <w:smallCaps w:val="0"/>
          <w:strike w:val="0"/>
          <w:sz w:val="16"/>
          <w:u w:val="none"/>
        </w:rPr>
        <w:t>been close to these cases and has</w:t>
      </w:r>
      <w:r>
        <w:rPr>
          <w:b w:val="0"/>
          <w:i w:val="0"/>
          <w:smallCaps w:val="0"/>
          <w:strike w:val="0"/>
          <w:u w:val="single"/>
        </w:rPr>
        <w:t xml:space="preserve"> not shown any sign of opposing them.</w:t>
      </w:r>
    </w:p>
    <w:p>
      <w:pPr>
        <w:spacing w:after="60"/>
      </w:pPr>
      <w:r>
        <w:rPr>
          <w:b w:val="0"/>
          <w:i w:val="0"/>
          <w:smallCaps w:val="0"/>
          <w:strike w:val="0"/>
          <w:sz w:val="16"/>
          <w:u w:val="none"/>
        </w:rPr>
        <w:t>I spent the last two days talking to senior executives of major tech companies about their views on a Harris presidency's potential impacts on the technology industry. Here is a summary of those discussions.</w:t>
      </w:r>
    </w:p>
    <w:p>
      <w:pPr>
        <w:spacing w:after="60"/>
      </w:pPr>
      <w:r>
        <w:rPr>
          <w:b w:val="0"/>
          <w:i w:val="0"/>
          <w:smallCaps w:val="0"/>
          <w:strike w:val="0"/>
          <w:sz w:val="16"/>
          <w:u w:val="none"/>
        </w:rPr>
        <w:t xml:space="preserve">Data privacy and consumer protection: </w:t>
      </w:r>
      <w:r>
        <w:rPr>
          <w:b w:val="0"/>
          <w:i w:val="0"/>
          <w:smallCaps w:val="0"/>
          <w:strike w:val="0"/>
          <w:highlight w:val="cyan"/>
          <w:u w:val="single"/>
        </w:rPr>
        <w:t>Harris has strongly advocated data privacy</w:t>
      </w:r>
      <w:r>
        <w:rPr>
          <w:b w:val="0"/>
          <w:i w:val="0"/>
          <w:smallCaps w:val="0"/>
          <w:strike w:val="0"/>
          <w:sz w:val="16"/>
          <w:u w:val="none"/>
        </w:rPr>
        <w:t>. She might push for stricter regulations on how tech companies collect, use, and share user data, potentially similar to the E.U.'s GDPR.</w:t>
      </w:r>
    </w:p>
    <w:p>
      <w:pPr>
        <w:spacing w:after="60"/>
      </w:pPr>
      <w:r>
        <w:rPr>
          <w:b w:val="0"/>
          <w:i w:val="0"/>
          <w:smallCaps w:val="0"/>
          <w:strike w:val="0"/>
          <w:highlight w:val="cyan"/>
          <w:u w:val="single"/>
        </w:rPr>
        <w:t>Antitrust enforcement</w:t>
      </w:r>
      <w:r>
        <w:rPr>
          <w:b w:val="0"/>
          <w:i w:val="0"/>
          <w:smallCaps w:val="0"/>
          <w:strike w:val="0"/>
          <w:sz w:val="16"/>
          <w:u w:val="none"/>
        </w:rPr>
        <w:t>: Harris has expressed concerns about the concentration of power among Big Tech companies. Her administration might pursue more aggressive antitrust actions, potentially leading to increased scrutiny of mergers and acquisitions in the tech sector.</w:t>
      </w:r>
    </w:p>
    <w:p>
      <w:pPr>
        <w:spacing w:after="60"/>
      </w:pPr>
      <w:r>
        <w:rPr>
          <w:b w:val="0"/>
          <w:i w:val="0"/>
          <w:smallCaps w:val="0"/>
          <w:strike w:val="0"/>
          <w:highlight w:val="cyan"/>
          <w:u w:val="single"/>
        </w:rPr>
        <w:t>A</w:t>
      </w:r>
      <w:r>
        <w:rPr>
          <w:b w:val="0"/>
          <w:i w:val="0"/>
          <w:smallCaps w:val="0"/>
          <w:strike w:val="0"/>
          <w:u w:val="single"/>
        </w:rPr>
        <w:t xml:space="preserve">rtificial </w:t>
      </w:r>
      <w:r>
        <w:rPr>
          <w:b w:val="0"/>
          <w:i w:val="0"/>
          <w:smallCaps w:val="0"/>
          <w:strike w:val="0"/>
          <w:highlight w:val="cyan"/>
          <w:u w:val="single"/>
        </w:rPr>
        <w:t>i</w:t>
      </w:r>
      <w:r>
        <w:rPr>
          <w:b w:val="0"/>
          <w:i w:val="0"/>
          <w:smallCaps w:val="0"/>
          <w:strike w:val="0"/>
          <w:u w:val="single"/>
        </w:rPr>
        <w:t xml:space="preserve">ntelligence </w:t>
      </w:r>
      <w:r>
        <w:rPr>
          <w:b w:val="0"/>
          <w:i w:val="0"/>
          <w:smallCaps w:val="0"/>
          <w:strike w:val="0"/>
          <w:highlight w:val="cyan"/>
          <w:u w:val="single"/>
        </w:rPr>
        <w:t>regulation</w:t>
      </w:r>
      <w:r>
        <w:rPr>
          <w:b w:val="0"/>
          <w:i w:val="0"/>
          <w:smallCaps w:val="0"/>
          <w:strike w:val="0"/>
          <w:sz w:val="16"/>
          <w:u w:val="none"/>
        </w:rPr>
        <w:t>: Harris has called for responsible AI development. Her administration might introduce guidelines or regulations to ensure AI systems are developed and deployed ethically, with a focus on preventing bias and protecting civil rights.</w:t>
      </w:r>
    </w:p>
    <w:p>
      <w:pPr>
        <w:spacing w:after="60"/>
      </w:pPr>
      <w:r>
        <w:rPr>
          <w:b w:val="0"/>
          <w:i w:val="0"/>
          <w:smallCaps w:val="0"/>
          <w:strike w:val="0"/>
          <w:highlight w:val="cyan"/>
          <w:u w:val="single"/>
        </w:rPr>
        <w:t>Cybersecurity</w:t>
      </w:r>
      <w:r>
        <w:rPr>
          <w:b w:val="0"/>
          <w:i w:val="0"/>
          <w:smallCaps w:val="0"/>
          <w:strike w:val="0"/>
          <w:sz w:val="16"/>
          <w:u w:val="none"/>
        </w:rPr>
        <w:t>: Given her background as California's attorney general and her work in the Senate, Harris might prioritize strengthening national cybersecurity measures, which could impact tech companies' security practices and responsibilities.</w:t>
      </w:r>
    </w:p>
    <w:p>
      <w:pPr>
        <w:spacing w:after="60"/>
      </w:pPr>
      <w:r>
        <w:rPr>
          <w:b w:val="0"/>
          <w:i w:val="0"/>
          <w:smallCaps w:val="0"/>
          <w:strike w:val="0"/>
          <w:u w:val="single"/>
        </w:rPr>
        <w:t>Broadband access</w:t>
      </w:r>
      <w:r>
        <w:rPr>
          <w:b w:val="0"/>
          <w:i w:val="0"/>
          <w:smallCaps w:val="0"/>
          <w:strike w:val="0"/>
          <w:sz w:val="16"/>
          <w:u w:val="none"/>
        </w:rPr>
        <w:t>: Harris has supported expanding broadband access, especially in rural and underserved areas. This could create opportunities for telecom and internet service providers.</w:t>
      </w:r>
    </w:p>
    <w:p>
      <w:pPr>
        <w:spacing w:after="60"/>
      </w:pPr>
      <w:r>
        <w:rPr>
          <w:b w:val="0"/>
          <w:i w:val="0"/>
          <w:smallCaps w:val="0"/>
          <w:strike w:val="0"/>
          <w:sz w:val="16"/>
          <w:u w:val="none"/>
        </w:rPr>
        <w:t>STEM education and workforce development: Harris has advocated for increased investment in STEM education and workforce development programs, which could benefit the tech industry by expanding the pool of skilled workers.</w:t>
      </w:r>
    </w:p>
    <w:p>
      <w:pPr>
        <w:spacing w:after="60"/>
      </w:pPr>
      <w:r>
        <w:rPr>
          <w:b w:val="0"/>
          <w:i w:val="0"/>
          <w:smallCaps w:val="0"/>
          <w:strike w:val="0"/>
          <w:sz w:val="16"/>
          <w:u w:val="none"/>
        </w:rPr>
        <w:t>Immigration reform: Harris has supported immigration reform that could make it easier for high-skilled tech workers to obtain visas, potentially addressing talent shortages in the industry.</w:t>
      </w:r>
    </w:p>
    <w:p>
      <w:pPr>
        <w:spacing w:after="60"/>
      </w:pPr>
      <w:r>
        <w:rPr>
          <w:b w:val="0"/>
          <w:i w:val="0"/>
          <w:smallCaps w:val="0"/>
          <w:strike w:val="0"/>
          <w:sz w:val="16"/>
          <w:u w:val="none"/>
        </w:rPr>
        <w:t>Climate tech: Given her focus on climate change, a Harris administration might provide incentives or support for clean energy and climate-related technologies.</w:t>
      </w:r>
    </w:p>
    <w:p>
      <w:pPr>
        <w:spacing w:after="60"/>
      </w:pPr>
      <w:r>
        <w:rPr>
          <w:b w:val="0"/>
          <w:i w:val="0"/>
          <w:smallCaps w:val="0"/>
          <w:strike w:val="0"/>
          <w:sz w:val="16"/>
          <w:u w:val="none"/>
        </w:rPr>
        <w:t>Section 230 reform: Harris has expressed interest in reforming Section 230 of the Communications Decency Act, which could have significant implications for social media and other internet platforms.</w:t>
      </w:r>
    </w:p>
    <w:p>
      <w:pPr>
        <w:spacing w:after="60"/>
      </w:pPr>
      <w:r>
        <w:rPr>
          <w:b w:val="0"/>
          <w:i w:val="0"/>
          <w:smallCaps w:val="0"/>
          <w:strike w:val="0"/>
          <w:sz w:val="16"/>
          <w:u w:val="none"/>
        </w:rPr>
        <w:t>In 2022, the United States tech sector contributed nearly two trillion U.S. dollars to the country's overall gross domestic product (GDP), making up approximately 9.3 percent of total GDP.</w:t>
      </w:r>
    </w:p>
    <w:p>
      <w:pPr>
        <w:spacing w:after="60"/>
      </w:pPr>
      <w:r>
        <w:rPr>
          <w:b w:val="0"/>
          <w:i w:val="0"/>
          <w:smallCaps w:val="0"/>
          <w:strike w:val="0"/>
          <w:u w:val="single"/>
        </w:rPr>
        <w:t>Given that the U.S. tech industry drives nearly 10% of the total U.S. GDP, Silicon Valley will examine Harris and Trump</w:t>
      </w:r>
      <w:r>
        <w:rPr>
          <w:b w:val="0"/>
          <w:i w:val="0"/>
          <w:smallCaps w:val="0"/>
          <w:strike w:val="0"/>
          <w:sz w:val="16"/>
          <w:u w:val="none"/>
        </w:rPr>
        <w:t xml:space="preserve"> closely to see if they are friends or foes.</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