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will remain in NATO and provide aid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Cailey </w:t>
      </w:r>
      <w:r>
        <w:rPr>
          <w:b/>
          <w:i w:val="0"/>
          <w:smallCaps w:val="0"/>
          <w:strike w:val="0"/>
          <w:sz w:val="26"/>
          <w:u w:val="none"/>
        </w:rPr>
        <w:t>Gleeson 3/19</w:t>
      </w:r>
      <w:r>
        <w:rPr>
          <w:b w:val="0"/>
          <w:i w:val="0"/>
          <w:smallCaps w:val="0"/>
          <w:strike w:val="0"/>
          <w:u w:val="none"/>
        </w:rPr>
        <w:t xml:space="preserve">/24 Political breaking news </w:t>
      </w:r>
      <w:r>
        <w:rPr>
          <w:b w:val="0"/>
          <w:i w:val="0"/>
          <w:smallCaps w:val="0"/>
          <w:strike w:val="0"/>
          <w:u w:val="none"/>
        </w:rPr>
        <w:t>preporter</w:t>
      </w:r>
      <w:r>
        <w:rPr>
          <w:b w:val="0"/>
          <w:i w:val="0"/>
          <w:smallCaps w:val="0"/>
          <w:strike w:val="0"/>
          <w:u w:val="none"/>
        </w:rPr>
        <w:t>, formerly worked at Forbes, graduated from DePaul University with a double major in journalism and psychology. “</w:t>
      </w:r>
      <w:r>
        <w:rPr>
          <w:b w:val="0"/>
          <w:i w:val="0"/>
          <w:smallCaps w:val="0"/>
          <w:strike w:val="0"/>
          <w:u w:val="none"/>
        </w:rPr>
        <w:t>Trump Says U.S. Won’t Leave NATO If European Countries ‘Play Fair,’ Report Says</w:t>
      </w:r>
      <w:r>
        <w:rPr>
          <w:b w:val="0"/>
          <w:i w:val="0"/>
          <w:smallCaps w:val="0"/>
          <w:strike w:val="0"/>
          <w:u w:val="none"/>
        </w:rPr>
        <w:t xml:space="preserve">” Forbes, </w:t>
      </w:r>
      <w:r>
        <w:rPr>
          <w:b w:val="0"/>
          <w:i w:val="0"/>
          <w:smallCaps w:val="0"/>
          <w:strike w:val="0"/>
          <w:u w:val="none"/>
        </w:rPr>
        <w:t>https://www.forbes.com/sites/caileygleeson/2024/03/19/trump-says-us-wont-leave-nato-if-european-countries-play-fair-report-says/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Former President Donald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Trump said</w:t>
      </w:r>
      <w:r>
        <w:rPr>
          <w:b w:val="0"/>
          <w:i w:val="0"/>
          <w:smallCaps w:val="0"/>
          <w:strike w:val="0"/>
          <w:u w:val="none"/>
        </w:rPr>
        <w:t xml:space="preserve"> in an interview slated to air Tuesday that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 will remain in NATO if he’s reelected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Politico reported, amid mounting fears that the U.S. would quit the alliance during a second Trump term after his most recent series of controversial remarks.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an interview with Nigel Farage, former UK Independence Party leader and Trump ally, </w:t>
      </w:r>
      <w:r>
        <w:rPr>
          <w:b w:val="0"/>
          <w:i w:val="0"/>
          <w:smallCaps w:val="0"/>
          <w:strike w:val="0"/>
          <w:u w:val="single"/>
        </w:rPr>
        <w:t>Trump said NATO “has to treat the U.S. fairly,” adding that if it wasn’t for the U.S. “NATO literally doesn't even exist” while encouraging European nations to “play fair,</w:t>
      </w:r>
      <w:r>
        <w:rPr>
          <w:b w:val="0"/>
          <w:i w:val="0"/>
          <w:smallCaps w:val="0"/>
          <w:strike w:val="0"/>
          <w:u w:val="none"/>
        </w:rPr>
        <w:t>” according to Politico.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Trump also reportedly said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 would come to the defense of NATO allies under attack</w:t>
      </w:r>
      <w:r>
        <w:rPr>
          <w:b w:val="0"/>
          <w:i w:val="0"/>
          <w:smallCaps w:val="0"/>
          <w:strike w:val="0"/>
          <w:u w:val="single"/>
        </w:rPr>
        <w:t>, and went on to say all involved parties should pay their “fair share”</w:t>
      </w:r>
      <w:r>
        <w:rPr>
          <w:b w:val="0"/>
          <w:i w:val="0"/>
          <w:smallCaps w:val="0"/>
          <w:strike w:val="0"/>
          <w:u w:val="none"/>
        </w:rPr>
        <w:t>—echoing recent criticisms of the contributions of European members to aid Ukraine.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Politico reported the former president also warned NATO members to “not take advantage” of the nation’s support.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