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causes inflation -- </w:t>
      </w:r>
      <w:r>
        <w:rPr>
          <w:b/>
          <w:i w:val="0"/>
          <w:smallCaps w:val="0"/>
          <w:strike w:val="0"/>
          <w:sz w:val="26"/>
          <w:u w:val="none"/>
        </w:rPr>
        <w:t>16 Nobel Prize-winning economists</w:t>
      </w:r>
      <w:r>
        <w:rPr>
          <w:b/>
          <w:i w:val="0"/>
          <w:smallCaps w:val="0"/>
          <w:strike w:val="0"/>
          <w:sz w:val="26"/>
          <w:u w:val="none"/>
        </w:rPr>
        <w:t xml:space="preserve"> agree</w:t>
      </w:r>
      <w:r>
        <w:rPr>
          <w:b/>
          <w:i w:val="0"/>
          <w:smallCaps w:val="0"/>
          <w:strike w:val="0"/>
          <w:sz w:val="26"/>
          <w:u w:val="none"/>
        </w:rPr>
        <w:t xml:space="preserve"> </w:t>
      </w:r>
    </w:p>
    <w:p>
      <w:pPr>
        <w:spacing w:after="80"/>
      </w:pPr>
      <w:r>
        <w:rPr>
          <w:b/>
          <w:i w:val="0"/>
          <w:smallCaps w:val="0"/>
          <w:strike w:val="0"/>
          <w:sz w:val="26"/>
          <w:u w:val="none"/>
        </w:rPr>
        <w:t xml:space="preserve">Picchi 6/25 </w:t>
      </w:r>
    </w:p>
    <w:p>
      <w:pPr>
        <w:spacing w:after="60"/>
      </w:pPr>
      <w:r>
        <w:rPr>
          <w:b w:val="0"/>
          <w:i w:val="0"/>
          <w:smallCaps w:val="0"/>
          <w:strike w:val="0"/>
          <w:sz w:val="16"/>
          <w:u w:val="none"/>
        </w:rPr>
        <w:t xml:space="preserve">[Aimee Picchi a renowned journalist and associate managing editor for CBS </w:t>
      </w:r>
      <w:r>
        <w:rPr>
          <w:b w:val="0"/>
          <w:i w:val="0"/>
          <w:smallCaps w:val="0"/>
          <w:strike w:val="0"/>
          <w:sz w:val="16"/>
          <w:u w:val="none"/>
        </w:rPr>
        <w:t>MoneyWatch ;</w:t>
      </w:r>
      <w:r>
        <w:rPr>
          <w:b w:val="0"/>
          <w:i w:val="0"/>
          <w:smallCaps w:val="0"/>
          <w:strike w:val="0"/>
          <w:sz w:val="16"/>
          <w:u w:val="none"/>
        </w:rPr>
        <w:t xml:space="preserve"> 6/25/24] 16 Nobel Prize-winning economists warn that Trump's economic plans could reignite inflation https://www.cbsnews.com/news/trump-economy-nobel-prize-winners-letter-inflation-warning//WM</w:t>
      </w:r>
    </w:p>
    <w:p>
      <w:pPr>
        <w:spacing w:after="60"/>
      </w:pPr>
      <w:r>
        <w:rPr>
          <w:b w:val="0"/>
          <w:i w:val="0"/>
          <w:smallCaps w:val="0"/>
          <w:strike w:val="0"/>
          <w:sz w:val="22"/>
          <w:highlight w:val="cyan"/>
          <w:u w:val="single"/>
        </w:rPr>
        <w:t>Sixteen</w:t>
      </w:r>
      <w:r>
        <w:rPr>
          <w:b w:val="0"/>
          <w:i w:val="0"/>
          <w:smallCaps w:val="0"/>
          <w:strike w:val="0"/>
          <w:sz w:val="22"/>
          <w:u w:val="single"/>
        </w:rPr>
        <w:t xml:space="preserve"> of the </w:t>
      </w:r>
      <w:r>
        <w:rPr>
          <w:b w:val="0"/>
          <w:i w:val="0"/>
          <w:smallCaps w:val="0"/>
          <w:strike w:val="0"/>
          <w:sz w:val="22"/>
          <w:highlight w:val="cyan"/>
          <w:u w:val="single"/>
        </w:rPr>
        <w:t>world's</w:t>
      </w:r>
      <w:r>
        <w:rPr>
          <w:b w:val="0"/>
          <w:i w:val="0"/>
          <w:smallCaps w:val="0"/>
          <w:strike w:val="0"/>
          <w:sz w:val="22"/>
          <w:u w:val="single"/>
        </w:rPr>
        <w:t xml:space="preserve"> most </w:t>
      </w:r>
      <w:r>
        <w:rPr>
          <w:b w:val="0"/>
          <w:i w:val="0"/>
          <w:smallCaps w:val="0"/>
          <w:strike w:val="0"/>
          <w:sz w:val="22"/>
          <w:highlight w:val="cyan"/>
          <w:u w:val="single"/>
        </w:rPr>
        <w:t>notable economists</w:t>
      </w:r>
      <w:r>
        <w:rPr>
          <w:b w:val="0"/>
          <w:i w:val="0"/>
          <w:smallCaps w:val="0"/>
          <w:strike w:val="0"/>
          <w:sz w:val="22"/>
          <w:u w:val="single"/>
        </w:rPr>
        <w:t xml:space="preserve"> — all </w:t>
      </w:r>
      <w:r>
        <w:rPr>
          <w:b w:val="0"/>
          <w:i w:val="0"/>
          <w:smallCaps w:val="0"/>
          <w:strike w:val="0"/>
          <w:sz w:val="22"/>
          <w:highlight w:val="cyan"/>
          <w:u w:val="single"/>
        </w:rPr>
        <w:t>Nobel Prize winners</w:t>
      </w:r>
      <w:r>
        <w:rPr>
          <w:b w:val="0"/>
          <w:i w:val="0"/>
          <w:smallCaps w:val="0"/>
          <w:strike w:val="0"/>
          <w:sz w:val="22"/>
          <w:u w:val="single"/>
        </w:rPr>
        <w:t xml:space="preserve"> — are </w:t>
      </w:r>
      <w:r>
        <w:rPr>
          <w:b w:val="0"/>
          <w:i w:val="0"/>
          <w:smallCaps w:val="0"/>
          <w:strike w:val="0"/>
          <w:sz w:val="22"/>
          <w:highlight w:val="cyan"/>
          <w:u w:val="single"/>
        </w:rPr>
        <w:t>warning</w:t>
      </w:r>
      <w:r>
        <w:rPr>
          <w:b w:val="0"/>
          <w:i w:val="0"/>
          <w:smallCaps w:val="0"/>
          <w:strike w:val="0"/>
          <w:sz w:val="22"/>
          <w:u w:val="single"/>
        </w:rPr>
        <w:t xml:space="preserve"> that former President Donald </w:t>
      </w:r>
      <w:r>
        <w:rPr>
          <w:b w:val="0"/>
          <w:i w:val="0"/>
          <w:smallCaps w:val="0"/>
          <w:strike w:val="0"/>
          <w:sz w:val="22"/>
          <w:highlight w:val="cyan"/>
          <w:u w:val="single"/>
        </w:rPr>
        <w:t>Trump</w:t>
      </w:r>
      <w:r>
        <w:rPr>
          <w:b w:val="0"/>
          <w:i w:val="0"/>
          <w:smallCaps w:val="0"/>
          <w:strike w:val="0"/>
          <w:sz w:val="22"/>
          <w:u w:val="single"/>
        </w:rPr>
        <w:t xml:space="preserve"> could </w:t>
      </w:r>
      <w:r>
        <w:rPr>
          <w:b/>
          <w:i w:val="0"/>
          <w:smallCaps w:val="0"/>
          <w:strike w:val="0"/>
          <w:sz w:val="22"/>
          <w:highlight w:val="cyan"/>
          <w:u w:val="single"/>
        </w:rPr>
        <w:t>stoke inflation if he wins</w:t>
      </w:r>
      <w:r>
        <w:rPr>
          <w:b w:val="0"/>
          <w:i w:val="0"/>
          <w:smallCaps w:val="0"/>
          <w:strike w:val="0"/>
          <w:sz w:val="22"/>
          <w:u w:val="single"/>
        </w:rPr>
        <w:t xml:space="preserve"> the presidency</w:t>
      </w:r>
      <w:r>
        <w:rPr>
          <w:b w:val="0"/>
          <w:i w:val="0"/>
          <w:smallCaps w:val="0"/>
          <w:strike w:val="0"/>
          <w:sz w:val="16"/>
          <w:u w:val="none"/>
        </w:rPr>
        <w:t xml:space="preserve"> in November and moves forward with his economic plans. </w:t>
      </w:r>
    </w:p>
    <w:p>
      <w:pPr>
        <w:spacing w:after="60"/>
      </w:pPr>
      <w:r>
        <w:rPr>
          <w:b w:val="0"/>
          <w:i w:val="0"/>
          <w:smallCaps w:val="0"/>
          <w:strike w:val="0"/>
          <w:sz w:val="16"/>
          <w:u w:val="none"/>
        </w:rPr>
        <w:t xml:space="preserve">"Many Americans are concerned about inflation, which has come down remarkably fast. </w:t>
      </w:r>
      <w:r>
        <w:rPr>
          <w:b w:val="0"/>
          <w:i w:val="0"/>
          <w:smallCaps w:val="0"/>
          <w:strike w:val="0"/>
          <w:sz w:val="22"/>
          <w:highlight w:val="cyan"/>
          <w:u w:val="single"/>
        </w:rPr>
        <w:t>There is right</w:t>
      </w:r>
      <w:r>
        <w:rPr>
          <w:b w:val="0"/>
          <w:i w:val="0"/>
          <w:smallCaps w:val="0"/>
          <w:strike w:val="0"/>
          <w:sz w:val="22"/>
          <w:u w:val="single"/>
        </w:rPr>
        <w:t xml:space="preserve">ly a </w:t>
      </w:r>
      <w:r>
        <w:rPr>
          <w:b w:val="0"/>
          <w:i w:val="0"/>
          <w:smallCaps w:val="0"/>
          <w:strike w:val="0"/>
          <w:sz w:val="22"/>
          <w:highlight w:val="cyan"/>
          <w:u w:val="single"/>
        </w:rPr>
        <w:t>worry</w:t>
      </w:r>
      <w:r>
        <w:rPr>
          <w:b w:val="0"/>
          <w:i w:val="0"/>
          <w:smallCaps w:val="0"/>
          <w:strike w:val="0"/>
          <w:sz w:val="22"/>
          <w:u w:val="single"/>
        </w:rPr>
        <w:t xml:space="preserve"> that Donald Trump will reignite this inflation, </w:t>
      </w:r>
      <w:r>
        <w:rPr>
          <w:b w:val="0"/>
          <w:i w:val="0"/>
          <w:smallCaps w:val="0"/>
          <w:strike w:val="0"/>
          <w:sz w:val="22"/>
          <w:highlight w:val="cyan"/>
          <w:u w:val="single"/>
        </w:rPr>
        <w:t>with his fiscally irresponsible budgets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according to </w:t>
      </w:r>
      <w:r>
        <w:rPr>
          <w:b w:val="0"/>
          <w:i w:val="0"/>
          <w:smallCaps w:val="0"/>
          <w:strike w:val="0"/>
          <w:sz w:val="16"/>
          <w:u w:val="none"/>
        </w:rPr>
        <w:t xml:space="preserve">a letter signed by the </w:t>
      </w:r>
      <w:r>
        <w:rPr>
          <w:b w:val="0"/>
          <w:i w:val="0"/>
          <w:smallCaps w:val="0"/>
          <w:strike w:val="0"/>
          <w:sz w:val="22"/>
          <w:u w:val="single"/>
        </w:rPr>
        <w:t>economists</w:t>
      </w:r>
      <w:r>
        <w:rPr>
          <w:b w:val="0"/>
          <w:i w:val="0"/>
          <w:smallCaps w:val="0"/>
          <w:strike w:val="0"/>
          <w:sz w:val="16"/>
          <w:u w:val="none"/>
        </w:rPr>
        <w:t xml:space="preserve">, who include </w:t>
      </w:r>
      <w:r>
        <w:rPr>
          <w:b w:val="0"/>
          <w:i w:val="0"/>
          <w:smallCaps w:val="0"/>
          <w:strike w:val="0"/>
          <w:sz w:val="22"/>
          <w:u w:val="single"/>
        </w:rPr>
        <w:t>Joseph Stiglitz</w:t>
      </w:r>
      <w:r>
        <w:rPr>
          <w:b w:val="0"/>
          <w:i w:val="0"/>
          <w:smallCaps w:val="0"/>
          <w:strike w:val="0"/>
          <w:sz w:val="16"/>
          <w:u w:val="none"/>
        </w:rPr>
        <w:t xml:space="preserve">, a Columbia University professor who </w:t>
      </w:r>
      <w:r>
        <w:rPr>
          <w:b w:val="0"/>
          <w:i w:val="0"/>
          <w:smallCaps w:val="0"/>
          <w:strike w:val="0"/>
          <w:sz w:val="22"/>
          <w:u w:val="single"/>
        </w:rPr>
        <w:t>won the Nobel prize for economics</w:t>
      </w:r>
      <w:r>
        <w:rPr>
          <w:b w:val="0"/>
          <w:i w:val="0"/>
          <w:smallCaps w:val="0"/>
          <w:strike w:val="0"/>
          <w:sz w:val="16"/>
          <w:u w:val="none"/>
        </w:rPr>
        <w:t xml:space="preserve"> in 2001; and Yale professor </w:t>
      </w:r>
      <w:r>
        <w:rPr>
          <w:b w:val="0"/>
          <w:i w:val="0"/>
          <w:smallCaps w:val="0"/>
          <w:strike w:val="0"/>
          <w:sz w:val="22"/>
          <w:u w:val="single"/>
        </w:rPr>
        <w:t>Robert Shiller</w:t>
      </w:r>
      <w:r>
        <w:rPr>
          <w:b w:val="0"/>
          <w:i w:val="0"/>
          <w:smallCaps w:val="0"/>
          <w:strike w:val="0"/>
          <w:sz w:val="16"/>
          <w:u w:val="none"/>
        </w:rPr>
        <w:t xml:space="preserve">, who won the </w:t>
      </w:r>
      <w:r>
        <w:rPr>
          <w:b w:val="0"/>
          <w:i w:val="0"/>
          <w:smallCaps w:val="0"/>
          <w:strike w:val="0"/>
          <w:sz w:val="22"/>
          <w:u w:val="single"/>
        </w:rPr>
        <w:t>Nobel prize for economics</w:t>
      </w:r>
      <w:r>
        <w:rPr>
          <w:b w:val="0"/>
          <w:i w:val="0"/>
          <w:smallCaps w:val="0"/>
          <w:strike w:val="0"/>
          <w:sz w:val="16"/>
          <w:u w:val="none"/>
        </w:rPr>
        <w:t xml:space="preserve"> in 2013. </w:t>
      </w:r>
    </w:p>
    <w:p>
      <w:pPr>
        <w:spacing w:after="60"/>
      </w:pPr>
      <w:r>
        <w:rPr>
          <w:b w:val="0"/>
          <w:i w:val="0"/>
          <w:smallCaps w:val="0"/>
          <w:strike w:val="0"/>
          <w:sz w:val="16"/>
          <w:u w:val="none"/>
        </w:rPr>
        <w:t xml:space="preserve">The warning comes as the U.S. continues to battle sticky inflation, with the Federal Reserve maintaining the highest interest rates in more than two decades with the goal of cooling the economy and driving inflation down to a 2% annual rate. Even though inflation has cooled from a recent peak of 9.1% in June 2022, inflation-weary Americans are glum about the economy, with 6 in 10 rating it as either bad, fairly bad or very bad, according to the latest CBS News poll. </w:t>
      </w:r>
    </w:p>
    <w:p>
      <w:pPr>
        <w:spacing w:after="60"/>
      </w:pPr>
      <w:r>
        <w:rPr>
          <w:b w:val="0"/>
          <w:i w:val="0"/>
          <w:smallCaps w:val="0"/>
          <w:strike w:val="0"/>
          <w:sz w:val="22"/>
          <w:highlight w:val="cyan"/>
          <w:u w:val="single"/>
        </w:rPr>
        <w:t>Trump's policies</w:t>
      </w:r>
      <w:r>
        <w:rPr>
          <w:b w:val="0"/>
          <w:i w:val="0"/>
          <w:smallCaps w:val="0"/>
          <w:strike w:val="0"/>
          <w:sz w:val="22"/>
          <w:u w:val="single"/>
        </w:rPr>
        <w:t xml:space="preserve"> could </w:t>
      </w:r>
      <w:r>
        <w:rPr>
          <w:b w:val="0"/>
          <w:i w:val="0"/>
          <w:smallCaps w:val="0"/>
          <w:strike w:val="0"/>
          <w:sz w:val="22"/>
          <w:highlight w:val="cyan"/>
          <w:u w:val="single"/>
        </w:rPr>
        <w:t>prove</w:t>
      </w:r>
      <w:r>
        <w:rPr>
          <w:b w:val="0"/>
          <w:i w:val="0"/>
          <w:smallCaps w:val="0"/>
          <w:strike w:val="0"/>
          <w:sz w:val="22"/>
          <w:u w:val="single"/>
        </w:rPr>
        <w:t xml:space="preserve"> to be </w:t>
      </w:r>
      <w:r>
        <w:rPr>
          <w:b w:val="0"/>
          <w:i w:val="0"/>
          <w:smallCaps w:val="0"/>
          <w:strike w:val="0"/>
          <w:sz w:val="22"/>
          <w:highlight w:val="cyan"/>
          <w:u w:val="single"/>
        </w:rPr>
        <w:t>inflationary</w:t>
      </w:r>
      <w:r>
        <w:rPr>
          <w:b w:val="0"/>
          <w:i w:val="0"/>
          <w:smallCaps w:val="0"/>
          <w:strike w:val="0"/>
          <w:sz w:val="22"/>
          <w:u w:val="single"/>
        </w:rPr>
        <w:t>, other economists also warned</w:t>
      </w:r>
      <w:r>
        <w:rPr>
          <w:b w:val="0"/>
          <w:i w:val="0"/>
          <w:smallCaps w:val="0"/>
          <w:strike w:val="0"/>
          <w:sz w:val="22"/>
          <w:highlight w:val="cyan"/>
          <w:u w:val="single"/>
        </w:rPr>
        <w:t>, such as his proposal to create a 10%</w:t>
      </w:r>
      <w:r>
        <w:rPr>
          <w:b w:val="0"/>
          <w:i w:val="0"/>
          <w:smallCaps w:val="0"/>
          <w:strike w:val="0"/>
          <w:sz w:val="22"/>
          <w:u w:val="single"/>
        </w:rPr>
        <w:t xml:space="preserve"> across-the-board </w:t>
      </w:r>
      <w:r>
        <w:rPr>
          <w:b w:val="0"/>
          <w:i w:val="0"/>
          <w:smallCaps w:val="0"/>
          <w:strike w:val="0"/>
          <w:sz w:val="22"/>
          <w:highlight w:val="cyan"/>
          <w:u w:val="single"/>
        </w:rPr>
        <w:t>tariff on all imports</w:t>
      </w:r>
      <w:r>
        <w:rPr>
          <w:b w:val="0"/>
          <w:i w:val="0"/>
          <w:smallCaps w:val="0"/>
          <w:strike w:val="0"/>
          <w:sz w:val="22"/>
          <w:u w:val="single"/>
        </w:rPr>
        <w:t xml:space="preserve"> to </w:t>
      </w:r>
      <w:r>
        <w:rPr>
          <w:b w:val="0"/>
          <w:i w:val="0"/>
          <w:smallCaps w:val="0"/>
          <w:strike w:val="0"/>
          <w:sz w:val="22"/>
          <w:highlight w:val="cyan"/>
          <w:u w:val="single"/>
        </w:rPr>
        <w:t>deporting immigrants.</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tariff </w:t>
      </w:r>
      <w:r>
        <w:rPr>
          <w:b w:val="0"/>
          <w:i w:val="0"/>
          <w:smallCaps w:val="0"/>
          <w:strike w:val="0"/>
          <w:sz w:val="22"/>
          <w:highlight w:val="cyan"/>
          <w:u w:val="single"/>
        </w:rPr>
        <w:t>plan</w:t>
      </w:r>
      <w:r>
        <w:rPr>
          <w:b w:val="0"/>
          <w:i w:val="0"/>
          <w:smallCaps w:val="0"/>
          <w:strike w:val="0"/>
          <w:sz w:val="22"/>
          <w:u w:val="single"/>
        </w:rPr>
        <w:t xml:space="preserve"> would </w:t>
      </w:r>
      <w:r>
        <w:rPr>
          <w:b/>
          <w:i w:val="0"/>
          <w:smallCaps w:val="0"/>
          <w:strike w:val="0"/>
          <w:sz w:val="22"/>
          <w:highlight w:val="cyan"/>
          <w:u w:val="single"/>
        </w:rPr>
        <w:t>add $1,700</w:t>
      </w:r>
      <w:r>
        <w:rPr>
          <w:b w:val="0"/>
          <w:i w:val="0"/>
          <w:smallCaps w:val="0"/>
          <w:strike w:val="0"/>
          <w:sz w:val="22"/>
          <w:u w:val="single"/>
        </w:rPr>
        <w:t xml:space="preserve"> in annual </w:t>
      </w:r>
      <w:r>
        <w:rPr>
          <w:b w:val="0"/>
          <w:i w:val="0"/>
          <w:smallCaps w:val="0"/>
          <w:strike w:val="0"/>
          <w:sz w:val="22"/>
          <w:highlight w:val="cyan"/>
          <w:u w:val="single"/>
        </w:rPr>
        <w:t>costs</w:t>
      </w:r>
      <w:r>
        <w:rPr>
          <w:b w:val="0"/>
          <w:i w:val="0"/>
          <w:smallCaps w:val="0"/>
          <w:strike w:val="0"/>
          <w:sz w:val="22"/>
          <w:u w:val="single"/>
        </w:rPr>
        <w:t xml:space="preserve"> for the </w:t>
      </w:r>
      <w:r>
        <w:rPr>
          <w:b w:val="0"/>
          <w:i w:val="0"/>
          <w:smallCaps w:val="0"/>
          <w:strike w:val="0"/>
          <w:sz w:val="22"/>
          <w:highlight w:val="cyan"/>
          <w:u w:val="single"/>
        </w:rPr>
        <w:t>typical</w:t>
      </w:r>
      <w:r>
        <w:rPr>
          <w:b w:val="0"/>
          <w:i w:val="0"/>
          <w:smallCaps w:val="0"/>
          <w:strike w:val="0"/>
          <w:sz w:val="22"/>
          <w:u w:val="single"/>
        </w:rPr>
        <w:t xml:space="preserve"> U.S. </w:t>
      </w:r>
      <w:r>
        <w:rPr>
          <w:b w:val="0"/>
          <w:i w:val="0"/>
          <w:smallCaps w:val="0"/>
          <w:strike w:val="0"/>
          <w:sz w:val="22"/>
          <w:highlight w:val="cyan"/>
          <w:u w:val="single"/>
        </w:rPr>
        <w:t>household</w:t>
      </w:r>
      <w:r>
        <w:rPr>
          <w:b w:val="0"/>
          <w:i w:val="0"/>
          <w:smallCaps w:val="0"/>
          <w:strike w:val="0"/>
          <w:sz w:val="22"/>
          <w:u w:val="single"/>
        </w:rPr>
        <w:t>, essentially acting as an inflationary tax</w:t>
      </w:r>
      <w:r>
        <w:rPr>
          <w:b w:val="0"/>
          <w:i w:val="0"/>
          <w:smallCaps w:val="0"/>
          <w:strike w:val="0"/>
          <w:sz w:val="16"/>
          <w:u w:val="none"/>
        </w:rPr>
        <w:t xml:space="preserve">, according to experts at the Peterson Institute for International Economics. </w:t>
      </w:r>
    </w:p>
    <w:p>
      <w:pPr>
        <w:spacing w:after="60"/>
      </w:pPr>
      <w:r>
        <w:rPr>
          <w:b w:val="0"/>
          <w:i w:val="0"/>
          <w:smallCaps w:val="0"/>
          <w:strike w:val="0"/>
          <w:sz w:val="22"/>
          <w:highlight w:val="cyan"/>
          <w:u w:val="single"/>
        </w:rPr>
        <w:t>Deporting</w:t>
      </w:r>
      <w:r>
        <w:rPr>
          <w:b w:val="0"/>
          <w:i w:val="0"/>
          <w:smallCaps w:val="0"/>
          <w:strike w:val="0"/>
          <w:sz w:val="22"/>
          <w:u w:val="single"/>
        </w:rPr>
        <w:t xml:space="preserve"> immigrants could </w:t>
      </w:r>
      <w:r>
        <w:rPr>
          <w:b w:val="0"/>
          <w:i w:val="0"/>
          <w:smallCaps w:val="0"/>
          <w:strike w:val="0"/>
          <w:sz w:val="22"/>
          <w:highlight w:val="cyan"/>
          <w:u w:val="single"/>
        </w:rPr>
        <w:t>shrink the labor force</w:t>
      </w:r>
      <w:r>
        <w:rPr>
          <w:b w:val="0"/>
          <w:i w:val="0"/>
          <w:smallCaps w:val="0"/>
          <w:strike w:val="0"/>
          <w:sz w:val="22"/>
          <w:u w:val="single"/>
        </w:rPr>
        <w:t xml:space="preserve">, </w:t>
      </w:r>
      <w:r>
        <w:rPr>
          <w:b w:val="0"/>
          <w:i w:val="0"/>
          <w:smallCaps w:val="0"/>
          <w:strike w:val="0"/>
          <w:sz w:val="22"/>
          <w:highlight w:val="cyan"/>
          <w:u w:val="single"/>
        </w:rPr>
        <w:t>creating</w:t>
      </w:r>
      <w:r>
        <w:rPr>
          <w:b w:val="0"/>
          <w:i w:val="0"/>
          <w:smallCaps w:val="0"/>
          <w:strike w:val="0"/>
          <w:sz w:val="22"/>
          <w:u w:val="single"/>
        </w:rPr>
        <w:t xml:space="preserve"> more </w:t>
      </w:r>
      <w:r>
        <w:rPr>
          <w:b w:val="0"/>
          <w:i w:val="0"/>
          <w:smallCaps w:val="0"/>
          <w:strike w:val="0"/>
          <w:sz w:val="22"/>
          <w:highlight w:val="cyan"/>
          <w:u w:val="single"/>
        </w:rPr>
        <w:t>competition</w:t>
      </w:r>
      <w:r>
        <w:rPr>
          <w:b w:val="0"/>
          <w:i w:val="0"/>
          <w:smallCaps w:val="0"/>
          <w:strike w:val="0"/>
          <w:sz w:val="22"/>
          <w:u w:val="single"/>
        </w:rPr>
        <w:t xml:space="preserve"> for </w:t>
      </w:r>
      <w:r>
        <w:rPr>
          <w:b w:val="0"/>
          <w:i w:val="0"/>
          <w:smallCaps w:val="0"/>
          <w:strike w:val="0"/>
          <w:sz w:val="22"/>
          <w:highlight w:val="cyan"/>
          <w:u w:val="single"/>
        </w:rPr>
        <w:t>U.S. workers</w:t>
      </w:r>
      <w:r>
        <w:rPr>
          <w:b w:val="0"/>
          <w:i w:val="0"/>
          <w:smallCaps w:val="0"/>
          <w:strike w:val="0"/>
          <w:sz w:val="22"/>
          <w:u w:val="single"/>
        </w:rPr>
        <w:t xml:space="preserve"> and pushing up wages, also </w:t>
      </w:r>
      <w:r>
        <w:rPr>
          <w:b w:val="0"/>
          <w:i w:val="0"/>
          <w:smallCaps w:val="0"/>
          <w:strike w:val="0"/>
          <w:sz w:val="22"/>
          <w:highlight w:val="cyan"/>
          <w:u w:val="single"/>
        </w:rPr>
        <w:t>adding to inflationary pressure</w:t>
      </w:r>
      <w:r>
        <w:rPr>
          <w:b w:val="0"/>
          <w:i w:val="0"/>
          <w:smallCaps w:val="0"/>
          <w:strike w:val="0"/>
          <w:sz w:val="22"/>
          <w:u w:val="single"/>
        </w:rPr>
        <w:t xml:space="preserve">, </w:t>
      </w:r>
      <w:r>
        <w:rPr>
          <w:b w:val="0"/>
          <w:i w:val="0"/>
          <w:smallCaps w:val="0"/>
          <w:strike w:val="0"/>
          <w:sz w:val="16"/>
          <w:u w:val="none"/>
        </w:rPr>
        <w:t xml:space="preserve">economists warn. </w:t>
      </w:r>
    </w:p>
    <w:p>
      <w:pPr>
        <w:spacing w:after="60"/>
      </w:pPr>
      <w:r>
        <w:rPr>
          <w:b w:val="0"/>
          <w:i w:val="0"/>
          <w:smallCaps w:val="0"/>
          <w:strike w:val="0"/>
          <w:sz w:val="16"/>
          <w:u w:val="none"/>
        </w:rPr>
        <w:t xml:space="preserve">While the letter from Stiglitz and the other 15 Nobel Prize winners didn't detail the specifics of any part of Trump's plans, it did single out praise for some of President Joe Biden's economic policies, ranging from his Inflation Reduction Act to investment in U.S. manufacturing. </w:t>
      </w:r>
    </w:p>
    <w:p>
      <w:pPr>
        <w:spacing w:after="60"/>
      </w:pPr>
      <w:r>
        <w:rPr>
          <w:b w:val="0"/>
          <w:i w:val="0"/>
          <w:smallCaps w:val="0"/>
          <w:strike w:val="0"/>
          <w:sz w:val="16"/>
          <w:u w:val="none"/>
        </w:rPr>
        <w:t>"In his first four years as President, Joe Biden signed into law major investments in the U.S. economy, including in infrastructure, domestic manufacturing and climate," the letter said. "Together, these investments are likely to increase productivity and economic growth while lowering long-term inflationary pressures and facilitating the clean energy transition."</w:t>
      </w:r>
    </w:p>
    <w:p>
      <w:pPr>
        <w:spacing w:after="60"/>
      </w:pPr>
      <w:r>
        <w:rPr>
          <w:b w:val="0"/>
          <w:i w:val="0"/>
          <w:smallCaps w:val="0"/>
          <w:strike w:val="0"/>
          <w:sz w:val="16"/>
          <w:u w:val="none"/>
        </w:rPr>
        <w:t xml:space="preserve">They added, "While each of us has different views on the particulars of various economic policies, we all agree that Joe Biden's economic agenda is vastly </w:t>
      </w:r>
      <w:r>
        <w:rPr>
          <w:b w:val="0"/>
          <w:i w:val="0"/>
          <w:smallCaps w:val="0"/>
          <w:strike w:val="0"/>
          <w:sz w:val="22"/>
          <w:u w:val="single"/>
        </w:rPr>
        <w:t>superior</w:t>
      </w:r>
      <w:r>
        <w:rPr>
          <w:b w:val="0"/>
          <w:i w:val="0"/>
          <w:smallCaps w:val="0"/>
          <w:strike w:val="0"/>
          <w:sz w:val="16"/>
          <w:u w:val="none"/>
        </w:rPr>
        <w:t xml:space="preserve"> to Donald Trump's."</w:t>
      </w:r>
    </w:p>
    <w:p>
      <w:pPr>
        <w:spacing w:after="60"/>
      </w:pPr>
      <w:r>
        <w:rPr>
          <w:b w:val="0"/>
          <w:i w:val="0"/>
          <w:smallCaps w:val="0"/>
          <w:strike w:val="0"/>
          <w:sz w:val="22"/>
          <w:u w:val="single"/>
        </w:rPr>
        <w:t xml:space="preserve">"Top </w:t>
      </w:r>
      <w:r>
        <w:rPr>
          <w:b w:val="0"/>
          <w:i w:val="0"/>
          <w:smallCaps w:val="0"/>
          <w:strike w:val="0"/>
          <w:sz w:val="22"/>
          <w:highlight w:val="cyan"/>
          <w:u w:val="single"/>
        </w:rPr>
        <w:t>economists</w:t>
      </w:r>
      <w:r>
        <w:rPr>
          <w:b w:val="0"/>
          <w:i w:val="0"/>
          <w:smallCaps w:val="0"/>
          <w:strike w:val="0"/>
          <w:sz w:val="22"/>
          <w:u w:val="single"/>
        </w:rPr>
        <w:t xml:space="preserve">, Nobel Prize winners, and business leaders all </w:t>
      </w:r>
      <w:r>
        <w:rPr>
          <w:b w:val="0"/>
          <w:i w:val="0"/>
          <w:smallCaps w:val="0"/>
          <w:strike w:val="0"/>
          <w:sz w:val="22"/>
          <w:highlight w:val="cyan"/>
          <w:u w:val="single"/>
        </w:rPr>
        <w:t>know America can't afford</w:t>
      </w:r>
      <w:r>
        <w:rPr>
          <w:b w:val="0"/>
          <w:i w:val="0"/>
          <w:smallCaps w:val="0"/>
          <w:strike w:val="0"/>
          <w:sz w:val="22"/>
          <w:u w:val="single"/>
        </w:rPr>
        <w:t xml:space="preserve"> </w:t>
      </w:r>
      <w:r>
        <w:rPr>
          <w:b w:val="0"/>
          <w:i w:val="0"/>
          <w:smallCaps w:val="0"/>
          <w:strike w:val="0"/>
          <w:sz w:val="22"/>
          <w:highlight w:val="cyan"/>
          <w:u w:val="single"/>
        </w:rPr>
        <w:t>Trump's</w:t>
      </w:r>
      <w:r>
        <w:rPr>
          <w:b w:val="0"/>
          <w:i w:val="0"/>
          <w:smallCaps w:val="0"/>
          <w:strike w:val="0"/>
          <w:sz w:val="22"/>
          <w:u w:val="single"/>
        </w:rPr>
        <w:t xml:space="preserve"> dangerous </w:t>
      </w:r>
      <w:r>
        <w:rPr>
          <w:b w:val="0"/>
          <w:i w:val="0"/>
          <w:smallCaps w:val="0"/>
          <w:strike w:val="0"/>
          <w:sz w:val="22"/>
          <w:highlight w:val="cyan"/>
          <w:u w:val="single"/>
        </w:rPr>
        <w:t>economic agenda</w:t>
      </w:r>
      <w:r>
        <w:rPr>
          <w:b w:val="0"/>
          <w:i w:val="0"/>
          <w:smallCaps w:val="0"/>
          <w:strike w:val="0"/>
          <w:sz w:val="22"/>
          <w:u w:val="single"/>
        </w:rPr>
        <w:t>,</w:t>
      </w:r>
      <w:r>
        <w:rPr>
          <w:b w:val="0"/>
          <w:i w:val="0"/>
          <w:smallCaps w:val="0"/>
          <w:strike w:val="0"/>
          <w:sz w:val="16"/>
          <w:u w:val="none"/>
        </w:rPr>
        <w:t>" Biden campaign spokesperson, James Singer, told CBS MoneyWatch.</w:t>
      </w:r>
    </w:p>
    <w:p>
      <w:pPr>
        <w:spacing w:after="60"/>
      </w:pPr>
      <w:r>
        <w:rPr>
          <w:b w:val="0"/>
          <w:i w:val="0"/>
          <w:smallCaps w:val="0"/>
          <w:strike w:val="0"/>
          <w:sz w:val="22"/>
          <w:u w:val="single"/>
        </w:rPr>
        <w:t xml:space="preserve"> "In Donald Trump's America, the rich pay less, and working Americans pay more,"</w:t>
      </w:r>
      <w:r>
        <w:rPr>
          <w:b w:val="0"/>
          <w:i w:val="0"/>
          <w:smallCaps w:val="0"/>
          <w:strike w:val="0"/>
          <w:sz w:val="16"/>
          <w:u w:val="none"/>
        </w:rPr>
        <w:t xml:space="preserve"> he added.</w:t>
      </w:r>
    </w:p>
    <w:p>
      <w:pPr>
        <w:spacing w:after="60"/>
      </w:pPr>
      <w:r>
        <w:rPr>
          <w:b w:val="0"/>
          <w:i w:val="0"/>
          <w:smallCaps w:val="0"/>
          <w:strike w:val="0"/>
          <w:sz w:val="16"/>
          <w:u w:val="none"/>
        </w:rPr>
        <w:t>"The American people don't need worthless out-of-touch Nobel Prize winners to tell them which president put more money in their pockets," Trump campaign national press secretary Karoline Leavitt said in an emailed statement to CBS MoneyWatch.</w:t>
      </w:r>
    </w:p>
    <w:p>
      <w:pPr>
        <w:spacing w:after="60"/>
      </w:pPr>
      <w:r>
        <w:rPr>
          <w:b w:val="0"/>
          <w:i w:val="0"/>
          <w:smallCaps w:val="0"/>
          <w:strike w:val="0"/>
          <w:u w:val="none"/>
        </w:rPr>
        <w:t>If re-elected, Trump plans to implement a "pro-growth, pro-energy, pro-jobs agenda to bring down the cost of living and uplift all Americans," she added.</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