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Judiciary checks Trump in 2</w:t>
      </w:r>
      <w:r>
        <w:rPr>
          <w:b/>
          <w:i w:val="0"/>
          <w:smallCaps w:val="0"/>
          <w:strike w:val="0"/>
          <w:sz w:val="26"/>
          <w:u w:val="none"/>
        </w:rPr>
        <w:t>nd</w:t>
      </w:r>
      <w:r>
        <w:rPr>
          <w:b/>
          <w:i w:val="0"/>
          <w:smallCaps w:val="0"/>
          <w:strike w:val="0"/>
          <w:sz w:val="26"/>
          <w:u w:val="none"/>
        </w:rPr>
        <w:t xml:space="preserve"> Term, international autocracies prove.</w:t>
      </w:r>
    </w:p>
    <w:p>
      <w:pPr>
        <w:spacing w:after="80"/>
      </w:pPr>
      <w:r>
        <w:rPr>
          <w:b/>
          <w:i w:val="0"/>
          <w:smallCaps w:val="0"/>
          <w:strike w:val="0"/>
          <w:sz w:val="26"/>
          <w:u w:val="none"/>
        </w:rPr>
        <w:t>Aydintasbas</w:t>
      </w:r>
      <w:r>
        <w:rPr>
          <w:b/>
          <w:i w:val="0"/>
          <w:smallCaps w:val="0"/>
          <w:strike w:val="0"/>
          <w:sz w:val="26"/>
          <w:u w:val="none"/>
        </w:rPr>
        <w:t xml:space="preserve"> ’24 </w:t>
      </w:r>
      <w:r>
        <w:rPr>
          <w:b w:val="0"/>
          <w:i w:val="0"/>
          <w:smallCaps w:val="0"/>
          <w:strike w:val="0"/>
          <w:u w:val="none"/>
        </w:rPr>
        <w:t>[</w:t>
      </w:r>
      <w:r>
        <w:rPr>
          <w:b/>
          <w:i w:val="0"/>
          <w:smallCaps w:val="0"/>
          <w:strike w:val="0"/>
          <w:sz w:val="26"/>
          <w:u w:val="none"/>
        </w:rPr>
        <w:t xml:space="preserve">Asli </w:t>
      </w:r>
      <w:r>
        <w:rPr>
          <w:b/>
          <w:i w:val="0"/>
          <w:smallCaps w:val="0"/>
          <w:strike w:val="0"/>
          <w:sz w:val="26"/>
          <w:u w:val="none"/>
        </w:rPr>
        <w:t>Aydintasbas</w:t>
      </w:r>
      <w:r>
        <w:rPr>
          <w:b w:val="0"/>
          <w:i w:val="0"/>
          <w:smallCaps w:val="0"/>
          <w:strike w:val="0"/>
          <w:u w:val="none"/>
        </w:rPr>
        <w:t xml:space="preserve">, </w:t>
      </w:r>
      <w:r>
        <w:rPr>
          <w:b/>
          <w:i w:val="0"/>
          <w:smallCaps w:val="0"/>
          <w:strike w:val="0"/>
          <w:sz w:val="26"/>
          <w:u w:val="none"/>
        </w:rPr>
        <w:t>former journalist from Turkey and a visiting fellow at the Brookings Institution’s Center; New York University, Robert College, Bates College</w:t>
      </w:r>
      <w:r>
        <w:rPr>
          <w:b w:val="0"/>
          <w:i w:val="0"/>
          <w:smallCaps w:val="0"/>
          <w:strike w:val="0"/>
          <w:u w:val="none"/>
        </w:rPr>
        <w:t xml:space="preserve">, </w:t>
      </w:r>
      <w:r>
        <w:rPr>
          <w:b/>
          <w:i w:val="0"/>
          <w:smallCaps w:val="0"/>
          <w:strike w:val="0"/>
          <w:sz w:val="26"/>
          <w:u w:val="none"/>
        </w:rPr>
        <w:t>Politico</w:t>
      </w:r>
      <w:r>
        <w:rPr>
          <w:b w:val="0"/>
          <w:i w:val="0"/>
          <w:smallCaps w:val="0"/>
          <w:strike w:val="0"/>
          <w:u w:val="none"/>
        </w:rPr>
        <w:t xml:space="preserve"> ,</w:t>
      </w:r>
      <w:r>
        <w:rPr>
          <w:b w:val="0"/>
          <w:i w:val="0"/>
          <w:smallCaps w:val="0"/>
          <w:strike w:val="0"/>
          <w:u w:val="none"/>
        </w:rPr>
        <w:t xml:space="preserve"> “</w:t>
      </w:r>
      <w:r>
        <w:rPr>
          <w:b/>
          <w:i w:val="0"/>
          <w:smallCaps w:val="0"/>
          <w:strike w:val="0"/>
          <w:sz w:val="26"/>
          <w:u w:val="none"/>
        </w:rPr>
        <w:t>Trump Can’t Be Dictator on ‘Day One’ — Or in a Second Term. Here’s Why</w:t>
      </w:r>
      <w:r>
        <w:rPr>
          <w:b w:val="0"/>
          <w:i w:val="0"/>
          <w:smallCaps w:val="0"/>
          <w:strike w:val="0"/>
          <w:u w:val="none"/>
        </w:rPr>
        <w:t xml:space="preserve">”, </w:t>
      </w:r>
      <w:r>
        <w:rPr>
          <w:b/>
          <w:i w:val="0"/>
          <w:smallCaps w:val="0"/>
          <w:strike w:val="0"/>
          <w:sz w:val="26"/>
          <w:u w:val="none"/>
        </w:rPr>
        <w:t>01/28/2024 07:00 AM EST</w:t>
      </w:r>
      <w:r>
        <w:rPr>
          <w:b w:val="0"/>
          <w:i w:val="0"/>
          <w:smallCaps w:val="0"/>
          <w:strike w:val="0"/>
          <w:u w:val="none"/>
        </w:rPr>
        <w:t xml:space="preserve">, </w:t>
      </w:r>
      <w:r>
        <w:rPr>
          <w:b w:val="0"/>
          <w:i w:val="0"/>
          <w:smallCaps w:val="0"/>
          <w:strike w:val="0"/>
          <w:u w:val="none"/>
        </w:rPr>
        <w:t>https://www.politico.com/news/magazine/2024/01/28/a-trump-dictatorship-is-possible-but-not-in-four-years-00137949</w:t>
      </w:r>
      <w:r>
        <w:rPr>
          <w:b w:val="0"/>
          <w:i w:val="0"/>
          <w:smallCaps w:val="0"/>
          <w:strike w:val="0"/>
          <w:u w:val="none"/>
        </w:rPr>
        <w:t>] // K</w:t>
      </w:r>
      <w:r>
        <w:rPr>
          <w:b w:val="0"/>
          <w:i w:val="0"/>
          <w:smallCaps w:val="0"/>
          <w:strike w:val="0"/>
          <w:u w:val="none"/>
        </w:rPr>
        <w:t xml:space="preserve"> Nahm</w:t>
      </w:r>
    </w:p>
    <w:p>
      <w:pPr>
        <w:spacing w:after="60"/>
      </w:pPr>
      <w:r>
        <w:rPr>
          <w:b w:val="0"/>
          <w:i w:val="0"/>
          <w:smallCaps w:val="0"/>
          <w:strike w:val="0"/>
          <w:sz w:val="14"/>
          <w:u w:val="none"/>
        </w:rPr>
        <w:t xml:space="preserve">Many Democrats are terrified that a second term for Donald Trump would turn America into a dictatorship. They aren’t wrong to worry. For one thing, Trump has talked about the idea without completely dismissing it. And the U.S. is neither immune to populism, which is a precursor of authoritarianism, nor unshakable in its institutional attachment to liberal democracy. Given enough time, America, too, can loosen its checks and balances and slide into some type of electoral tyranny of the majority. At the same time, </w:t>
      </w:r>
      <w:r>
        <w:rPr>
          <w:b/>
          <w:i w:val="0"/>
          <w:smallCaps w:val="0"/>
          <w:strike w:val="0"/>
          <w:highlight w:val="cyan"/>
          <w:u w:val="single"/>
        </w:rPr>
        <w:t>panic is unnecessary</w:t>
      </w:r>
      <w:r>
        <w:rPr>
          <w:b w:val="0"/>
          <w:i w:val="0"/>
          <w:smallCaps w:val="0"/>
          <w:strike w:val="0"/>
          <w:sz w:val="14"/>
          <w:u w:val="none"/>
        </w:rPr>
        <w:t xml:space="preserve">. As someone who lived through the birth and growth of authoritarianism in Turkey, I’m something of an expert on the subject — and no, </w:t>
      </w:r>
      <w:r>
        <w:rPr>
          <w:b w:val="0"/>
          <w:i w:val="0"/>
          <w:smallCaps w:val="0"/>
          <w:strike w:val="0"/>
          <w:highlight w:val="cyan"/>
          <w:u w:val="single"/>
        </w:rPr>
        <w:t>another four years</w:t>
      </w:r>
      <w:r>
        <w:rPr>
          <w:b w:val="0"/>
          <w:i w:val="0"/>
          <w:smallCaps w:val="0"/>
          <w:strike w:val="0"/>
          <w:u w:val="single"/>
        </w:rPr>
        <w:t xml:space="preserve"> of Trump is </w:t>
      </w:r>
      <w:r>
        <w:rPr>
          <w:b w:val="0"/>
          <w:i w:val="0"/>
          <w:smallCaps w:val="0"/>
          <w:strike w:val="0"/>
          <w:highlight w:val="cyan"/>
          <w:u w:val="single"/>
        </w:rPr>
        <w:t>not enough time to turn America into a dictatorship</w:t>
      </w:r>
      <w:r>
        <w:rPr>
          <w:b w:val="0"/>
          <w:i w:val="0"/>
          <w:smallCaps w:val="0"/>
          <w:strike w:val="0"/>
          <w:sz w:val="14"/>
          <w:u w:val="none"/>
        </w:rPr>
        <w:t xml:space="preserve">. What I saw in Turkey over the course of two decades of Tayyip Erdogan’s rule — working as a journalist for much of that time — is that building a dictatorship takes a long time. Similarly in Poland and Hungary, illiberal governments have needed years to chip away at the rule of law. </w:t>
      </w:r>
      <w:r>
        <w:rPr>
          <w:b w:val="0"/>
          <w:i w:val="0"/>
          <w:smallCaps w:val="0"/>
          <w:strike w:val="0"/>
          <w:u w:val="single"/>
        </w:rPr>
        <w:t>There is a particular rhythm and process to dismantling a democracy, a kind of incubation period for despotism</w:t>
      </w:r>
      <w:r>
        <w:rPr>
          <w:b w:val="0"/>
          <w:i w:val="0"/>
          <w:smallCaps w:val="0"/>
          <w:strike w:val="0"/>
          <w:sz w:val="14"/>
          <w:u w:val="none"/>
        </w:rPr>
        <w:t xml:space="preserve">: There are </w:t>
      </w:r>
      <w:r>
        <w:rPr>
          <w:b w:val="0"/>
          <w:i w:val="0"/>
          <w:smallCaps w:val="0"/>
          <w:strike w:val="0"/>
          <w:u w:val="single"/>
        </w:rPr>
        <w:t>laws to change, institutions to dismantle, alliances to build</w:t>
      </w:r>
      <w:r>
        <w:rPr>
          <w:b w:val="0"/>
          <w:i w:val="0"/>
          <w:smallCaps w:val="0"/>
          <w:strike w:val="0"/>
          <w:sz w:val="14"/>
          <w:u w:val="none"/>
        </w:rPr>
        <w:t xml:space="preserve">. With a concerted effort by Trump, the incubation period </w:t>
      </w:r>
      <w:r>
        <w:rPr>
          <w:b w:val="0"/>
          <w:i w:val="0"/>
          <w:smallCaps w:val="0"/>
          <w:strike w:val="0"/>
          <w:u w:val="single"/>
        </w:rPr>
        <w:t>could be squeezed into eight more consecutive years, but not four</w:t>
      </w:r>
      <w:r>
        <w:rPr>
          <w:b w:val="0"/>
          <w:i w:val="0"/>
          <w:smallCaps w:val="0"/>
          <w:strike w:val="0"/>
          <w:sz w:val="14"/>
          <w:u w:val="none"/>
        </w:rPr>
        <w:t xml:space="preserve">. To be fair, Trump had something of a head start during his first term, appointing an impressive number of federal judges, tipping the balance of power in the Supreme Court, promoting MAGA-aligned media as an alternative source of reality, denying election results, and lately, claiming immunity from laws even after leaving office. But </w:t>
      </w:r>
      <w:r>
        <w:rPr>
          <w:b w:val="0"/>
          <w:i w:val="0"/>
          <w:smallCaps w:val="0"/>
          <w:strike w:val="0"/>
          <w:highlight w:val="cyan"/>
          <w:u w:val="single"/>
        </w:rPr>
        <w:t>he is</w:t>
      </w:r>
      <w:r>
        <w:rPr>
          <w:b w:val="0"/>
          <w:i w:val="0"/>
          <w:smallCaps w:val="0"/>
          <w:strike w:val="0"/>
          <w:u w:val="single"/>
        </w:rPr>
        <w:t xml:space="preserve"> still a long </w:t>
      </w:r>
      <w:r>
        <w:rPr>
          <w:b/>
          <w:i w:val="0"/>
          <w:smallCaps w:val="0"/>
          <w:strike w:val="0"/>
          <w:highlight w:val="cyan"/>
          <w:u w:val="single"/>
        </w:rPr>
        <w:t>way off</w:t>
      </w:r>
      <w:r>
        <w:rPr>
          <w:b w:val="0"/>
          <w:i w:val="0"/>
          <w:smallCaps w:val="0"/>
          <w:strike w:val="0"/>
          <w:highlight w:val="cyan"/>
          <w:u w:val="single"/>
        </w:rPr>
        <w:t xml:space="preserve"> from achieving total control over U.S. institutions, media and the judiciary, or building the kind of social consensus he’d need</w:t>
      </w:r>
      <w:r>
        <w:rPr>
          <w:b w:val="0"/>
          <w:i w:val="0"/>
          <w:smallCaps w:val="0"/>
          <w:strike w:val="0"/>
          <w:u w:val="single"/>
        </w:rPr>
        <w:t xml:space="preserve"> to reign as an autocrat</w:t>
      </w:r>
      <w:r>
        <w:rPr>
          <w:b w:val="0"/>
          <w:i w:val="0"/>
          <w:smallCaps w:val="0"/>
          <w:strike w:val="0"/>
          <w:sz w:val="14"/>
          <w:u w:val="none"/>
        </w:rPr>
        <w:t xml:space="preserve">. Let me describe some of the obstacles Trump or any dictator wannabe would encounter during the </w:t>
      </w:r>
      <w:r>
        <w:rPr>
          <w:b w:val="0"/>
          <w:i w:val="0"/>
          <w:smallCaps w:val="0"/>
          <w:strike w:val="0"/>
          <w:sz w:val="14"/>
          <w:u w:val="none"/>
        </w:rPr>
        <w:t>autocratization</w:t>
      </w:r>
      <w:r>
        <w:rPr>
          <w:b w:val="0"/>
          <w:i w:val="0"/>
          <w:smallCaps w:val="0"/>
          <w:strike w:val="0"/>
          <w:sz w:val="14"/>
          <w:u w:val="none"/>
        </w:rPr>
        <w:t xml:space="preserve"> of America, based on what has happened in other countries. A camera monitor shows Republican presidential candidate Donald Trump speaking to thousands of supporters at SNHU Arena during a campaign stop in Manchester, New Hampshire. An entire ecosystem of pro-Trump media, such as Fox News, amplifies his narratives, such as stolen elections. Most </w:t>
      </w:r>
      <w:r>
        <w:rPr>
          <w:b w:val="0"/>
          <w:i w:val="0"/>
          <w:smallCaps w:val="0"/>
          <w:strike w:val="0"/>
          <w:u w:val="single"/>
        </w:rPr>
        <w:t>illiberal populists pretend to run against some type of elite conspiracy</w:t>
      </w:r>
      <w:r>
        <w:rPr>
          <w:b w:val="0"/>
          <w:i w:val="0"/>
          <w:smallCaps w:val="0"/>
          <w:strike w:val="0"/>
          <w:sz w:val="14"/>
          <w:u w:val="none"/>
        </w:rPr>
        <w:t xml:space="preserve"> that denies voters a say in the destiny of the nation. Having an alternative media landscape is essential to push such narratives, such as stolen elections, and Trump will have no problem there, since the Fox News channel as well as an entire ecosystem of pro-Trump alternative media are already doing that job. But </w:t>
      </w:r>
      <w:r>
        <w:rPr>
          <w:b w:val="0"/>
          <w:i w:val="0"/>
          <w:smallCaps w:val="0"/>
          <w:strike w:val="0"/>
          <w:u w:val="single"/>
        </w:rPr>
        <w:t xml:space="preserve">the </w:t>
      </w:r>
      <w:r>
        <w:rPr>
          <w:b w:val="0"/>
          <w:i w:val="0"/>
          <w:smallCaps w:val="0"/>
          <w:strike w:val="0"/>
          <w:highlight w:val="cyan"/>
          <w:u w:val="single"/>
        </w:rPr>
        <w:t>problem for him will be</w:t>
      </w:r>
      <w:r>
        <w:rPr>
          <w:b w:val="0"/>
          <w:i w:val="0"/>
          <w:smallCaps w:val="0"/>
          <w:strike w:val="0"/>
          <w:u w:val="single"/>
        </w:rPr>
        <w:t xml:space="preserve"> the persistence of the old guard</w:t>
      </w:r>
      <w:r>
        <w:rPr>
          <w:b w:val="0"/>
          <w:i w:val="0"/>
          <w:smallCaps w:val="0"/>
          <w:strike w:val="0"/>
          <w:sz w:val="14"/>
          <w:u w:val="none"/>
        </w:rPr>
        <w:t xml:space="preserve"> — </w:t>
      </w:r>
      <w:r>
        <w:rPr>
          <w:b w:val="0"/>
          <w:i w:val="0"/>
          <w:smallCaps w:val="0"/>
          <w:strike w:val="0"/>
          <w:highlight w:val="cyan"/>
          <w:u w:val="single"/>
        </w:rPr>
        <w:t>the independent media outlets and mainstream news</w:t>
      </w:r>
      <w:r>
        <w:rPr>
          <w:b w:val="0"/>
          <w:i w:val="0"/>
          <w:smallCaps w:val="0"/>
          <w:strike w:val="0"/>
          <w:u w:val="single"/>
        </w:rPr>
        <w:t xml:space="preserve"> channels which do not sing from the MAGA hymn sheet and continue to provide good journalism</w:t>
      </w:r>
      <w:r>
        <w:rPr>
          <w:b w:val="0"/>
          <w:i w:val="0"/>
          <w:smallCaps w:val="0"/>
          <w:strike w:val="0"/>
          <w:sz w:val="14"/>
          <w:u w:val="none"/>
        </w:rPr>
        <w:t xml:space="preserve"> to raise questions on his judgment. Getting rid of them is laborious. I used to work at one of Turkey’s top dailies, Sabah, when it was taken over by the government in 2007, marking the beginning of a decadelong struggle for Erdogan to take control of the media landscape in the country. But it wasn’t easy. To silence Sabah and other newspapers, Erdogan had to use the tax authority, the courts, call for public boycott of newspapers and threaten individual journalists publicly — eventually forcing media owners to sell off. After Sabah, the Turkish government focused on other distressed media holdings, provided the financial support for cronies to buy them, and over the years passed anti-terrorism legislation to stifle free speech. In 2017, Erdogan finally held a referendum on expanding his presidential powers and consolidated power. </w:t>
      </w:r>
      <w:r>
        <w:rPr>
          <w:b w:val="0"/>
          <w:i w:val="0"/>
          <w:smallCaps w:val="0"/>
          <w:strike w:val="0"/>
          <w:highlight w:val="cyan"/>
          <w:u w:val="single"/>
        </w:rPr>
        <w:t>Even in an imperfect democracy like Turkey, it took a full decade</w:t>
      </w:r>
      <w:r>
        <w:rPr>
          <w:b w:val="0"/>
          <w:i w:val="0"/>
          <w:smallCaps w:val="0"/>
          <w:strike w:val="0"/>
          <w:sz w:val="14"/>
          <w:u w:val="none"/>
        </w:rPr>
        <w:t xml:space="preserve"> from 2007 to 2017 for Erdogan to gain full compliance and transfer media ownership to his cronies. </w:t>
      </w:r>
      <w:r>
        <w:rPr>
          <w:b w:val="0"/>
          <w:i w:val="0"/>
          <w:smallCaps w:val="0"/>
          <w:strike w:val="0"/>
          <w:highlight w:val="cyan"/>
          <w:u w:val="single"/>
        </w:rPr>
        <w:t>Similarly in Poland</w:t>
      </w:r>
      <w:r>
        <w:rPr>
          <w:b w:val="0"/>
          <w:i w:val="0"/>
          <w:smallCaps w:val="0"/>
          <w:strike w:val="0"/>
          <w:sz w:val="14"/>
          <w:u w:val="none"/>
        </w:rPr>
        <w:t xml:space="preserve">, the recently ousted Law and Justice Party tried to reshape the media landscape after they took power in 2015 by turning state broadcasters into partisan hacks — but made </w:t>
      </w:r>
      <w:r>
        <w:rPr>
          <w:b w:val="0"/>
          <w:i w:val="0"/>
          <w:smallCaps w:val="0"/>
          <w:strike w:val="0"/>
          <w:highlight w:val="cyan"/>
          <w:u w:val="single"/>
        </w:rPr>
        <w:t xml:space="preserve">only incremental progress </w:t>
      </w:r>
      <w:r>
        <w:rPr>
          <w:b w:val="0"/>
          <w:i w:val="0"/>
          <w:smallCaps w:val="0"/>
          <w:strike w:val="0"/>
          <w:u w:val="single"/>
        </w:rPr>
        <w:t>dur</w:t>
      </w:r>
      <w:r>
        <w:rPr>
          <w:b w:val="0"/>
          <w:i w:val="0"/>
          <w:smallCaps w:val="0"/>
          <w:strike w:val="0"/>
          <w:highlight w:val="cyan"/>
          <w:u w:val="single"/>
        </w:rPr>
        <w:t>in</w:t>
      </w:r>
      <w:r>
        <w:rPr>
          <w:b w:val="0"/>
          <w:i w:val="0"/>
          <w:smallCaps w:val="0"/>
          <w:strike w:val="0"/>
          <w:u w:val="single"/>
        </w:rPr>
        <w:t xml:space="preserve">g their </w:t>
      </w:r>
      <w:r>
        <w:rPr>
          <w:b w:val="0"/>
          <w:i w:val="0"/>
          <w:smallCaps w:val="0"/>
          <w:strike w:val="0"/>
          <w:highlight w:val="cyan"/>
          <w:u w:val="single"/>
        </w:rPr>
        <w:t>eight years</w:t>
      </w:r>
      <w:r>
        <w:rPr>
          <w:b w:val="0"/>
          <w:i w:val="0"/>
          <w:smallCaps w:val="0"/>
          <w:strike w:val="0"/>
          <w:u w:val="single"/>
        </w:rPr>
        <w:t xml:space="preserve"> in power</w:t>
      </w:r>
      <w:r>
        <w:rPr>
          <w:b w:val="0"/>
          <w:i w:val="0"/>
          <w:smallCaps w:val="0"/>
          <w:strike w:val="0"/>
          <w:sz w:val="14"/>
          <w:u w:val="none"/>
        </w:rPr>
        <w:t xml:space="preserve">. That kind of takeover is doable in the U.S. too, but it would take longer than four years. The Judiciary Courts are necessary to wage culture wars and create a climate of fear among dissidents — the sine quo non for a dictatorship. But </w:t>
      </w:r>
      <w:r>
        <w:rPr>
          <w:b w:val="0"/>
          <w:i w:val="0"/>
          <w:smallCaps w:val="0"/>
          <w:strike w:val="0"/>
          <w:u w:val="single"/>
        </w:rPr>
        <w:t xml:space="preserve">to move from a proto-dictator to a real one, </w:t>
      </w:r>
      <w:r>
        <w:rPr>
          <w:b w:val="0"/>
          <w:i w:val="0"/>
          <w:smallCaps w:val="0"/>
          <w:strike w:val="0"/>
          <w:highlight w:val="cyan"/>
          <w:u w:val="single"/>
        </w:rPr>
        <w:t>Trump would need full loyalty from the judiciary.</w:t>
      </w:r>
      <w:r>
        <w:rPr>
          <w:b w:val="0"/>
          <w:i w:val="0"/>
          <w:smallCaps w:val="0"/>
          <w:strike w:val="0"/>
          <w:sz w:val="14"/>
          <w:highlight w:val="cyan"/>
          <w:u w:val="none"/>
        </w:rPr>
        <w:t xml:space="preserve"> </w:t>
      </w:r>
      <w:r>
        <w:rPr>
          <w:b w:val="0"/>
          <w:i w:val="0"/>
          <w:smallCaps w:val="0"/>
          <w:strike w:val="0"/>
          <w:highlight w:val="cyan"/>
          <w:u w:val="single"/>
        </w:rPr>
        <w:t>That’s easier said than done</w:t>
      </w:r>
      <w:r>
        <w:rPr>
          <w:b w:val="0"/>
          <w:i w:val="0"/>
          <w:smallCaps w:val="0"/>
          <w:strike w:val="0"/>
          <w:u w:val="single"/>
        </w:rPr>
        <w:t xml:space="preserve"> in America, where the judicial system is designed to put limits on the executive and judges have long tenures</w:t>
      </w:r>
      <w:r>
        <w:rPr>
          <w:b w:val="0"/>
          <w:i w:val="0"/>
          <w:smallCaps w:val="0"/>
          <w:strike w:val="0"/>
          <w:sz w:val="14"/>
          <w:u w:val="none"/>
        </w:rPr>
        <w:t xml:space="preserve">. Trump may have shifted the balance of power on the Supreme Court and appointed more than 200 federal judges to reshape the federal judiciary, including an impressive number of appointments to the powerful appeals court and district courts. That means by the end of his term, over a quarter of active judges were Trump appointees. But that’s not so unusual. The courts have long been an ideological battleground in U.S. politics and the highest number of judicial appointments in modern times came during Ronald Reagan’s presidency — though it still wasn’t enough to create a permanent right-wing governance structure. Moreover, </w:t>
      </w:r>
      <w:r>
        <w:rPr>
          <w:b w:val="0"/>
          <w:i w:val="0"/>
          <w:smallCaps w:val="0"/>
          <w:strike w:val="0"/>
          <w:highlight w:val="cyan"/>
          <w:u w:val="single"/>
        </w:rPr>
        <w:t>not all Trump appointees have ruled in ways</w:t>
      </w:r>
      <w:r>
        <w:rPr>
          <w:b w:val="0"/>
          <w:i w:val="0"/>
          <w:smallCaps w:val="0"/>
          <w:strike w:val="0"/>
          <w:u w:val="single"/>
        </w:rPr>
        <w:t xml:space="preserve"> Donald Trump </w:t>
      </w:r>
      <w:r>
        <w:rPr>
          <w:b w:val="0"/>
          <w:i w:val="0"/>
          <w:smallCaps w:val="0"/>
          <w:strike w:val="0"/>
          <w:highlight w:val="cyan"/>
          <w:u w:val="single"/>
        </w:rPr>
        <w:t>wanted</w:t>
      </w:r>
      <w:r>
        <w:rPr>
          <w:b w:val="0"/>
          <w:i w:val="0"/>
          <w:smallCaps w:val="0"/>
          <w:strike w:val="0"/>
          <w:sz w:val="14"/>
          <w:u w:val="none"/>
        </w:rPr>
        <w:t xml:space="preserve">, even though many emerged from some type of a Republican vetting process through an alliance with Senate Majority Leader Mitch McConnell. Based on examples from Hungary, Poland and Turkey, we can safely say that </w:t>
      </w:r>
      <w:r>
        <w:rPr>
          <w:b w:val="0"/>
          <w:i w:val="0"/>
          <w:smallCaps w:val="0"/>
          <w:strike w:val="0"/>
          <w:u w:val="single"/>
        </w:rPr>
        <w:t>Trump’s real problem will not</w:t>
      </w:r>
      <w:r>
        <w:rPr>
          <w:b w:val="0"/>
          <w:i w:val="0"/>
          <w:smallCaps w:val="0"/>
          <w:strike w:val="0"/>
          <w:sz w:val="14"/>
          <w:u w:val="none"/>
        </w:rPr>
        <w:t xml:space="preserve"> be the loyalty or the conservative credentials of his judicial appointees but the presence of others — </w:t>
      </w:r>
      <w:r>
        <w:rPr>
          <w:b w:val="0"/>
          <w:i w:val="0"/>
          <w:smallCaps w:val="0"/>
          <w:strike w:val="0"/>
          <w:u w:val="single"/>
        </w:rPr>
        <w:t>the non-</w:t>
      </w:r>
      <w:r>
        <w:rPr>
          <w:b w:val="0"/>
          <w:i w:val="0"/>
          <w:smallCaps w:val="0"/>
          <w:strike w:val="0"/>
          <w:u w:val="single"/>
        </w:rPr>
        <w:t>Trumpians</w:t>
      </w:r>
      <w:r>
        <w:rPr>
          <w:b w:val="0"/>
          <w:i w:val="0"/>
          <w:smallCaps w:val="0"/>
          <w:strike w:val="0"/>
          <w:sz w:val="14"/>
          <w:u w:val="none"/>
        </w:rPr>
        <w:t xml:space="preserve">. </w:t>
      </w:r>
      <w:r>
        <w:rPr>
          <w:b w:val="0"/>
          <w:i w:val="0"/>
          <w:smallCaps w:val="0"/>
          <w:strike w:val="0"/>
          <w:u w:val="single"/>
        </w:rPr>
        <w:t>Out of 800-something federal judges</w:t>
      </w:r>
      <w:r>
        <w:rPr>
          <w:b w:val="0"/>
          <w:i w:val="0"/>
          <w:smallCaps w:val="0"/>
          <w:strike w:val="0"/>
          <w:sz w:val="14"/>
          <w:u w:val="none"/>
        </w:rPr>
        <w:t xml:space="preserve"> (numbers vary depending on vacancies), </w:t>
      </w:r>
      <w:r>
        <w:rPr>
          <w:b w:val="0"/>
          <w:i w:val="0"/>
          <w:smallCaps w:val="0"/>
          <w:strike w:val="0"/>
          <w:u w:val="single"/>
        </w:rPr>
        <w:t>only a quarter have been appointed by Trump</w:t>
      </w:r>
      <w:r>
        <w:rPr>
          <w:b w:val="0"/>
          <w:i w:val="0"/>
          <w:smallCaps w:val="0"/>
          <w:strike w:val="0"/>
          <w:sz w:val="14"/>
          <w:u w:val="none"/>
        </w:rPr>
        <w:t xml:space="preserve">, leaving hundreds of others within the system. Meanwhile, the </w:t>
      </w:r>
      <w:r>
        <w:rPr>
          <w:b w:val="0"/>
          <w:i w:val="0"/>
          <w:smallCaps w:val="0"/>
          <w:strike w:val="0"/>
          <w:highlight w:val="cyan"/>
          <w:u w:val="single"/>
        </w:rPr>
        <w:t>Biden</w:t>
      </w:r>
      <w:r>
        <w:rPr>
          <w:b w:val="0"/>
          <w:i w:val="0"/>
          <w:smallCaps w:val="0"/>
          <w:strike w:val="0"/>
          <w:u w:val="single"/>
        </w:rPr>
        <w:t xml:space="preserve"> administration has been in a race to shape the courts by </w:t>
      </w:r>
      <w:r>
        <w:rPr>
          <w:b w:val="0"/>
          <w:i w:val="0"/>
          <w:smallCaps w:val="0"/>
          <w:strike w:val="0"/>
          <w:highlight w:val="cyan"/>
          <w:u w:val="single"/>
        </w:rPr>
        <w:t>filling vacancies</w:t>
      </w:r>
      <w:r>
        <w:rPr>
          <w:b w:val="0"/>
          <w:i w:val="0"/>
          <w:smallCaps w:val="0"/>
          <w:strike w:val="0"/>
          <w:sz w:val="14"/>
          <w:u w:val="none"/>
        </w:rPr>
        <w:t xml:space="preserve"> and pushing ahead with confirmations of their own, non-Trumpy judges. </w:t>
      </w:r>
      <w:r>
        <w:rPr>
          <w:b w:val="0"/>
          <w:i w:val="0"/>
          <w:smallCaps w:val="0"/>
          <w:strike w:val="0"/>
          <w:u w:val="single"/>
        </w:rPr>
        <w:t xml:space="preserve">In a country that prides itself on checks and balances, </w:t>
      </w:r>
      <w:r>
        <w:rPr>
          <w:b w:val="0"/>
          <w:i w:val="0"/>
          <w:smallCaps w:val="0"/>
          <w:strike w:val="0"/>
          <w:highlight w:val="cyan"/>
          <w:u w:val="single"/>
        </w:rPr>
        <w:t>“cleaning up” the hundreds</w:t>
      </w:r>
      <w:r>
        <w:rPr>
          <w:b w:val="0"/>
          <w:i w:val="0"/>
          <w:smallCaps w:val="0"/>
          <w:strike w:val="0"/>
          <w:u w:val="single"/>
        </w:rPr>
        <w:t xml:space="preserve"> of active judges and prosecutors who are </w:t>
      </w:r>
      <w:r>
        <w:rPr>
          <w:b w:val="0"/>
          <w:i w:val="0"/>
          <w:smallCaps w:val="0"/>
          <w:strike w:val="0"/>
          <w:highlight w:val="cyan"/>
          <w:u w:val="single"/>
        </w:rPr>
        <w:t>not loyal to him would present a challenge</w:t>
      </w:r>
      <w:r>
        <w:rPr>
          <w:b w:val="0"/>
          <w:i w:val="0"/>
          <w:smallCaps w:val="0"/>
          <w:strike w:val="0"/>
          <w:u w:val="single"/>
        </w:rPr>
        <w:t xml:space="preserve"> for any burgeoning autocrat, since judges have long tenures and plenty of independence</w:t>
      </w:r>
      <w:r>
        <w:rPr>
          <w:b w:val="0"/>
          <w:i w:val="0"/>
          <w:smallCaps w:val="0"/>
          <w:strike w:val="0"/>
          <w:sz w:val="14"/>
          <w:u w:val="none"/>
        </w:rPr>
        <w:t xml:space="preserve">. The U.S. Constitution says federal judges may hold their position “during good behavior” — meaning, lifelong. This makes it </w:t>
      </w:r>
      <w:r>
        <w:rPr>
          <w:b w:val="0"/>
          <w:i w:val="0"/>
          <w:smallCaps w:val="0"/>
          <w:strike w:val="0"/>
          <w:u w:val="single"/>
        </w:rPr>
        <w:t>harder to push around or penalize unruly justices even when their verdicts go against the wishes of the White House</w:t>
      </w:r>
      <w:r>
        <w:rPr>
          <w:b w:val="0"/>
          <w:i w:val="0"/>
          <w:smallCaps w:val="0"/>
          <w:strike w:val="0"/>
          <w:sz w:val="14"/>
          <w:u w:val="none"/>
        </w:rPr>
        <w:t xml:space="preserve">. What </w:t>
      </w:r>
      <w:r>
        <w:rPr>
          <w:b w:val="0"/>
          <w:i w:val="0"/>
          <w:smallCaps w:val="0"/>
          <w:strike w:val="0"/>
          <w:highlight w:val="cyan"/>
          <w:u w:val="single"/>
        </w:rPr>
        <w:t>Trump would</w:t>
      </w:r>
      <w:r>
        <w:rPr>
          <w:b w:val="0"/>
          <w:i w:val="0"/>
          <w:smallCaps w:val="0"/>
          <w:strike w:val="0"/>
          <w:u w:val="single"/>
        </w:rPr>
        <w:t xml:space="preserve"> really </w:t>
      </w:r>
      <w:r>
        <w:rPr>
          <w:b w:val="0"/>
          <w:i w:val="0"/>
          <w:smallCaps w:val="0"/>
          <w:strike w:val="0"/>
          <w:highlight w:val="cyan"/>
          <w:u w:val="single"/>
        </w:rPr>
        <w:t>need</w:t>
      </w:r>
      <w:r>
        <w:rPr>
          <w:b w:val="0"/>
          <w:i w:val="0"/>
          <w:smallCaps w:val="0"/>
          <w:strike w:val="0"/>
          <w:sz w:val="14"/>
          <w:u w:val="none"/>
        </w:rPr>
        <w:t xml:space="preserve"> to bring the judiciary to heel is </w:t>
      </w:r>
      <w:r>
        <w:rPr>
          <w:b w:val="0"/>
          <w:i w:val="0"/>
          <w:smallCaps w:val="0"/>
          <w:strike w:val="0"/>
          <w:highlight w:val="cyan"/>
          <w:u w:val="single"/>
        </w:rPr>
        <w:t>a centralized admin</w:t>
      </w:r>
      <w:r>
        <w:rPr>
          <w:b w:val="0"/>
          <w:i w:val="0"/>
          <w:smallCaps w:val="0"/>
          <w:strike w:val="0"/>
          <w:u w:val="single"/>
        </w:rPr>
        <w:t>istrative structure</w:t>
      </w:r>
      <w:r>
        <w:rPr>
          <w:b w:val="0"/>
          <w:i w:val="0"/>
          <w:smallCaps w:val="0"/>
          <w:strike w:val="0"/>
          <w:sz w:val="14"/>
          <w:u w:val="none"/>
        </w:rPr>
        <w:t xml:space="preserve">, as in Turkey, Hungary and elsewhere, where he could easily reassign uncooperative judges to different courts, take punitive action, or relocate them to different cities — all common practices in Turkey. Instead, </w:t>
      </w:r>
      <w:r>
        <w:rPr>
          <w:b w:val="0"/>
          <w:i w:val="0"/>
          <w:smallCaps w:val="0"/>
          <w:strike w:val="0"/>
          <w:u w:val="single"/>
        </w:rPr>
        <w:t>the U.S. has overlapping judicial systems and once an appointment is made, it is harder to fully control a judge</w:t>
      </w:r>
      <w:r>
        <w:rPr>
          <w:b w:val="0"/>
          <w:i w:val="0"/>
          <w:smallCaps w:val="0"/>
          <w:strike w:val="0"/>
          <w:sz w:val="14"/>
          <w:u w:val="none"/>
        </w:rPr>
        <w:t xml:space="preserve">. U.S. judges also are well compensated, and, in some states, directly elected, further increasing their independence. All this makes the </w:t>
      </w:r>
      <w:r>
        <w:rPr>
          <w:b w:val="0"/>
          <w:i w:val="0"/>
          <w:smallCaps w:val="0"/>
          <w:strike w:val="0"/>
          <w:highlight w:val="cyan"/>
          <w:u w:val="single"/>
        </w:rPr>
        <w:t>full control of the U.S. judiciary</w:t>
      </w:r>
      <w:r>
        <w:rPr>
          <w:b w:val="0"/>
          <w:i w:val="0"/>
          <w:smallCaps w:val="0"/>
          <w:strike w:val="0"/>
          <w:u w:val="single"/>
        </w:rPr>
        <w:t xml:space="preserve"> a long-term, even </w:t>
      </w:r>
      <w:r>
        <w:rPr>
          <w:b w:val="0"/>
          <w:i w:val="0"/>
          <w:smallCaps w:val="0"/>
          <w:strike w:val="0"/>
          <w:highlight w:val="cyan"/>
          <w:u w:val="single"/>
        </w:rPr>
        <w:t xml:space="preserve">a </w:t>
      </w:r>
      <w:r>
        <w:rPr>
          <w:b/>
          <w:i w:val="0"/>
          <w:smallCaps w:val="0"/>
          <w:strike w:val="0"/>
          <w:highlight w:val="cyan"/>
          <w:u w:val="single"/>
        </w:rPr>
        <w:t>multi-generational challenge</w:t>
      </w:r>
      <w:r>
        <w:rPr>
          <w:b w:val="0"/>
          <w:i w:val="0"/>
          <w:smallCaps w:val="0"/>
          <w:strike w:val="0"/>
          <w:highlight w:val="cyan"/>
          <w:u w:val="single"/>
        </w:rPr>
        <w:t xml:space="preserve"> for an aspiring autocrat</w:t>
      </w:r>
      <w:r>
        <w:rPr>
          <w:b w:val="0"/>
          <w:i w:val="0"/>
          <w:smallCaps w:val="0"/>
          <w:strike w:val="0"/>
          <w:sz w:val="14"/>
          <w:highlight w:val="cyan"/>
          <w:u w:val="none"/>
        </w:rPr>
        <w:t>.</w:t>
      </w:r>
      <w:r>
        <w:rPr>
          <w:b w:val="0"/>
          <w:i w:val="0"/>
          <w:smallCaps w:val="0"/>
          <w:strike w:val="0"/>
          <w:sz w:val="14"/>
          <w:u w:val="none"/>
        </w:rPr>
        <w:t xml:space="preserve"> Trump could try to do what populists elsewhere have tried, namely, changing the rules of the game. Since 2010, Orban and his Fidesz Party have incrementally dismantled the independence of the judiciary by forcing judges into retirement, creating an alternative court system and expanding the powers of the Minister of Justice over the judges. Law and Justice in Poland tried to reshape the courts through similar methods after it regained power in 2015, including lowering the retirement age and expanding the powers of a national body that appoints judges. It used government-controlled media to target judges and made courts a core element of its culture wars. But at each step of the way, Law and Justice met significant pushback and eventually lost power last October. Biden raised his voice over House Dem commander-in-chief concerns: ‘I don’t want to hear that crap’ The judiciary was a big headache for Erdogan as well. In 2006, the Turkish government’s attempts to reshape the justice system and break the monopoly of secularists met with enormous social pushback, forcing the government to hold referendums on judiciary reforms in 2007 and 2010. But what finally gave Erdogan the control he wanted was his declaration of emergency presidential powers after a failed coup attempt in 2016 that allowed the president or Turkish Justice Department the right to dismiss or move judges at will. Can Trump claim similar emergency powers? Not without first gaining institutional and social consensus. </w:t>
      </w:r>
      <w:r>
        <w:rPr>
          <w:b w:val="0"/>
          <w:i w:val="0"/>
          <w:smallCaps w:val="0"/>
          <w:strike w:val="0"/>
          <w:highlight w:val="cyan"/>
          <w:u w:val="single"/>
        </w:rPr>
        <w:t>Even in Turkey, it took a bloody military coup</w:t>
      </w:r>
      <w:r>
        <w:rPr>
          <w:b w:val="0"/>
          <w:i w:val="0"/>
          <w:smallCaps w:val="0"/>
          <w:strike w:val="0"/>
          <w:sz w:val="14"/>
          <w:u w:val="none"/>
        </w:rPr>
        <w:t xml:space="preserve"> attempt for Erdogan to assume the type of powers he wanted. </w:t>
      </w:r>
      <w:r>
        <w:rPr>
          <w:b w:val="0"/>
          <w:i w:val="0"/>
          <w:smallCaps w:val="0"/>
          <w:strike w:val="0"/>
          <w:highlight w:val="cyan"/>
          <w:u w:val="single"/>
        </w:rPr>
        <w:t>Trump would need</w:t>
      </w:r>
      <w:r>
        <w:rPr>
          <w:b w:val="0"/>
          <w:i w:val="0"/>
          <w:smallCaps w:val="0"/>
          <w:strike w:val="0"/>
          <w:u w:val="single"/>
        </w:rPr>
        <w:t xml:space="preserve"> a</w:t>
      </w:r>
      <w:r>
        <w:rPr>
          <w:b w:val="0"/>
          <w:i w:val="0"/>
          <w:smallCaps w:val="0"/>
          <w:strike w:val="0"/>
          <w:sz w:val="14"/>
          <w:u w:val="none"/>
        </w:rPr>
        <w:t xml:space="preserve"> dramatic event of similar nature that would serve as a </w:t>
      </w:r>
      <w:r>
        <w:rPr>
          <w:b w:val="0"/>
          <w:i w:val="0"/>
          <w:smallCaps w:val="0"/>
          <w:strike w:val="0"/>
          <w:highlight w:val="cyan"/>
          <w:u w:val="single"/>
        </w:rPr>
        <w:t>force-majeure and convince U.S. society that it would be OK for the president to take control</w:t>
      </w:r>
      <w:r>
        <w:rPr>
          <w:b w:val="0"/>
          <w:i w:val="0"/>
          <w:smallCaps w:val="0"/>
          <w:strike w:val="0"/>
          <w:sz w:val="14"/>
          <w:u w:val="none"/>
        </w:rPr>
        <w:t xml:space="preserve"> of the judiciary. Of course, Trump has </w:t>
      </w:r>
      <w:r>
        <w:rPr>
          <w:b w:val="0"/>
          <w:i w:val="0"/>
          <w:smallCaps w:val="0"/>
          <w:strike w:val="0"/>
          <w:highlight w:val="cyan"/>
          <w:u w:val="single"/>
        </w:rPr>
        <w:t>other options</w:t>
      </w:r>
      <w:r>
        <w:rPr>
          <w:b w:val="0"/>
          <w:i w:val="0"/>
          <w:smallCaps w:val="0"/>
          <w:strike w:val="0"/>
          <w:sz w:val="14"/>
          <w:u w:val="none"/>
        </w:rPr>
        <w:t xml:space="preserve"> that </w:t>
      </w:r>
      <w:r>
        <w:rPr>
          <w:b w:val="0"/>
          <w:i w:val="0"/>
          <w:smallCaps w:val="0"/>
          <w:strike w:val="0"/>
          <w:highlight w:val="cyan"/>
          <w:u w:val="single"/>
        </w:rPr>
        <w:t>are</w:t>
      </w:r>
      <w:r>
        <w:rPr>
          <w:b w:val="0"/>
          <w:i w:val="0"/>
          <w:smallCaps w:val="0"/>
          <w:strike w:val="0"/>
          <w:sz w:val="14"/>
          <w:u w:val="none"/>
        </w:rPr>
        <w:t xml:space="preserve"> legally available but </w:t>
      </w:r>
      <w:r>
        <w:rPr>
          <w:b w:val="0"/>
          <w:i w:val="0"/>
          <w:smallCaps w:val="0"/>
          <w:strike w:val="0"/>
          <w:highlight w:val="cyan"/>
          <w:u w:val="single"/>
        </w:rPr>
        <w:t>politically difficult</w:t>
      </w:r>
      <w:r>
        <w:rPr>
          <w:b w:val="0"/>
          <w:i w:val="0"/>
          <w:smallCaps w:val="0"/>
          <w:strike w:val="0"/>
          <w:sz w:val="14"/>
          <w:u w:val="none"/>
        </w:rPr>
        <w:t xml:space="preserve">. Surprisingly, the U.S. Constitution does not stipulate the number of judges at the Supreme and District courts. If he has the support of Congress, </w:t>
      </w:r>
      <w:r>
        <w:rPr>
          <w:b w:val="0"/>
          <w:i w:val="0"/>
          <w:smallCaps w:val="0"/>
          <w:strike w:val="0"/>
          <w:u w:val="single"/>
        </w:rPr>
        <w:t>Trump could pack the courts</w:t>
      </w:r>
      <w:r>
        <w:rPr>
          <w:b w:val="0"/>
          <w:i w:val="0"/>
          <w:smallCaps w:val="0"/>
          <w:strike w:val="0"/>
          <w:sz w:val="14"/>
          <w:u w:val="none"/>
        </w:rPr>
        <w:t xml:space="preserve"> by expanding the number of judges on federal benches and the Supreme Court. But such a move would be too alarming and unlikely to be fully backed by Congress or the Republican establishment. President Franklin D. Roosevelt tried to pack the courts </w:t>
      </w:r>
      <w:r>
        <w:rPr>
          <w:b w:val="0"/>
          <w:i w:val="0"/>
          <w:smallCaps w:val="0"/>
          <w:strike w:val="0"/>
          <w:u w:val="single"/>
        </w:rPr>
        <w:t>but</w:t>
      </w:r>
      <w:r>
        <w:rPr>
          <w:b w:val="0"/>
          <w:i w:val="0"/>
          <w:smallCaps w:val="0"/>
          <w:strike w:val="0"/>
          <w:sz w:val="14"/>
          <w:u w:val="none"/>
        </w:rPr>
        <w:t xml:space="preserve"> failed. It is </w:t>
      </w:r>
      <w:r>
        <w:rPr>
          <w:b w:val="0"/>
          <w:i w:val="0"/>
          <w:smallCaps w:val="0"/>
          <w:strike w:val="0"/>
          <w:u w:val="single"/>
        </w:rPr>
        <w:t>hard to imagine Trump</w:t>
      </w:r>
      <w:r>
        <w:rPr>
          <w:b w:val="0"/>
          <w:i w:val="0"/>
          <w:smallCaps w:val="0"/>
          <w:strike w:val="0"/>
          <w:sz w:val="14"/>
          <w:u w:val="none"/>
        </w:rPr>
        <w:t xml:space="preserve">’s Justice Department being able to build in four more years the social and institutional consensus to </w:t>
      </w:r>
      <w:r>
        <w:rPr>
          <w:b w:val="0"/>
          <w:i w:val="0"/>
          <w:smallCaps w:val="0"/>
          <w:strike w:val="0"/>
          <w:u w:val="single"/>
        </w:rPr>
        <w:t>achieve what FDR failed to do</w:t>
      </w:r>
      <w:r>
        <w:rPr>
          <w:b w:val="0"/>
          <w:i w:val="0"/>
          <w:smallCaps w:val="0"/>
          <w:strike w:val="0"/>
          <w:sz w:val="14"/>
          <w:u w:val="none"/>
        </w:rPr>
        <w:t xml:space="preserve"> after the New Deal. </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