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Trump</w:t>
      </w:r>
      <w:r>
        <w:rPr>
          <w:b/>
          <w:i w:val="0"/>
          <w:smallCaps w:val="0"/>
          <w:strike w:val="0"/>
          <w:sz w:val="26"/>
          <w:u w:val="none"/>
        </w:rPr>
        <w:t xml:space="preserve"> corrects economic failures- </w:t>
      </w:r>
      <w:r>
        <w:rPr>
          <w:b/>
          <w:i w:val="0"/>
          <w:smallCaps w:val="0"/>
          <w:strike w:val="0"/>
          <w:sz w:val="26"/>
          <w:u w:val="none"/>
        </w:rPr>
        <w:t>handles inflation</w:t>
      </w:r>
      <w:r>
        <w:rPr>
          <w:b/>
          <w:i w:val="0"/>
          <w:smallCaps w:val="0"/>
          <w:strike w:val="0"/>
          <w:sz w:val="26"/>
          <w:u w:val="none"/>
        </w:rPr>
        <w:t xml:space="preserve">, interest rates, and the federal deficit </w:t>
      </w:r>
      <w:r>
        <w:rPr>
          <w:b/>
          <w:i w:val="0"/>
          <w:smallCaps w:val="0"/>
          <w:strike w:val="0"/>
          <w:sz w:val="26"/>
          <w:u w:val="none"/>
        </w:rPr>
        <w:t>better</w:t>
      </w:r>
    </w:p>
    <w:p>
      <w:pPr>
        <w:spacing w:after="80"/>
      </w:pPr>
      <w:r>
        <w:rPr>
          <w:b w:val="0"/>
          <w:i w:val="0"/>
          <w:smallCaps w:val="0"/>
          <w:strike w:val="0"/>
          <w:u w:val="none"/>
        </w:rPr>
        <w:t xml:space="preserve">Stephen </w:t>
      </w:r>
      <w:r>
        <w:rPr>
          <w:b/>
          <w:i w:val="0"/>
          <w:smallCaps w:val="0"/>
          <w:strike w:val="0"/>
          <w:u w:val="none"/>
        </w:rPr>
        <w:t>Moore</w:t>
      </w:r>
      <w:r>
        <w:rPr>
          <w:b w:val="0"/>
          <w:i w:val="0"/>
          <w:smallCaps w:val="0"/>
          <w:strike w:val="0"/>
          <w:u w:val="none"/>
        </w:rPr>
        <w:t xml:space="preserve"> 7</w:t>
      </w:r>
      <w:r>
        <w:rPr>
          <w:b w:val="0"/>
          <w:i w:val="0"/>
          <w:smallCaps w:val="0"/>
          <w:strike w:val="0"/>
          <w:u w:val="none"/>
        </w:rPr>
        <w:t>/</w:t>
      </w:r>
      <w:r>
        <w:rPr>
          <w:b w:val="0"/>
          <w:i w:val="0"/>
          <w:smallCaps w:val="0"/>
          <w:strike w:val="0"/>
          <w:u w:val="none"/>
        </w:rPr>
        <w:t>17</w:t>
      </w:r>
      <w:r>
        <w:rPr>
          <w:b w:val="0"/>
          <w:i w:val="0"/>
          <w:smallCaps w:val="0"/>
          <w:strike w:val="0"/>
          <w:u w:val="none"/>
        </w:rPr>
        <w:t>/20</w:t>
      </w:r>
      <w:r>
        <w:rPr>
          <w:b/>
          <w:i w:val="0"/>
          <w:smallCaps w:val="0"/>
          <w:strike w:val="0"/>
          <w:u w:val="none"/>
        </w:rPr>
        <w:t>2</w:t>
      </w:r>
      <w:r>
        <w:rPr>
          <w:b/>
          <w:i w:val="0"/>
          <w:smallCaps w:val="0"/>
          <w:strike w:val="0"/>
          <w:u w:val="none"/>
        </w:rPr>
        <w:t>4</w:t>
      </w:r>
      <w:r>
        <w:rPr>
          <w:b w:val="0"/>
          <w:i w:val="0"/>
          <w:smallCaps w:val="0"/>
          <w:strike w:val="0"/>
          <w:u w:val="none"/>
        </w:rPr>
        <w:t xml:space="preserve"> </w:t>
      </w:r>
      <w:r>
        <w:rPr>
          <w:b w:val="0"/>
          <w:i w:val="0"/>
          <w:smallCaps w:val="0"/>
          <w:strike w:val="0"/>
          <w:u w:val="none"/>
        </w:rPr>
        <w:t>Stephen Moore is a Senior Visiting Fellow in Economics</w:t>
      </w:r>
      <w:r>
        <w:rPr>
          <w:b w:val="0"/>
          <w:i w:val="0"/>
          <w:smallCaps w:val="0"/>
          <w:strike w:val="0"/>
          <w:u w:val="none"/>
        </w:rPr>
        <w:t xml:space="preserve"> “</w:t>
      </w:r>
      <w:r>
        <w:rPr>
          <w:b w:val="0"/>
          <w:i w:val="0"/>
          <w:smallCaps w:val="0"/>
          <w:strike w:val="0"/>
          <w:u w:val="none"/>
        </w:rPr>
        <w:t>Trump’s Record Far Superior to Biden’s on Debt and Inflation</w:t>
      </w:r>
      <w:r>
        <w:rPr>
          <w:b w:val="0"/>
          <w:i w:val="0"/>
          <w:smallCaps w:val="0"/>
          <w:strike w:val="0"/>
          <w:u w:val="none"/>
        </w:rPr>
        <w:t xml:space="preserve">” </w:t>
      </w:r>
      <w:r>
        <w:rPr>
          <w:b w:val="0"/>
          <w:i w:val="0"/>
          <w:smallCaps w:val="0"/>
          <w:strike w:val="0"/>
          <w:u w:val="none"/>
        </w:rPr>
        <w:t>https://www.heritage.org/debt/commentary/trumps-record-far-superior-bidens-debt-and-inflation</w:t>
      </w:r>
    </w:p>
    <w:p>
      <w:pPr>
        <w:spacing w:after="60"/>
      </w:pPr>
      <w:r>
        <w:rPr>
          <w:b w:val="0"/>
          <w:i w:val="0"/>
          <w:smallCaps w:val="0"/>
          <w:strike w:val="0"/>
          <w:u w:val="none"/>
        </w:rPr>
        <w:t>Let’s start with inflation</w:t>
      </w:r>
      <w:r>
        <w:rPr>
          <w:b w:val="0"/>
          <w:i w:val="0"/>
          <w:smallCaps w:val="0"/>
          <w:strike w:val="0"/>
          <w:highlight w:val="cyan"/>
          <w:u w:val="none"/>
        </w:rPr>
        <w:t xml:space="preserve">. </w:t>
      </w:r>
      <w:r>
        <w:rPr>
          <w:b w:val="0"/>
          <w:i w:val="0"/>
          <w:smallCaps w:val="0"/>
          <w:strike w:val="0"/>
          <w:highlight w:val="cyan"/>
          <w:u w:val="single"/>
        </w:rPr>
        <w:t>Over Biden’s</w:t>
      </w:r>
      <w:r>
        <w:rPr>
          <w:b w:val="0"/>
          <w:i w:val="0"/>
          <w:smallCaps w:val="0"/>
          <w:strike w:val="0"/>
          <w:u w:val="single"/>
        </w:rPr>
        <w:t xml:space="preserve"> near-four years in </w:t>
      </w:r>
      <w:r>
        <w:rPr>
          <w:b w:val="0"/>
          <w:i w:val="0"/>
          <w:smallCaps w:val="0"/>
          <w:strike w:val="0"/>
          <w:highlight w:val="cyan"/>
          <w:u w:val="single"/>
        </w:rPr>
        <w:t>office, inflation is up</w:t>
      </w:r>
      <w:r>
        <w:rPr>
          <w:b w:val="0"/>
          <w:i w:val="0"/>
          <w:smallCaps w:val="0"/>
          <w:strike w:val="0"/>
          <w:u w:val="single"/>
        </w:rPr>
        <w:t xml:space="preserve"> roughly </w:t>
      </w:r>
      <w:r>
        <w:rPr>
          <w:b w:val="0"/>
          <w:i w:val="0"/>
          <w:smallCaps w:val="0"/>
          <w:strike w:val="0"/>
          <w:highlight w:val="cyan"/>
          <w:u w:val="single"/>
        </w:rPr>
        <w:t>20%. Under Trump, inflation was up 8%.</w:t>
      </w:r>
      <w:r>
        <w:rPr>
          <w:b w:val="0"/>
          <w:i w:val="0"/>
          <w:smallCaps w:val="0"/>
          <w:strike w:val="0"/>
          <w:u w:val="none"/>
        </w:rPr>
        <w:t xml:space="preserve"> So how could anyone argue that Biden will be better on inflation given that </w:t>
      </w:r>
      <w:r>
        <w:rPr>
          <w:b w:val="0"/>
          <w:i w:val="0"/>
          <w:smallCaps w:val="0"/>
          <w:strike w:val="0"/>
          <w:highlight w:val="cyan"/>
          <w:u w:val="single"/>
        </w:rPr>
        <w:t xml:space="preserve">his rate is nearly </w:t>
      </w:r>
      <w:r>
        <w:rPr>
          <w:b/>
          <w:i w:val="0"/>
          <w:smallCaps w:val="0"/>
          <w:strike w:val="0"/>
          <w:highlight w:val="cyan"/>
          <w:u w:val="single"/>
        </w:rPr>
        <w:t>three times HIGHER</w:t>
      </w:r>
      <w:r>
        <w:rPr>
          <w:b w:val="0"/>
          <w:i w:val="0"/>
          <w:smallCaps w:val="0"/>
          <w:strike w:val="0"/>
          <w:highlight w:val="cyan"/>
          <w:u w:val="single"/>
        </w:rPr>
        <w:t xml:space="preserve"> than Trump’s</w:t>
      </w:r>
      <w:r>
        <w:rPr>
          <w:b w:val="0"/>
          <w:i w:val="0"/>
          <w:smallCaps w:val="0"/>
          <w:strike w:val="0"/>
          <w:u w:val="none"/>
        </w:rPr>
        <w:t xml:space="preserve">. This would be like saying a batter who has struck out four times in a row is more likely to hit a home run than a batter who has hit three homers in his last four at bats. </w:t>
      </w:r>
      <w:r>
        <w:rPr>
          <w:b w:val="0"/>
          <w:i w:val="0"/>
          <w:smallCaps w:val="0"/>
          <w:strike w:val="0"/>
          <w:u w:val="single"/>
        </w:rPr>
        <w:t xml:space="preserve">By the way, </w:t>
      </w:r>
      <w:r>
        <w:rPr>
          <w:b w:val="0"/>
          <w:i w:val="0"/>
          <w:smallCaps w:val="0"/>
          <w:strike w:val="0"/>
          <w:highlight w:val="cyan"/>
          <w:u w:val="single"/>
        </w:rPr>
        <w:t>Biden</w:t>
      </w:r>
      <w:r>
        <w:rPr>
          <w:b w:val="0"/>
          <w:i w:val="0"/>
          <w:smallCaps w:val="0"/>
          <w:strike w:val="0"/>
          <w:u w:val="single"/>
        </w:rPr>
        <w:t xml:space="preserve"> did NOT inherit inflation from Trump. In his </w:t>
      </w:r>
      <w:r>
        <w:rPr>
          <w:b w:val="0"/>
          <w:i w:val="0"/>
          <w:smallCaps w:val="0"/>
          <w:strike w:val="0"/>
          <w:highlight w:val="cyan"/>
          <w:u w:val="single"/>
        </w:rPr>
        <w:t>last four months in office the inflation rate was</w:t>
      </w:r>
      <w:r>
        <w:rPr>
          <w:b w:val="0"/>
          <w:i w:val="0"/>
          <w:smallCaps w:val="0"/>
          <w:strike w:val="0"/>
          <w:u w:val="single"/>
        </w:rPr>
        <w:t xml:space="preserve"> </w:t>
      </w:r>
      <w:r>
        <w:rPr>
          <w:b w:val="0"/>
          <w:i w:val="0"/>
          <w:smallCaps w:val="0"/>
          <w:strike w:val="0"/>
          <w:u w:val="single"/>
        </w:rPr>
        <w:t>Oct. 20—1.2%</w:t>
      </w:r>
      <w:r>
        <w:rPr>
          <w:b w:val="0"/>
          <w:i w:val="0"/>
          <w:smallCaps w:val="0"/>
          <w:strike w:val="0"/>
          <w:u w:val="single"/>
        </w:rPr>
        <w:t xml:space="preserve"> </w:t>
      </w:r>
      <w:r>
        <w:rPr>
          <w:b w:val="0"/>
          <w:i w:val="0"/>
          <w:smallCaps w:val="0"/>
          <w:strike w:val="0"/>
          <w:u w:val="single"/>
        </w:rPr>
        <w:t>Nov. 20—1.3</w:t>
      </w:r>
      <w:r>
        <w:rPr>
          <w:b w:val="0"/>
          <w:i w:val="0"/>
          <w:smallCaps w:val="0"/>
          <w:strike w:val="0"/>
          <w:u w:val="single"/>
        </w:rPr>
        <w:t xml:space="preserve">% </w:t>
      </w:r>
      <w:r>
        <w:rPr>
          <w:b w:val="0"/>
          <w:i w:val="0"/>
          <w:smallCaps w:val="0"/>
          <w:strike w:val="0"/>
          <w:u w:val="single"/>
        </w:rPr>
        <w:t xml:space="preserve"> </w:t>
      </w:r>
      <w:r>
        <w:rPr>
          <w:b w:val="0"/>
          <w:i w:val="0"/>
          <w:smallCaps w:val="0"/>
          <w:strike w:val="0"/>
          <w:u w:val="single"/>
        </w:rPr>
        <w:t>Dec.</w:t>
      </w:r>
      <w:r>
        <w:rPr>
          <w:b w:val="0"/>
          <w:i w:val="0"/>
          <w:smallCaps w:val="0"/>
          <w:strike w:val="0"/>
          <w:u w:val="single"/>
        </w:rPr>
        <w:t xml:space="preserve"> 20—1.5%</w:t>
      </w:r>
      <w:r>
        <w:rPr>
          <w:b w:val="0"/>
          <w:i w:val="0"/>
          <w:smallCaps w:val="0"/>
          <w:strike w:val="0"/>
          <w:u w:val="single"/>
        </w:rPr>
        <w:t xml:space="preserve"> </w:t>
      </w:r>
      <w:r>
        <w:rPr>
          <w:b w:val="0"/>
          <w:i w:val="0"/>
          <w:smallCaps w:val="0"/>
          <w:strike w:val="0"/>
          <w:u w:val="single"/>
        </w:rPr>
        <w:t>Jan. 21—</w:t>
      </w:r>
      <w:r>
        <w:rPr>
          <w:b w:val="0"/>
          <w:i w:val="0"/>
          <w:smallCaps w:val="0"/>
          <w:strike w:val="0"/>
          <w:highlight w:val="cyan"/>
          <w:u w:val="single"/>
        </w:rPr>
        <w:t>1.4%</w:t>
      </w:r>
      <w:r>
        <w:rPr>
          <w:b w:val="0"/>
          <w:i w:val="0"/>
          <w:smallCaps w:val="0"/>
          <w:strike w:val="0"/>
          <w:u w:val="none"/>
        </w:rPr>
        <w:t xml:space="preserve"> </w:t>
      </w:r>
      <w:r>
        <w:rPr>
          <w:b w:val="0"/>
          <w:i w:val="0"/>
          <w:smallCaps w:val="0"/>
          <w:strike w:val="0"/>
          <w:u w:val="none"/>
        </w:rPr>
        <w:t xml:space="preserve">Then, 18 months later, </w:t>
      </w:r>
      <w:r>
        <w:rPr>
          <w:b w:val="0"/>
          <w:i w:val="0"/>
          <w:smallCaps w:val="0"/>
          <w:strike w:val="0"/>
          <w:highlight w:val="cyan"/>
          <w:u w:val="single"/>
        </w:rPr>
        <w:t>under Biden, it was 9.1%.</w:t>
      </w:r>
      <w:r>
        <w:rPr>
          <w:b w:val="0"/>
          <w:i w:val="0"/>
          <w:smallCaps w:val="0"/>
          <w:strike w:val="0"/>
          <w:u w:val="none"/>
        </w:rPr>
        <w:t xml:space="preserve"> Now let’s look at interest rates. </w:t>
      </w:r>
      <w:r>
        <w:rPr>
          <w:b w:val="0"/>
          <w:i w:val="0"/>
          <w:smallCaps w:val="0"/>
          <w:strike w:val="0"/>
          <w:u w:val="single"/>
        </w:rPr>
        <w:t xml:space="preserve">The </w:t>
      </w:r>
      <w:r>
        <w:rPr>
          <w:b w:val="0"/>
          <w:i w:val="0"/>
          <w:smallCaps w:val="0"/>
          <w:strike w:val="0"/>
          <w:highlight w:val="cyan"/>
          <w:u w:val="single"/>
        </w:rPr>
        <w:t>mortgage interest rate was 2.9% when Trump left office</w:t>
      </w:r>
      <w:r>
        <w:rPr>
          <w:b w:val="0"/>
          <w:i w:val="0"/>
          <w:smallCaps w:val="0"/>
          <w:strike w:val="0"/>
          <w:u w:val="single"/>
        </w:rPr>
        <w:t xml:space="preserve">. The mortgage interest </w:t>
      </w:r>
      <w:r>
        <w:rPr>
          <w:b w:val="0"/>
          <w:i w:val="0"/>
          <w:smallCaps w:val="0"/>
          <w:strike w:val="0"/>
          <w:highlight w:val="cyan"/>
          <w:u w:val="single"/>
        </w:rPr>
        <w:t>rate is now</w:t>
      </w:r>
      <w:r>
        <w:rPr>
          <w:b w:val="0"/>
          <w:i w:val="0"/>
          <w:smallCaps w:val="0"/>
          <w:strike w:val="0"/>
          <w:u w:val="single"/>
        </w:rPr>
        <w:t xml:space="preserve"> roughly </w:t>
      </w:r>
      <w:r>
        <w:rPr>
          <w:b w:val="0"/>
          <w:i w:val="0"/>
          <w:smallCaps w:val="0"/>
          <w:strike w:val="0"/>
          <w:highlight w:val="cyan"/>
          <w:u w:val="single"/>
        </w:rPr>
        <w:t>7%</w:t>
      </w:r>
      <w:r>
        <w:rPr>
          <w:b w:val="0"/>
          <w:i w:val="0"/>
          <w:smallCaps w:val="0"/>
          <w:strike w:val="0"/>
          <w:u w:val="single"/>
        </w:rPr>
        <w:t>. That’s more than twice as high.</w:t>
      </w:r>
      <w:r>
        <w:rPr>
          <w:b w:val="0"/>
          <w:i w:val="0"/>
          <w:smallCaps w:val="0"/>
          <w:strike w:val="0"/>
          <w:u w:val="none"/>
        </w:rPr>
        <w:t xml:space="preserve"> The higher interest rates and the inflation in rents and housing prices mean that the </w:t>
      </w:r>
      <w:r>
        <w:rPr>
          <w:b w:val="0"/>
          <w:i w:val="0"/>
          <w:smallCaps w:val="0"/>
          <w:strike w:val="0"/>
          <w:u w:val="single"/>
        </w:rPr>
        <w:t>mortgage payment on a median value home is now TWICE as high under Biden as under Trump.</w:t>
      </w:r>
      <w:r>
        <w:rPr>
          <w:b w:val="0"/>
          <w:i w:val="0"/>
          <w:smallCaps w:val="0"/>
          <w:strike w:val="0"/>
          <w:u w:val="none"/>
        </w:rPr>
        <w:t xml:space="preserve"> </w:t>
      </w:r>
      <w:r>
        <w:rPr>
          <w:b w:val="0"/>
          <w:i w:val="0"/>
          <w:smallCaps w:val="0"/>
          <w:strike w:val="0"/>
          <w:u w:val="none"/>
        </w:rPr>
        <w:t>How about the interest rate on federal borrowing? During Trump’s last year in office, the 10-year Treasury bill was 0.9%. After three and a half years of Biden, the interest rate is at 4.3%. Finally, there is the issue of the federal deficits and debt. Neither president has a good record on controlling spending and borrowing. That’s because both parties like to spend money and play Santa Claus. The question is which president had a worse record?</w:t>
      </w:r>
      <w:r>
        <w:rPr>
          <w:b w:val="0"/>
          <w:i w:val="0"/>
          <w:smallCaps w:val="0"/>
          <w:strike w:val="0"/>
          <w:u w:val="none"/>
        </w:rPr>
        <w:t xml:space="preserve"> </w:t>
      </w:r>
      <w:r>
        <w:rPr>
          <w:b w:val="0"/>
          <w:i w:val="0"/>
          <w:smallCaps w:val="0"/>
          <w:strike w:val="0"/>
          <w:u w:val="none"/>
        </w:rPr>
        <w:t xml:space="preserve">When we take out the two COVID years, 2020 and 2021, </w:t>
      </w:r>
      <w:r>
        <w:rPr>
          <w:b w:val="0"/>
          <w:i w:val="0"/>
          <w:smallCaps w:val="0"/>
          <w:strike w:val="0"/>
          <w:u w:val="single"/>
        </w:rPr>
        <w:t xml:space="preserve">we find that the </w:t>
      </w:r>
      <w:r>
        <w:rPr>
          <w:b w:val="0"/>
          <w:i w:val="0"/>
          <w:smallCaps w:val="0"/>
          <w:strike w:val="0"/>
          <w:highlight w:val="cyan"/>
          <w:u w:val="single"/>
        </w:rPr>
        <w:t>average deficits under Trump were roughly $750 billion</w:t>
      </w:r>
      <w:r>
        <w:rPr>
          <w:b w:val="0"/>
          <w:i w:val="0"/>
          <w:smallCaps w:val="0"/>
          <w:strike w:val="0"/>
          <w:u w:val="single"/>
        </w:rPr>
        <w:t>.</w:t>
      </w:r>
      <w:r>
        <w:rPr>
          <w:b w:val="0"/>
          <w:i w:val="0"/>
          <w:smallCaps w:val="0"/>
          <w:strike w:val="0"/>
          <w:u w:val="none"/>
        </w:rPr>
        <w:t xml:space="preserve"> That’s bad. </w:t>
      </w:r>
      <w:r>
        <w:rPr>
          <w:b w:val="0"/>
          <w:i w:val="0"/>
          <w:smallCaps w:val="0"/>
          <w:strike w:val="0"/>
          <w:u w:val="single"/>
        </w:rPr>
        <w:t xml:space="preserve">But </w:t>
      </w:r>
      <w:r>
        <w:rPr>
          <w:b w:val="0"/>
          <w:i w:val="0"/>
          <w:smallCaps w:val="0"/>
          <w:strike w:val="0"/>
          <w:highlight w:val="cyan"/>
          <w:u w:val="single"/>
        </w:rPr>
        <w:t>under Biden, the average deficit was $1.5 trillion</w:t>
      </w:r>
      <w:r>
        <w:rPr>
          <w:b w:val="0"/>
          <w:i w:val="0"/>
          <w:smallCaps w:val="0"/>
          <w:strike w:val="0"/>
          <w:u w:val="none"/>
        </w:rPr>
        <w:t xml:space="preserve">. Even adjusting for </w:t>
      </w:r>
      <w:r>
        <w:rPr>
          <w:b w:val="0"/>
          <w:i w:val="0"/>
          <w:smallCaps w:val="0"/>
          <w:strike w:val="0"/>
          <w:u w:val="none"/>
        </w:rPr>
        <w:t>Bidenflation</w:t>
      </w:r>
      <w:r>
        <w:rPr>
          <w:b w:val="0"/>
          <w:i w:val="0"/>
          <w:smallCaps w:val="0"/>
          <w:strike w:val="0"/>
          <w:u w:val="none"/>
        </w:rPr>
        <w:t xml:space="preserve">, </w:t>
      </w:r>
      <w:r>
        <w:rPr>
          <w:b/>
          <w:i w:val="0"/>
          <w:smallCaps w:val="0"/>
          <w:strike w:val="0"/>
          <w:highlight w:val="cyan"/>
          <w:u w:val="single"/>
        </w:rPr>
        <w:t>deficits have been</w:t>
      </w:r>
      <w:r>
        <w:rPr>
          <w:b w:val="0"/>
          <w:i w:val="0"/>
          <w:smallCaps w:val="0"/>
          <w:strike w:val="0"/>
          <w:highlight w:val="cyan"/>
          <w:u w:val="single"/>
        </w:rPr>
        <w:t xml:space="preserve"> </w:t>
      </w:r>
      <w:r>
        <w:rPr>
          <w:b w:val="0"/>
          <w:i w:val="0"/>
          <w:smallCaps w:val="0"/>
          <w:strike w:val="0"/>
          <w:u w:val="single"/>
        </w:rPr>
        <w:t xml:space="preserve">at least </w:t>
      </w:r>
      <w:r>
        <w:rPr>
          <w:b/>
          <w:i w:val="0"/>
          <w:smallCaps w:val="0"/>
          <w:strike w:val="0"/>
          <w:highlight w:val="cyan"/>
          <w:u w:val="single"/>
        </w:rPr>
        <w:t>50% higher under Biden than Trump</w:t>
      </w:r>
      <w:r>
        <w:rPr>
          <w:b w:val="0"/>
          <w:i w:val="0"/>
          <w:smallCaps w:val="0"/>
          <w:strike w:val="0"/>
          <w:u w:val="none"/>
        </w:rPr>
        <w:t xml:space="preserve">. But let’s put aside the </w:t>
      </w:r>
      <w:r>
        <w:rPr>
          <w:b w:val="0"/>
          <w:i w:val="0"/>
          <w:smallCaps w:val="0"/>
          <w:strike w:val="0"/>
          <w:u w:val="none"/>
        </w:rPr>
        <w:t>real world</w:t>
      </w:r>
      <w:r>
        <w:rPr>
          <w:b w:val="0"/>
          <w:i w:val="0"/>
          <w:smallCaps w:val="0"/>
          <w:strike w:val="0"/>
          <w:u w:val="none"/>
        </w:rPr>
        <w:t xml:space="preserve"> record of Trump and Biden and look at their policy proposals. Trump wants to make the tax rate reductions permanent, continue to deregulate the economy, and encourage greater production of U.S. energy.</w:t>
      </w:r>
    </w:p>
    <w:p>
      <w:pPr>
        <w:pStyle w:val="Caption"/>
      </w:pPr>
      <w:r>
        <w:t>Source: Elections DA Supplement - Michigan 2024 DGW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