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Tech innovation </w:t>
      </w:r>
      <w:r>
        <w:rPr>
          <w:b/>
          <w:i w:val="0"/>
          <w:smallCaps w:val="0"/>
          <w:strike w:val="0"/>
          <w:sz w:val="26"/>
          <w:u w:val="single"/>
        </w:rPr>
        <w:t>accelerates</w:t>
      </w:r>
      <w:r>
        <w:rPr>
          <w:b/>
          <w:i w:val="0"/>
          <w:smallCaps w:val="0"/>
          <w:strike w:val="0"/>
          <w:sz w:val="26"/>
          <w:u w:val="none"/>
        </w:rPr>
        <w:t xml:space="preserve"> space exploration.</w:t>
      </w:r>
    </w:p>
    <w:p>
      <w:pPr>
        <w:spacing w:after="80"/>
      </w:pPr>
      <w:r>
        <w:rPr>
          <w:b/>
          <w:i w:val="0"/>
          <w:smallCaps w:val="0"/>
          <w:strike w:val="0"/>
          <w:sz w:val="26"/>
          <w:u w:val="none"/>
        </w:rPr>
        <w:t>Padhi 23</w:t>
      </w:r>
      <w:r>
        <w:rPr>
          <w:b w:val="0"/>
          <w:i w:val="0"/>
          <w:smallCaps w:val="0"/>
          <w:strike w:val="0"/>
          <w:u w:val="none"/>
        </w:rPr>
        <w:t xml:space="preserve"> [Siba Padhi, President &amp; CEO of ORBITBeyond, multifaceted entrepreneur with three successful ventures and 20+ years of experience leading multinational companies; “How Technology is Revolutionizing Space Travel,” 8/15/23, ORBITBeyond; </w:t>
      </w:r>
      <w:r>
        <w:rPr>
          <w:b w:val="0"/>
          <w:i w:val="0"/>
          <w:smallCaps w:val="0"/>
          <w:strike w:val="0"/>
          <w:u w:val="none"/>
        </w:rPr>
        <w:t>https://www.orbitbeyond.com/blog/how-technology-is-revolutionizing-space-travel</w:t>
      </w:r>
      <w:r>
        <w:rPr>
          <w:b w:val="0"/>
          <w:i w:val="0"/>
          <w:smallCaps w:val="0"/>
          <w:strike w:val="0"/>
          <w:u w:val="none"/>
        </w:rPr>
        <w:t>]</w:t>
      </w:r>
    </w:p>
    <w:p>
      <w:pPr>
        <w:spacing w:after="60"/>
      </w:pPr>
      <w:r>
        <w:rPr>
          <w:b w:val="0"/>
          <w:i w:val="0"/>
          <w:smallCaps w:val="0"/>
          <w:strike w:val="0"/>
          <w:highlight w:val="cyan"/>
          <w:u w:val="single"/>
        </w:rPr>
        <w:t>The realm of space travel has evolved significantly in the last 5 years</w:t>
      </w:r>
      <w:r>
        <w:rPr>
          <w:b w:val="0"/>
          <w:i w:val="0"/>
          <w:smallCaps w:val="0"/>
          <w:strike w:val="0"/>
          <w:u w:val="single"/>
        </w:rPr>
        <w:t xml:space="preserve"> alone, </w:t>
      </w:r>
      <w:r>
        <w:rPr>
          <w:b w:val="0"/>
          <w:i w:val="0"/>
          <w:smallCaps w:val="0"/>
          <w:strike w:val="0"/>
          <w:highlight w:val="cyan"/>
          <w:u w:val="single"/>
        </w:rPr>
        <w:t>driven by rapid advancements in tech</w:t>
      </w:r>
      <w:r>
        <w:rPr>
          <w:b w:val="0"/>
          <w:i w:val="0"/>
          <w:smallCaps w:val="0"/>
          <w:strike w:val="0"/>
          <w:u w:val="single"/>
        </w:rPr>
        <w:t>nology. From reusable rocket technology to advanced propulsion systems, the small satellite revolution, and the integration of artificial intelligence (AI), these innovations have revolutionized space exploration. In this article we delve into each of these areas, exploring their impact on the industry and the future of space travel.</w:t>
      </w:r>
    </w:p>
    <w:p>
      <w:pPr>
        <w:spacing w:after="60"/>
      </w:pPr>
      <w:r>
        <w:rPr>
          <w:b w:val="0"/>
          <w:i w:val="0"/>
          <w:smallCaps w:val="0"/>
          <w:strike w:val="0"/>
          <w:sz w:val="12"/>
          <w:u w:val="none"/>
        </w:rPr>
        <w:t>Reusable Rocket Technology</w:t>
      </w:r>
    </w:p>
    <w:p>
      <w:pPr>
        <w:spacing w:after="60"/>
      </w:pPr>
      <w:r>
        <w:rPr>
          <w:b w:val="0"/>
          <w:i w:val="0"/>
          <w:smallCaps w:val="0"/>
          <w:strike w:val="0"/>
          <w:sz w:val="12"/>
          <w:u w:val="none"/>
        </w:rPr>
        <w:t>Advantages of Reusable Rockets</w:t>
      </w:r>
    </w:p>
    <w:p>
      <w:pPr>
        <w:spacing w:after="60"/>
      </w:pPr>
      <w:r>
        <w:rPr>
          <w:b w:val="0"/>
          <w:i w:val="0"/>
          <w:smallCaps w:val="0"/>
          <w:strike w:val="0"/>
          <w:u w:val="single"/>
        </w:rPr>
        <w:t xml:space="preserve">One of the most significant breakthroughs in space travel is the development of reusable rocket technology. </w:t>
      </w:r>
      <w:r>
        <w:rPr>
          <w:b w:val="0"/>
          <w:i w:val="0"/>
          <w:smallCaps w:val="0"/>
          <w:strike w:val="0"/>
          <w:highlight w:val="cyan"/>
          <w:u w:val="single"/>
        </w:rPr>
        <w:t>Reusable rockets</w:t>
      </w:r>
      <w:r>
        <w:rPr>
          <w:b w:val="0"/>
          <w:i w:val="0"/>
          <w:smallCaps w:val="0"/>
          <w:strike w:val="0"/>
          <w:u w:val="single"/>
        </w:rPr>
        <w:t xml:space="preserve"> offer several advantages that are transforming the dynamics of space missions</w:t>
      </w:r>
      <w:r>
        <w:rPr>
          <w:b w:val="0"/>
          <w:i w:val="0"/>
          <w:smallCaps w:val="0"/>
          <w:strike w:val="0"/>
          <w:u w:val="none"/>
        </w:rPr>
        <w:t xml:space="preserve">. Firstly, </w:t>
      </w:r>
      <w:r>
        <w:rPr>
          <w:b w:val="0"/>
          <w:i w:val="0"/>
          <w:smallCaps w:val="0"/>
          <w:strike w:val="0"/>
          <w:u w:val="single"/>
        </w:rPr>
        <w:t xml:space="preserve">they </w:t>
      </w:r>
      <w:r>
        <w:rPr>
          <w:b w:val="0"/>
          <w:i w:val="0"/>
          <w:smallCaps w:val="0"/>
          <w:strike w:val="0"/>
          <w:highlight w:val="cyan"/>
          <w:u w:val="single"/>
        </w:rPr>
        <w:t>drastically reduce the cost of</w:t>
      </w:r>
      <w:r>
        <w:rPr>
          <w:b w:val="0"/>
          <w:i w:val="0"/>
          <w:smallCaps w:val="0"/>
          <w:strike w:val="0"/>
          <w:u w:val="single"/>
        </w:rPr>
        <w:t xml:space="preserve"> space </w:t>
      </w:r>
      <w:r>
        <w:rPr>
          <w:b w:val="0"/>
          <w:i w:val="0"/>
          <w:smallCaps w:val="0"/>
          <w:strike w:val="0"/>
          <w:highlight w:val="cyan"/>
          <w:u w:val="single"/>
        </w:rPr>
        <w:t>travel</w:t>
      </w:r>
      <w:r>
        <w:rPr>
          <w:b w:val="0"/>
          <w:i w:val="0"/>
          <w:smallCaps w:val="0"/>
          <w:strike w:val="0"/>
          <w:u w:val="none"/>
        </w:rPr>
        <w:t xml:space="preserve">. </w:t>
      </w:r>
      <w:r>
        <w:rPr>
          <w:b w:val="0"/>
          <w:i w:val="0"/>
          <w:smallCaps w:val="0"/>
          <w:strike w:val="0"/>
          <w:sz w:val="16"/>
          <w:u w:val="none"/>
        </w:rPr>
        <w:t xml:space="preserve">Traditional rockets are typically single-use, requiring extensive manufacturing and assembly for each launch. In contrast, </w:t>
      </w:r>
      <w:r>
        <w:rPr>
          <w:b w:val="0"/>
          <w:i w:val="0"/>
          <w:smallCaps w:val="0"/>
          <w:strike w:val="0"/>
          <w:u w:val="single"/>
        </w:rPr>
        <w:t xml:space="preserve">reusable rockets </w:t>
      </w:r>
      <w:r>
        <w:rPr>
          <w:b w:val="0"/>
          <w:i w:val="0"/>
          <w:smallCaps w:val="0"/>
          <w:strike w:val="0"/>
          <w:highlight w:val="cyan"/>
          <w:u w:val="single"/>
        </w:rPr>
        <w:t>can be flown multiple times</w:t>
      </w:r>
      <w:r>
        <w:rPr>
          <w:b w:val="0"/>
          <w:i w:val="0"/>
          <w:smallCaps w:val="0"/>
          <w:strike w:val="0"/>
          <w:u w:val="single"/>
        </w:rPr>
        <w:t xml:space="preserve">, significantly </w:t>
      </w:r>
      <w:r>
        <w:rPr>
          <w:b w:val="0"/>
          <w:i w:val="0"/>
          <w:smallCaps w:val="0"/>
          <w:strike w:val="0"/>
          <w:highlight w:val="cyan"/>
          <w:u w:val="single"/>
        </w:rPr>
        <w:t>lower</w:t>
      </w:r>
      <w:r>
        <w:rPr>
          <w:b w:val="0"/>
          <w:i w:val="0"/>
          <w:smallCaps w:val="0"/>
          <w:strike w:val="0"/>
          <w:u w:val="single"/>
        </w:rPr>
        <w:t xml:space="preserve">ing </w:t>
      </w:r>
      <w:r>
        <w:rPr>
          <w:b w:val="0"/>
          <w:i w:val="0"/>
          <w:smallCaps w:val="0"/>
          <w:strike w:val="0"/>
          <w:highlight w:val="cyan"/>
          <w:u w:val="single"/>
        </w:rPr>
        <w:t>the cost per launch</w:t>
      </w:r>
      <w:r>
        <w:rPr>
          <w:b w:val="0"/>
          <w:i w:val="0"/>
          <w:smallCaps w:val="0"/>
          <w:strike w:val="0"/>
          <w:u w:val="single"/>
        </w:rPr>
        <w:t xml:space="preserve">. This cost reduction opens up new possibilities for space exploration, making it more accessible </w:t>
      </w:r>
      <w:r>
        <w:rPr>
          <w:b w:val="0"/>
          <w:i w:val="0"/>
          <w:smallCaps w:val="0"/>
          <w:strike w:val="0"/>
          <w:highlight w:val="cyan"/>
          <w:u w:val="single"/>
        </w:rPr>
        <w:t>and</w:t>
      </w:r>
      <w:r>
        <w:rPr>
          <w:b w:val="0"/>
          <w:i w:val="0"/>
          <w:smallCaps w:val="0"/>
          <w:strike w:val="0"/>
          <w:u w:val="single"/>
        </w:rPr>
        <w:t xml:space="preserve"> economically viable.</w:t>
      </w:r>
    </w:p>
    <w:p>
      <w:pPr>
        <w:spacing w:after="60"/>
      </w:pPr>
      <w:r>
        <w:rPr>
          <w:b w:val="0"/>
          <w:i w:val="0"/>
          <w:smallCaps w:val="0"/>
          <w:strike w:val="0"/>
          <w:u w:val="none"/>
        </w:rPr>
        <w:t xml:space="preserve">In addition to cost reduction, </w:t>
      </w:r>
      <w:r>
        <w:rPr>
          <w:b w:val="0"/>
          <w:i w:val="0"/>
          <w:smallCaps w:val="0"/>
          <w:strike w:val="0"/>
          <w:u w:val="single"/>
        </w:rPr>
        <w:t xml:space="preserve">reusable rockets also </w:t>
      </w:r>
      <w:r>
        <w:rPr>
          <w:b w:val="0"/>
          <w:i w:val="0"/>
          <w:smallCaps w:val="0"/>
          <w:strike w:val="0"/>
          <w:highlight w:val="cyan"/>
          <w:u w:val="single"/>
        </w:rPr>
        <w:t>increase launch frequency</w:t>
      </w:r>
      <w:r>
        <w:rPr>
          <w:b w:val="0"/>
          <w:i w:val="0"/>
          <w:smallCaps w:val="0"/>
          <w:strike w:val="0"/>
          <w:sz w:val="16"/>
          <w:u w:val="none"/>
        </w:rPr>
        <w:t xml:space="preserve">. Traditional rockets require extensive refurbishment after each launch, resulting in long turnaround times between missions. </w:t>
      </w:r>
      <w:r>
        <w:rPr>
          <w:b w:val="0"/>
          <w:i w:val="0"/>
          <w:smallCaps w:val="0"/>
          <w:strike w:val="0"/>
          <w:u w:val="single"/>
        </w:rPr>
        <w:t>With reusable rockets, the refurbishment process is streamlined, allowing for faster turnaround times and more frequent launches. This increased launch frequency enables more efficient utilization of space assets and accelerates scientific research and commercial activities.</w:t>
      </w:r>
    </w:p>
    <w:p>
      <w:pPr>
        <w:spacing w:after="60"/>
      </w:pPr>
      <w:r>
        <w:rPr>
          <w:b w:val="0"/>
          <w:i w:val="0"/>
          <w:smallCaps w:val="0"/>
          <w:strike w:val="0"/>
          <w:u w:val="none"/>
        </w:rPr>
        <w:t xml:space="preserve">Moreover, </w:t>
      </w:r>
      <w:r>
        <w:rPr>
          <w:b w:val="0"/>
          <w:i w:val="0"/>
          <w:smallCaps w:val="0"/>
          <w:strike w:val="0"/>
          <w:u w:val="single"/>
        </w:rPr>
        <w:t>reusable rockets contribute to improved sustainability in space travel</w:t>
      </w:r>
      <w:r>
        <w:rPr>
          <w:b w:val="0"/>
          <w:i w:val="0"/>
          <w:smallCaps w:val="0"/>
          <w:strike w:val="0"/>
          <w:u w:val="none"/>
        </w:rPr>
        <w:t xml:space="preserve">. </w:t>
      </w:r>
      <w:r>
        <w:rPr>
          <w:b w:val="0"/>
          <w:i w:val="0"/>
          <w:smallCaps w:val="0"/>
          <w:strike w:val="0"/>
          <w:sz w:val="16"/>
          <w:u w:val="none"/>
        </w:rPr>
        <w:t>The traditional approach of discarding rockets after a single use results in a significant amount of space debris.</w:t>
      </w:r>
      <w:r>
        <w:rPr>
          <w:b w:val="0"/>
          <w:i w:val="0"/>
          <w:smallCaps w:val="0"/>
          <w:strike w:val="0"/>
          <w:sz w:val="16"/>
          <w:u w:val="single"/>
        </w:rPr>
        <w:t xml:space="preserve"> </w:t>
      </w:r>
      <w:r>
        <w:rPr>
          <w:b w:val="0"/>
          <w:i w:val="0"/>
          <w:smallCaps w:val="0"/>
          <w:strike w:val="0"/>
          <w:u w:val="single"/>
        </w:rPr>
        <w:t>Reusable rockets</w:t>
      </w:r>
      <w:r>
        <w:rPr>
          <w:b w:val="0"/>
          <w:i w:val="0"/>
          <w:smallCaps w:val="0"/>
          <w:strike w:val="0"/>
          <w:u w:val="none"/>
        </w:rPr>
        <w:t xml:space="preserve"> mitigate this issue by </w:t>
      </w:r>
      <w:r>
        <w:rPr>
          <w:b w:val="0"/>
          <w:i w:val="0"/>
          <w:smallCaps w:val="0"/>
          <w:strike w:val="0"/>
          <w:u w:val="single"/>
        </w:rPr>
        <w:t>reducing the number of discarded rocket stages and other components</w:t>
      </w:r>
      <w:r>
        <w:rPr>
          <w:b w:val="0"/>
          <w:i w:val="0"/>
          <w:smallCaps w:val="0"/>
          <w:strike w:val="0"/>
          <w:sz w:val="16"/>
          <w:u w:val="none"/>
        </w:rPr>
        <w:t>. By reusing rockets, the overall environmental impact of space travel is minimized, leading to a more sustainable approach to exploration.</w:t>
      </w:r>
    </w:p>
    <w:p>
      <w:pPr>
        <w:spacing w:after="60"/>
      </w:pPr>
      <w:r>
        <w:rPr>
          <w:b w:val="0"/>
          <w:i w:val="0"/>
          <w:smallCaps w:val="0"/>
          <w:strike w:val="0"/>
          <w:sz w:val="14"/>
          <w:u w:val="none"/>
        </w:rPr>
        <w:t>Examples of Reusable Rocket Systems</w:t>
      </w:r>
    </w:p>
    <w:p>
      <w:pPr>
        <w:spacing w:after="60"/>
      </w:pPr>
      <w:r>
        <w:rPr>
          <w:b w:val="0"/>
          <w:i w:val="0"/>
          <w:smallCaps w:val="0"/>
          <w:strike w:val="0"/>
          <w:u w:val="none"/>
        </w:rPr>
        <w:t xml:space="preserve">Several notable examples of reusable rocket systems have emerged in recent years, transforming the space industry. SpaceX's Falcon 9 rocket is one such example. </w:t>
      </w:r>
      <w:r>
        <w:rPr>
          <w:b w:val="0"/>
          <w:i w:val="0"/>
          <w:smallCaps w:val="0"/>
          <w:strike w:val="0"/>
          <w:u w:val="single"/>
        </w:rPr>
        <w:t>The Falcon 9 features a reusable first stage that can land vertically after delivering its payload to orbit. This groundbreaking achievement has revolutionized the commercial space industry by significantly reducing the cost of launching satellites and resupplying the International Space Station (ISS).</w:t>
      </w:r>
    </w:p>
    <w:p>
      <w:pPr>
        <w:spacing w:after="60"/>
      </w:pPr>
      <w:r>
        <w:rPr>
          <w:b w:val="0"/>
          <w:i w:val="0"/>
          <w:smallCaps w:val="0"/>
          <w:strike w:val="0"/>
          <w:u w:val="none"/>
        </w:rPr>
        <w:t xml:space="preserve">Blue Origin's New Shepard rocket is another notable example of reusable rocket technology. </w:t>
      </w:r>
      <w:r>
        <w:rPr>
          <w:b w:val="0"/>
          <w:i w:val="0"/>
          <w:smallCaps w:val="0"/>
          <w:strike w:val="0"/>
          <w:u w:val="single"/>
        </w:rPr>
        <w:t xml:space="preserve">Designed for suborbital space tourism, </w:t>
      </w:r>
      <w:r>
        <w:rPr>
          <w:b w:val="0"/>
          <w:i w:val="0"/>
          <w:smallCaps w:val="0"/>
          <w:strike w:val="0"/>
          <w:highlight w:val="cyan"/>
          <w:u w:val="single"/>
        </w:rPr>
        <w:t>the</w:t>
      </w:r>
      <w:r>
        <w:rPr>
          <w:b w:val="0"/>
          <w:i w:val="0"/>
          <w:smallCaps w:val="0"/>
          <w:strike w:val="0"/>
          <w:u w:val="single"/>
        </w:rPr>
        <w:t xml:space="preserve"> New </w:t>
      </w:r>
      <w:r>
        <w:rPr>
          <w:b w:val="0"/>
          <w:i w:val="0"/>
          <w:smallCaps w:val="0"/>
          <w:strike w:val="0"/>
          <w:highlight w:val="cyan"/>
          <w:u w:val="single"/>
        </w:rPr>
        <w:t>Shepard rocket is capable of vertical takeoff and landing. It has successfully completed multiple test flights</w:t>
      </w:r>
      <w:r>
        <w:rPr>
          <w:b w:val="0"/>
          <w:i w:val="0"/>
          <w:smallCaps w:val="0"/>
          <w:strike w:val="0"/>
          <w:u w:val="single"/>
        </w:rPr>
        <w:t xml:space="preserve">, demonstrating the viability of reusable rockets for human space </w:t>
      </w:r>
      <w:r>
        <w:rPr>
          <w:b w:val="0"/>
          <w:i w:val="0"/>
          <w:smallCaps w:val="0"/>
          <w:strike w:val="0"/>
          <w:highlight w:val="cyan"/>
          <w:u w:val="single"/>
        </w:rPr>
        <w:t>travel. Blue Origin aims to make space tourism</w:t>
      </w:r>
      <w:r>
        <w:rPr>
          <w:b w:val="0"/>
          <w:i w:val="0"/>
          <w:smallCaps w:val="0"/>
          <w:strike w:val="0"/>
          <w:u w:val="single"/>
        </w:rPr>
        <w:t xml:space="preserve"> more </w:t>
      </w:r>
      <w:r>
        <w:rPr>
          <w:b w:val="0"/>
          <w:i w:val="0"/>
          <w:smallCaps w:val="0"/>
          <w:strike w:val="0"/>
          <w:highlight w:val="cyan"/>
          <w:u w:val="single"/>
        </w:rPr>
        <w:t>accessible</w:t>
      </w:r>
      <w:r>
        <w:rPr>
          <w:b w:val="0"/>
          <w:i w:val="0"/>
          <w:smallCaps w:val="0"/>
          <w:strike w:val="0"/>
          <w:u w:val="single"/>
        </w:rPr>
        <w:t xml:space="preserve"> to the general public through the use of reusable rockets.</w:t>
      </w:r>
    </w:p>
    <w:p>
      <w:pPr>
        <w:spacing w:after="60"/>
      </w:pPr>
      <w:r>
        <w:rPr>
          <w:b w:val="0"/>
          <w:i w:val="0"/>
          <w:smallCaps w:val="0"/>
          <w:strike w:val="0"/>
          <w:sz w:val="12"/>
          <w:u w:val="none"/>
        </w:rPr>
        <w:t xml:space="preserve">These examples highlight the immense potential of reusable rocket technology in transforming space travel. </w:t>
      </w:r>
      <w:r>
        <w:rPr>
          <w:b w:val="0"/>
          <w:i w:val="0"/>
          <w:smallCaps w:val="0"/>
          <w:strike w:val="0"/>
          <w:u w:val="none"/>
        </w:rPr>
        <w:t>As this technology continues to evolve, we can expect further advancements that will revolutionize the industry.</w:t>
      </w:r>
    </w:p>
    <w:p>
      <w:pPr>
        <w:spacing w:after="60"/>
      </w:pPr>
      <w:r>
        <w:rPr>
          <w:b w:val="0"/>
          <w:i w:val="0"/>
          <w:smallCaps w:val="0"/>
          <w:strike w:val="0"/>
          <w:sz w:val="14"/>
          <w:u w:val="none"/>
        </w:rPr>
        <w:t>Advanced Propulsion Systems</w:t>
      </w:r>
    </w:p>
    <w:p>
      <w:pPr>
        <w:spacing w:after="60"/>
      </w:pPr>
      <w:r>
        <w:rPr>
          <w:b w:val="0"/>
          <w:i w:val="0"/>
          <w:smallCaps w:val="0"/>
          <w:strike w:val="0"/>
          <w:sz w:val="14"/>
          <w:u w:val="none"/>
        </w:rPr>
        <w:t>Electric Propulsion</w:t>
      </w:r>
    </w:p>
    <w:p>
      <w:pPr>
        <w:spacing w:after="60"/>
      </w:pPr>
      <w:r>
        <w:rPr>
          <w:b w:val="0"/>
          <w:i w:val="0"/>
          <w:smallCaps w:val="0"/>
          <w:strike w:val="0"/>
          <w:highlight w:val="cyan"/>
          <w:u w:val="none"/>
        </w:rPr>
        <w:t>Electric propulsion</w:t>
      </w:r>
      <w:r>
        <w:rPr>
          <w:b w:val="0"/>
          <w:i w:val="0"/>
          <w:smallCaps w:val="0"/>
          <w:strike w:val="0"/>
          <w:u w:val="none"/>
        </w:rPr>
        <w:t xml:space="preserve"> systems </w:t>
      </w:r>
      <w:r>
        <w:rPr>
          <w:b w:val="0"/>
          <w:i w:val="0"/>
          <w:smallCaps w:val="0"/>
          <w:strike w:val="0"/>
          <w:highlight w:val="cyan"/>
          <w:u w:val="none"/>
        </w:rPr>
        <w:t>have emerged as a game-changer</w:t>
      </w:r>
      <w:r>
        <w:rPr>
          <w:b w:val="0"/>
          <w:i w:val="0"/>
          <w:smallCaps w:val="0"/>
          <w:strike w:val="0"/>
          <w:u w:val="none"/>
        </w:rPr>
        <w:t xml:space="preserve"> in space exploration. </w:t>
      </w:r>
      <w:r>
        <w:rPr>
          <w:b w:val="0"/>
          <w:i w:val="0"/>
          <w:smallCaps w:val="0"/>
          <w:strike w:val="0"/>
          <w:highlight w:val="cyan"/>
          <w:u w:val="single"/>
        </w:rPr>
        <w:t>These systems</w:t>
      </w:r>
      <w:r>
        <w:rPr>
          <w:b w:val="0"/>
          <w:i w:val="0"/>
          <w:smallCaps w:val="0"/>
          <w:strike w:val="0"/>
          <w:u w:val="single"/>
        </w:rPr>
        <w:t xml:space="preserve"> offer</w:t>
      </w:r>
      <w:r>
        <w:rPr>
          <w:b w:val="0"/>
          <w:i w:val="0"/>
          <w:smallCaps w:val="0"/>
          <w:strike w:val="0"/>
          <w:u w:val="none"/>
        </w:rPr>
        <w:t xml:space="preserve"> several advantages over traditional chemical propulsion, including </w:t>
      </w:r>
      <w:r>
        <w:rPr>
          <w:b w:val="0"/>
          <w:i w:val="0"/>
          <w:smallCaps w:val="0"/>
          <w:strike w:val="0"/>
          <w:u w:val="single"/>
        </w:rPr>
        <w:t xml:space="preserve">increased fuel efficiency and extended mission capabilities. Electric propulsion </w:t>
      </w:r>
      <w:r>
        <w:rPr>
          <w:b w:val="0"/>
          <w:i w:val="0"/>
          <w:smallCaps w:val="0"/>
          <w:strike w:val="0"/>
          <w:highlight w:val="cyan"/>
          <w:u w:val="single"/>
        </w:rPr>
        <w:t>relies on the acceleration of charged particles to generate thrust, resulting in higher exhaust velocities and lower</w:t>
      </w:r>
      <w:r>
        <w:rPr>
          <w:b w:val="0"/>
          <w:i w:val="0"/>
          <w:smallCaps w:val="0"/>
          <w:strike w:val="0"/>
          <w:u w:val="single"/>
        </w:rPr>
        <w:t xml:space="preserve"> propellant </w:t>
      </w:r>
      <w:r>
        <w:rPr>
          <w:b w:val="0"/>
          <w:i w:val="0"/>
          <w:smallCaps w:val="0"/>
          <w:strike w:val="0"/>
          <w:highlight w:val="cyan"/>
          <w:u w:val="single"/>
        </w:rPr>
        <w:t>consumption</w:t>
      </w:r>
      <w:r>
        <w:rPr>
          <w:b w:val="0"/>
          <w:i w:val="0"/>
          <w:smallCaps w:val="0"/>
          <w:strike w:val="0"/>
          <w:u w:val="single"/>
        </w:rPr>
        <w:t xml:space="preserve"> compared to chemical propulsion.</w:t>
      </w:r>
    </w:p>
    <w:p>
      <w:pPr>
        <w:spacing w:after="60"/>
      </w:pPr>
      <w:r>
        <w:rPr>
          <w:b w:val="0"/>
          <w:i w:val="0"/>
          <w:smallCaps w:val="0"/>
          <w:strike w:val="0"/>
          <w:highlight w:val="cyan"/>
          <w:u w:val="single"/>
        </w:rPr>
        <w:t xml:space="preserve">Ion thrusters </w:t>
      </w:r>
      <w:r>
        <w:rPr>
          <w:b w:val="0"/>
          <w:i w:val="0"/>
          <w:smallCaps w:val="0"/>
          <w:strike w:val="0"/>
          <w:u w:val="single"/>
        </w:rPr>
        <w:t>are a type</w:t>
      </w:r>
      <w:r>
        <w:rPr>
          <w:b w:val="0"/>
          <w:i w:val="0"/>
          <w:smallCaps w:val="0"/>
          <w:strike w:val="0"/>
          <w:u w:val="single"/>
        </w:rPr>
        <w:t xml:space="preserve"> of electric propulsion system </w:t>
      </w:r>
      <w:r>
        <w:rPr>
          <w:b w:val="0"/>
          <w:i w:val="0"/>
          <w:smallCaps w:val="0"/>
          <w:strike w:val="0"/>
          <w:u w:val="single"/>
        </w:rPr>
        <w:t>that uses electromagnetic fields to accelerate ions and create thrust</w:t>
      </w:r>
      <w:r>
        <w:rPr>
          <w:b w:val="0"/>
          <w:i w:val="0"/>
          <w:smallCaps w:val="0"/>
          <w:strike w:val="0"/>
          <w:u w:val="single"/>
        </w:rPr>
        <w:t xml:space="preserve">. </w:t>
      </w:r>
      <w:r>
        <w:rPr>
          <w:b w:val="0"/>
          <w:i w:val="0"/>
          <w:smallCaps w:val="0"/>
          <w:strike w:val="0"/>
          <w:u w:val="single"/>
        </w:rPr>
        <w:t>These</w:t>
      </w:r>
      <w:r>
        <w:rPr>
          <w:b w:val="0"/>
          <w:i w:val="0"/>
          <w:smallCaps w:val="0"/>
          <w:strike w:val="0"/>
          <w:u w:val="single"/>
        </w:rPr>
        <w:t xml:space="preserve"> thrusters </w:t>
      </w:r>
      <w:r>
        <w:rPr>
          <w:b w:val="0"/>
          <w:i w:val="0"/>
          <w:smallCaps w:val="0"/>
          <w:strike w:val="0"/>
          <w:highlight w:val="cyan"/>
          <w:u w:val="single"/>
        </w:rPr>
        <w:t>are highly efficient and</w:t>
      </w:r>
      <w:r>
        <w:rPr>
          <w:b w:val="0"/>
          <w:i w:val="0"/>
          <w:smallCaps w:val="0"/>
          <w:strike w:val="0"/>
          <w:u w:val="single"/>
        </w:rPr>
        <w:t xml:space="preserve"> can </w:t>
      </w:r>
      <w:r>
        <w:rPr>
          <w:b w:val="0"/>
          <w:i w:val="0"/>
          <w:smallCaps w:val="0"/>
          <w:strike w:val="0"/>
          <w:highlight w:val="cyan"/>
          <w:u w:val="single"/>
        </w:rPr>
        <w:t>provide low levels of</w:t>
      </w:r>
      <w:r>
        <w:rPr>
          <w:b w:val="0"/>
          <w:i w:val="0"/>
          <w:smallCaps w:val="0"/>
          <w:strike w:val="0"/>
          <w:u w:val="single"/>
        </w:rPr>
        <w:t xml:space="preserve"> continuous </w:t>
      </w:r>
      <w:r>
        <w:rPr>
          <w:b w:val="0"/>
          <w:i w:val="0"/>
          <w:smallCaps w:val="0"/>
          <w:strike w:val="0"/>
          <w:highlight w:val="cyan"/>
          <w:u w:val="single"/>
        </w:rPr>
        <w:t>thrust for extended periods, making them ideal for long-duration missions</w:t>
      </w:r>
      <w:r>
        <w:rPr>
          <w:b w:val="0"/>
          <w:i w:val="0"/>
          <w:smallCaps w:val="0"/>
          <w:strike w:val="0"/>
          <w:u w:val="single"/>
        </w:rPr>
        <w:t>. Ion thrusters have been successfully employed in various spacecraft, including NASA's Dawn mission to explore the asteroids Vesta and Ceres.</w:t>
      </w:r>
    </w:p>
    <w:p>
      <w:pPr>
        <w:spacing w:after="60"/>
      </w:pPr>
      <w:r>
        <w:rPr>
          <w:b w:val="0"/>
          <w:i w:val="0"/>
          <w:smallCaps w:val="0"/>
          <w:strike w:val="0"/>
          <w:u w:val="none"/>
        </w:rPr>
        <w:t xml:space="preserve">Another type of electric propulsion system is </w:t>
      </w:r>
      <w:r>
        <w:rPr>
          <w:b w:val="0"/>
          <w:i w:val="0"/>
          <w:smallCaps w:val="0"/>
          <w:strike w:val="0"/>
          <w:u w:val="none"/>
        </w:rPr>
        <w:t xml:space="preserve">the </w:t>
      </w:r>
      <w:r>
        <w:rPr>
          <w:b w:val="0"/>
          <w:i w:val="0"/>
          <w:smallCaps w:val="0"/>
          <w:strike w:val="0"/>
          <w:u w:val="single"/>
        </w:rPr>
        <w:t>Hall-effect thruster</w:t>
      </w:r>
      <w:r>
        <w:rPr>
          <w:b w:val="0"/>
          <w:i w:val="0"/>
          <w:smallCaps w:val="0"/>
          <w:strike w:val="0"/>
          <w:u w:val="single"/>
        </w:rPr>
        <w:t xml:space="preserve">, which utilizes a magnetic field to accelerate ions. </w:t>
      </w:r>
      <w:r>
        <w:rPr>
          <w:b w:val="0"/>
          <w:i w:val="0"/>
          <w:smallCaps w:val="0"/>
          <w:strike w:val="0"/>
          <w:highlight w:val="cyan"/>
          <w:u w:val="single"/>
        </w:rPr>
        <w:t>Hall-effect thrusters offer higher thrust than ion thrusters and are suitable for a wide range of missions</w:t>
      </w:r>
      <w:r>
        <w:rPr>
          <w:b w:val="0"/>
          <w:i w:val="0"/>
          <w:smallCaps w:val="0"/>
          <w:strike w:val="0"/>
          <w:sz w:val="16"/>
          <w:u w:val="none"/>
        </w:rPr>
        <w:t>, including Earth observation and satellite station-keeping</w:t>
      </w:r>
      <w:r>
        <w:rPr>
          <w:b w:val="0"/>
          <w:i w:val="0"/>
          <w:smallCaps w:val="0"/>
          <w:strike w:val="0"/>
          <w:u w:val="single"/>
        </w:rPr>
        <w:t>. These thrusters have been widely adopted by commercial satellite operators for their efficiency and reliability</w:t>
      </w:r>
      <w:r>
        <w:rPr>
          <w:b w:val="0"/>
          <w:i w:val="0"/>
          <w:smallCaps w:val="0"/>
          <w:strike w:val="0"/>
          <w:u w:val="none"/>
        </w:rPr>
        <w:t>.</w:t>
      </w:r>
    </w:p>
    <w:p>
      <w:pPr>
        <w:spacing w:after="60"/>
      </w:pPr>
      <w:r>
        <w:rPr>
          <w:b w:val="0"/>
          <w:i w:val="0"/>
          <w:smallCaps w:val="0"/>
          <w:strike w:val="0"/>
          <w:u w:val="none"/>
        </w:rPr>
        <w:t xml:space="preserve">Electric propulsion systems are revolutionizing space travel by enabling longer-duration missions, fuel-efficient spacecraft, and increased payload capacity. </w:t>
      </w:r>
      <w:r>
        <w:rPr>
          <w:b w:val="0"/>
          <w:i w:val="0"/>
          <w:smallCaps w:val="0"/>
          <w:strike w:val="0"/>
          <w:u w:val="single"/>
        </w:rPr>
        <w:t>As technology continues to improve, electric propulsion will play an even more significant role in future space exploration</w:t>
      </w:r>
      <w:r>
        <w:rPr>
          <w:b w:val="0"/>
          <w:i w:val="0"/>
          <w:smallCaps w:val="0"/>
          <w:strike w:val="0"/>
          <w:u w:val="none"/>
        </w:rPr>
        <w:t>.</w:t>
      </w:r>
    </w:p>
    <w:p>
      <w:pPr>
        <w:spacing w:after="60"/>
      </w:pPr>
      <w:r>
        <w:rPr>
          <w:b w:val="0"/>
          <w:i w:val="0"/>
          <w:smallCaps w:val="0"/>
          <w:strike w:val="0"/>
          <w:sz w:val="14"/>
          <w:u w:val="none"/>
        </w:rPr>
        <w:t>Nuclear Propulsion</w:t>
      </w:r>
    </w:p>
    <w:p>
      <w:pPr>
        <w:spacing w:after="60"/>
      </w:pPr>
      <w:r>
        <w:rPr>
          <w:b w:val="0"/>
          <w:i w:val="0"/>
          <w:smallCaps w:val="0"/>
          <w:strike w:val="0"/>
          <w:u w:val="none"/>
        </w:rPr>
        <w:t xml:space="preserve">Nuclear propulsion systems hold immense potential for deep space exploration due to their high thrust and reduced travel time. </w:t>
      </w:r>
      <w:r>
        <w:rPr>
          <w:b w:val="0"/>
          <w:i w:val="0"/>
          <w:smallCaps w:val="0"/>
          <w:strike w:val="0"/>
          <w:highlight w:val="cyan"/>
          <w:u w:val="single"/>
        </w:rPr>
        <w:t>Nuclear thermal propulsion is a concept that utilizes nuclear energy to</w:t>
      </w:r>
      <w:r>
        <w:rPr>
          <w:b w:val="0"/>
          <w:i w:val="0"/>
          <w:smallCaps w:val="0"/>
          <w:strike w:val="0"/>
          <w:u w:val="single"/>
        </w:rPr>
        <w:t xml:space="preserve"> heat a propellant and generate thrust. By harnessing the immense energy released from nuclear reactions, spacecraft equipped with nuclear thermal propulsion systems can </w:t>
      </w:r>
      <w:r>
        <w:rPr>
          <w:b w:val="0"/>
          <w:i w:val="0"/>
          <w:smallCaps w:val="0"/>
          <w:strike w:val="0"/>
          <w:highlight w:val="cyan"/>
          <w:u w:val="single"/>
        </w:rPr>
        <w:t>achieve much higher speeds</w:t>
      </w:r>
      <w:r>
        <w:rPr>
          <w:b w:val="0"/>
          <w:i w:val="0"/>
          <w:smallCaps w:val="0"/>
          <w:strike w:val="0"/>
          <w:u w:val="none"/>
        </w:rPr>
        <w:t xml:space="preserve"> than traditional chemical propulsion systems.</w:t>
      </w:r>
    </w:p>
    <w:p>
      <w:pPr>
        <w:spacing w:after="60"/>
      </w:pPr>
      <w:r>
        <w:rPr>
          <w:b w:val="0"/>
          <w:i w:val="0"/>
          <w:smallCaps w:val="0"/>
          <w:strike w:val="0"/>
          <w:u w:val="none"/>
        </w:rPr>
        <w:t xml:space="preserve">Nuclear propulsion offers several advantages for interplanetary missions. </w:t>
      </w:r>
      <w:r>
        <w:rPr>
          <w:b w:val="0"/>
          <w:i w:val="0"/>
          <w:smallCaps w:val="0"/>
          <w:strike w:val="0"/>
          <w:u w:val="single"/>
        </w:rPr>
        <w:t xml:space="preserve">The increased thrust provided by nuclear propulsion enables faster travel to distant destinations, </w:t>
      </w:r>
      <w:r>
        <w:rPr>
          <w:b w:val="0"/>
          <w:i w:val="0"/>
          <w:smallCaps w:val="0"/>
          <w:strike w:val="0"/>
          <w:highlight w:val="cyan"/>
          <w:u w:val="single"/>
        </w:rPr>
        <w:t>reducing the duration of missions that would</w:t>
      </w:r>
      <w:r>
        <w:rPr>
          <w:b w:val="0"/>
          <w:i w:val="0"/>
          <w:smallCaps w:val="0"/>
          <w:strike w:val="0"/>
          <w:u w:val="single"/>
        </w:rPr>
        <w:t xml:space="preserve"> otherwise </w:t>
      </w:r>
      <w:r>
        <w:rPr>
          <w:b w:val="0"/>
          <w:i w:val="0"/>
          <w:smallCaps w:val="0"/>
          <w:strike w:val="0"/>
          <w:highlight w:val="cyan"/>
          <w:u w:val="single"/>
        </w:rPr>
        <w:t>take years</w:t>
      </w:r>
      <w:r>
        <w:rPr>
          <w:b w:val="0"/>
          <w:i w:val="0"/>
          <w:smallCaps w:val="0"/>
          <w:strike w:val="0"/>
          <w:u w:val="single"/>
        </w:rPr>
        <w:t xml:space="preserve">. </w:t>
      </w:r>
      <w:r>
        <w:rPr>
          <w:b w:val="0"/>
          <w:i w:val="0"/>
          <w:smallCaps w:val="0"/>
          <w:strike w:val="0"/>
          <w:highlight w:val="cyan"/>
          <w:u w:val="single"/>
        </w:rPr>
        <w:t>This tech</w:t>
      </w:r>
      <w:r>
        <w:rPr>
          <w:b w:val="0"/>
          <w:i w:val="0"/>
          <w:smallCaps w:val="0"/>
          <w:strike w:val="0"/>
          <w:u w:val="single"/>
        </w:rPr>
        <w:t xml:space="preserve">nology </w:t>
      </w:r>
      <w:r>
        <w:rPr>
          <w:b w:val="0"/>
          <w:i w:val="0"/>
          <w:smallCaps w:val="0"/>
          <w:strike w:val="0"/>
          <w:highlight w:val="cyan"/>
          <w:u w:val="single"/>
        </w:rPr>
        <w:t>could revolutionize our ability to explore Mars</w:t>
      </w:r>
      <w:r>
        <w:rPr>
          <w:b w:val="0"/>
          <w:i w:val="0"/>
          <w:smallCaps w:val="0"/>
          <w:strike w:val="0"/>
          <w:u w:val="single"/>
        </w:rPr>
        <w:t xml:space="preserve">, the outer planets, </w:t>
      </w:r>
      <w:r>
        <w:rPr>
          <w:b w:val="0"/>
          <w:i w:val="0"/>
          <w:smallCaps w:val="0"/>
          <w:strike w:val="0"/>
          <w:highlight w:val="cyan"/>
          <w:u w:val="single"/>
        </w:rPr>
        <w:t>and</w:t>
      </w:r>
      <w:r>
        <w:rPr>
          <w:b w:val="0"/>
          <w:i w:val="0"/>
          <w:smallCaps w:val="0"/>
          <w:strike w:val="0"/>
          <w:u w:val="single"/>
        </w:rPr>
        <w:t xml:space="preserve"> even </w:t>
      </w:r>
      <w:r>
        <w:rPr>
          <w:b w:val="0"/>
          <w:i w:val="0"/>
          <w:smallCaps w:val="0"/>
          <w:strike w:val="0"/>
          <w:highlight w:val="cyan"/>
          <w:u w:val="single"/>
        </w:rPr>
        <w:t>reach interstellar destinations</w:t>
      </w:r>
      <w:r>
        <w:rPr>
          <w:b w:val="0"/>
          <w:i w:val="0"/>
          <w:smallCaps w:val="0"/>
          <w:strike w:val="0"/>
          <w:u w:val="none"/>
        </w:rPr>
        <w:t>.</w:t>
      </w:r>
    </w:p>
    <w:p>
      <w:pPr>
        <w:spacing w:after="60"/>
      </w:pPr>
      <w:r>
        <w:rPr>
          <w:b w:val="0"/>
          <w:i w:val="0"/>
          <w:smallCaps w:val="0"/>
          <w:strike w:val="0"/>
          <w:sz w:val="16"/>
          <w:u w:val="none"/>
        </w:rPr>
        <w:t xml:space="preserve">Although nuclear propulsion presents significant advantages, there are challenges and safety considerations associated with its implementation. The handling of nuclear materials and the potential risks associated with nuclear reactors in space require careful planning and engineering. </w:t>
      </w:r>
      <w:r>
        <w:rPr>
          <w:b w:val="0"/>
          <w:i w:val="0"/>
          <w:smallCaps w:val="0"/>
          <w:strike w:val="0"/>
          <w:u w:val="none"/>
        </w:rPr>
        <w:t xml:space="preserve">However, </w:t>
      </w:r>
      <w:r>
        <w:rPr>
          <w:b w:val="0"/>
          <w:i w:val="0"/>
          <w:smallCaps w:val="0"/>
          <w:strike w:val="0"/>
          <w:u w:val="single"/>
        </w:rPr>
        <w:t>research and development efforts are ongoing to overcome these challenges and unlock the full potential of nuclear propulsion for space exploration.</w:t>
      </w:r>
    </w:p>
    <w:p>
      <w:pPr>
        <w:spacing w:after="60"/>
      </w:pPr>
      <w:r>
        <w:rPr>
          <w:b w:val="0"/>
          <w:i w:val="0"/>
          <w:smallCaps w:val="0"/>
          <w:strike w:val="0"/>
          <w:sz w:val="14"/>
          <w:u w:val="none"/>
        </w:rPr>
        <w:t>“Satellite imagery can be analyzed using machine learning algorithms to identify changes in land cover, monitor environmental conditions, and detect anomalies”</w:t>
      </w:r>
    </w:p>
    <w:p>
      <w:pPr>
        <w:spacing w:after="60"/>
      </w:pPr>
      <w:r>
        <w:rPr>
          <w:b w:val="0"/>
          <w:i w:val="0"/>
          <w:smallCaps w:val="0"/>
          <w:strike w:val="0"/>
          <w:sz w:val="14"/>
          <w:u w:val="none"/>
        </w:rPr>
        <w:t>Small Satellite Revolution</w:t>
      </w:r>
    </w:p>
    <w:p>
      <w:pPr>
        <w:spacing w:after="60"/>
      </w:pPr>
      <w:r>
        <w:rPr>
          <w:b w:val="0"/>
          <w:i w:val="0"/>
          <w:smallCaps w:val="0"/>
          <w:strike w:val="0"/>
          <w:sz w:val="14"/>
          <w:u w:val="none"/>
        </w:rPr>
        <w:t>Advancements in Small Satellite Technology</w:t>
      </w:r>
    </w:p>
    <w:p>
      <w:pPr>
        <w:spacing w:after="60"/>
      </w:pPr>
      <w:r>
        <w:rPr>
          <w:b w:val="0"/>
          <w:i w:val="0"/>
          <w:smallCaps w:val="0"/>
          <w:strike w:val="0"/>
          <w:u w:val="single"/>
        </w:rPr>
        <w:t xml:space="preserve">The advent of </w:t>
      </w:r>
      <w:r>
        <w:rPr>
          <w:b w:val="0"/>
          <w:i w:val="0"/>
          <w:smallCaps w:val="0"/>
          <w:strike w:val="0"/>
          <w:highlight w:val="cyan"/>
          <w:u w:val="single"/>
        </w:rPr>
        <w:t>small satellite tech</w:t>
      </w:r>
      <w:r>
        <w:rPr>
          <w:b w:val="0"/>
          <w:i w:val="0"/>
          <w:smallCaps w:val="0"/>
          <w:strike w:val="0"/>
          <w:u w:val="single"/>
        </w:rPr>
        <w:t xml:space="preserve">nology </w:t>
      </w:r>
      <w:r>
        <w:rPr>
          <w:b w:val="0"/>
          <w:i w:val="0"/>
          <w:smallCaps w:val="0"/>
          <w:strike w:val="0"/>
          <w:u w:val="single"/>
        </w:rPr>
        <w:t xml:space="preserve">has </w:t>
      </w:r>
      <w:r>
        <w:rPr>
          <w:b w:val="0"/>
          <w:i w:val="0"/>
          <w:smallCaps w:val="0"/>
          <w:strike w:val="0"/>
          <w:highlight w:val="cyan"/>
          <w:u w:val="single"/>
        </w:rPr>
        <w:t>revolutionized the</w:t>
      </w:r>
      <w:r>
        <w:rPr>
          <w:b w:val="0"/>
          <w:i w:val="0"/>
          <w:smallCaps w:val="0"/>
          <w:strike w:val="0"/>
          <w:u w:val="single"/>
        </w:rPr>
        <w:t xml:space="preserve"> space </w:t>
      </w:r>
      <w:r>
        <w:rPr>
          <w:b w:val="0"/>
          <w:i w:val="0"/>
          <w:smallCaps w:val="0"/>
          <w:strike w:val="0"/>
          <w:highlight w:val="cyan"/>
          <w:u w:val="single"/>
        </w:rPr>
        <w:t>industry</w:t>
      </w:r>
      <w:r>
        <w:rPr>
          <w:b w:val="0"/>
          <w:i w:val="0"/>
          <w:smallCaps w:val="0"/>
          <w:strike w:val="0"/>
          <w:u w:val="single"/>
        </w:rPr>
        <w:t xml:space="preserve"> by enabling more accessible and cost-effective access to space. </w:t>
      </w:r>
      <w:r>
        <w:rPr>
          <w:b w:val="0"/>
          <w:i w:val="0"/>
          <w:smallCaps w:val="0"/>
          <w:strike w:val="0"/>
          <w:highlight w:val="cyan"/>
          <w:u w:val="single"/>
        </w:rPr>
        <w:t>Small satellites</w:t>
      </w:r>
      <w:r>
        <w:rPr>
          <w:b w:val="0"/>
          <w:i w:val="0"/>
          <w:smallCaps w:val="0"/>
          <w:strike w:val="0"/>
          <w:u w:val="none"/>
        </w:rPr>
        <w:t xml:space="preserve">, often referred to as CubeSats, </w:t>
      </w:r>
      <w:r>
        <w:rPr>
          <w:b w:val="0"/>
          <w:i w:val="0"/>
          <w:smallCaps w:val="0"/>
          <w:strike w:val="0"/>
          <w:highlight w:val="cyan"/>
          <w:u w:val="single"/>
        </w:rPr>
        <w:t>are significantly smaller and lighter</w:t>
      </w:r>
      <w:r>
        <w:rPr>
          <w:b w:val="0"/>
          <w:i w:val="0"/>
          <w:smallCaps w:val="0"/>
          <w:strike w:val="0"/>
          <w:u w:val="single"/>
        </w:rPr>
        <w:t xml:space="preserve"> than traditional satellites, making them more </w:t>
      </w:r>
      <w:r>
        <w:rPr>
          <w:b w:val="0"/>
          <w:i w:val="0"/>
          <w:smallCaps w:val="0"/>
          <w:strike w:val="0"/>
          <w:highlight w:val="cyan"/>
          <w:u w:val="single"/>
        </w:rPr>
        <w:t>affordable</w:t>
      </w:r>
      <w:r>
        <w:rPr>
          <w:b w:val="0"/>
          <w:i w:val="0"/>
          <w:smallCaps w:val="0"/>
          <w:strike w:val="0"/>
          <w:u w:val="single"/>
        </w:rPr>
        <w:t xml:space="preserve"> to develop </w:t>
      </w:r>
      <w:r>
        <w:rPr>
          <w:b w:val="0"/>
          <w:i w:val="0"/>
          <w:smallCaps w:val="0"/>
          <w:strike w:val="0"/>
          <w:highlight w:val="cyan"/>
          <w:u w:val="single"/>
        </w:rPr>
        <w:t>and</w:t>
      </w:r>
      <w:r>
        <w:rPr>
          <w:b w:val="0"/>
          <w:i w:val="0"/>
          <w:smallCaps w:val="0"/>
          <w:strike w:val="0"/>
          <w:u w:val="single"/>
        </w:rPr>
        <w:t xml:space="preserve"> launch. This has led to a proliferation of small satellite missions across a wide range of applications.</w:t>
      </w:r>
    </w:p>
    <w:p>
      <w:pPr>
        <w:spacing w:after="60"/>
      </w:pPr>
      <w:r>
        <w:rPr>
          <w:b w:val="0"/>
          <w:i w:val="0"/>
          <w:smallCaps w:val="0"/>
          <w:strike w:val="0"/>
          <w:u w:val="none"/>
        </w:rPr>
        <w:t xml:space="preserve">One of the key advancements in small satellite technology is miniaturization. </w:t>
      </w:r>
      <w:r>
        <w:rPr>
          <w:b w:val="0"/>
          <w:i w:val="0"/>
          <w:smallCaps w:val="0"/>
          <w:strike w:val="0"/>
          <w:u w:val="single"/>
        </w:rPr>
        <w:t xml:space="preserve">Advances in electronics and miniaturized components have allowed for the development of highly capable satellites in a compact form factor. These small satellites </w:t>
      </w:r>
      <w:r>
        <w:rPr>
          <w:b w:val="0"/>
          <w:i w:val="0"/>
          <w:smallCaps w:val="0"/>
          <w:strike w:val="0"/>
          <w:highlight w:val="cyan"/>
          <w:u w:val="single"/>
        </w:rPr>
        <w:t>can perform a wide range of functions</w:t>
      </w:r>
      <w:r>
        <w:rPr>
          <w:b w:val="0"/>
          <w:i w:val="0"/>
          <w:smallCaps w:val="0"/>
          <w:strike w:val="0"/>
          <w:u w:val="single"/>
        </w:rPr>
        <w:t>,</w:t>
      </w:r>
      <w:r>
        <w:rPr>
          <w:b w:val="0"/>
          <w:i w:val="0"/>
          <w:smallCaps w:val="0"/>
          <w:strike w:val="0"/>
          <w:u w:val="single"/>
        </w:rPr>
        <w:t xml:space="preserve"> including Earth observation, communications, technology demonstrations, and scientific research</w:t>
      </w:r>
      <w:r>
        <w:rPr>
          <w:b w:val="0"/>
          <w:i w:val="0"/>
          <w:smallCaps w:val="0"/>
          <w:strike w:val="0"/>
          <w:u w:val="none"/>
        </w:rPr>
        <w:t>.</w:t>
      </w:r>
    </w:p>
    <w:p>
      <w:pPr>
        <w:spacing w:after="60"/>
      </w:pPr>
      <w:r>
        <w:rPr>
          <w:b w:val="0"/>
          <w:i w:val="0"/>
          <w:smallCaps w:val="0"/>
          <w:strike w:val="0"/>
          <w:u w:val="single"/>
        </w:rPr>
        <w:t>Another significant advancement is the reduction in launch costs. Small satellites can be launched as secondary payloads on larger rockets, significantly reducing the cost of accessing space. This has democratized access to space, allowing universities, research institutions, and startups to participate in space missions that were previously only feasible for large government agencies and corporations.</w:t>
      </w:r>
    </w:p>
    <w:p>
      <w:pPr>
        <w:spacing w:after="60"/>
      </w:pPr>
      <w:r>
        <w:rPr>
          <w:b w:val="0"/>
          <w:i w:val="0"/>
          <w:smallCaps w:val="0"/>
          <w:strike w:val="0"/>
          <w:sz w:val="14"/>
          <w:u w:val="none"/>
        </w:rPr>
        <w:t>Applications of Small Satellites</w:t>
      </w:r>
    </w:p>
    <w:p>
      <w:pPr>
        <w:spacing w:after="60"/>
      </w:pPr>
      <w:r>
        <w:rPr>
          <w:b w:val="0"/>
          <w:i w:val="0"/>
          <w:smallCaps w:val="0"/>
          <w:strike w:val="0"/>
          <w:u w:val="none"/>
        </w:rPr>
        <w:t xml:space="preserve">The versatility and agility of small satellites have opened up numerous applications in space exploration. </w:t>
      </w:r>
      <w:r>
        <w:rPr>
          <w:b w:val="0"/>
          <w:i w:val="0"/>
          <w:smallCaps w:val="0"/>
          <w:strike w:val="0"/>
          <w:sz w:val="14"/>
          <w:u w:val="none"/>
        </w:rPr>
        <w:t>Earth observation is one of the primary applications of small satellites, as they can capture high-resolution imagery and monitor Earth's surface with increased frequency. This enables better understanding of climate change, natural disasters, and environmental monitoring.</w:t>
      </w:r>
    </w:p>
    <w:p>
      <w:pPr>
        <w:spacing w:after="60"/>
      </w:pPr>
      <w:r>
        <w:rPr>
          <w:b w:val="0"/>
          <w:i w:val="0"/>
          <w:smallCaps w:val="0"/>
          <w:strike w:val="0"/>
          <w:sz w:val="12"/>
          <w:u w:val="none"/>
        </w:rPr>
        <w:t>Small satellites also play a crucial role in communications. Constellations of small satellites in low Earth orbit can provide global broadband coverage and improved connectivity, especially in remote areas. Companies like SpaceX and OneWeb are deploying thousands of small satellites to create global internet networks and bridge the digital divide.</w:t>
      </w:r>
    </w:p>
    <w:p>
      <w:pPr>
        <w:spacing w:after="60"/>
      </w:pPr>
      <w:r>
        <w:rPr>
          <w:b w:val="0"/>
          <w:i w:val="0"/>
          <w:smallCaps w:val="0"/>
          <w:strike w:val="0"/>
          <w:u w:val="none"/>
        </w:rPr>
        <w:t xml:space="preserve">Furthermore, small satellites are being used for technology demonstrations and scientific research. </w:t>
      </w:r>
      <w:r>
        <w:rPr>
          <w:b w:val="0"/>
          <w:i w:val="0"/>
          <w:smallCaps w:val="0"/>
          <w:strike w:val="0"/>
          <w:highlight w:val="cyan"/>
          <w:u w:val="single"/>
        </w:rPr>
        <w:t>These satellites enable rapid prototyping and testing of new tech</w:t>
      </w:r>
      <w:r>
        <w:rPr>
          <w:b w:val="0"/>
          <w:i w:val="0"/>
          <w:smallCaps w:val="0"/>
          <w:strike w:val="0"/>
          <w:u w:val="single"/>
        </w:rPr>
        <w:t>nologies and concepts, fostering innovation in the space industry. Scientific missions</w:t>
      </w:r>
      <w:r>
        <w:rPr>
          <w:b w:val="0"/>
          <w:i w:val="0"/>
          <w:smallCaps w:val="0"/>
          <w:strike w:val="0"/>
          <w:u w:val="none"/>
        </w:rPr>
        <w:t xml:space="preserve">, such as studying the Earth's atmosphere or investigating celestial phenomena, </w:t>
      </w:r>
      <w:r>
        <w:rPr>
          <w:b w:val="0"/>
          <w:i w:val="0"/>
          <w:smallCaps w:val="0"/>
          <w:strike w:val="0"/>
          <w:u w:val="single"/>
        </w:rPr>
        <w:t>can be conducted using small satellites with specialized instruments and sensors.</w:t>
      </w:r>
    </w:p>
    <w:p>
      <w:pPr>
        <w:spacing w:after="60"/>
      </w:pPr>
      <w:r>
        <w:rPr>
          <w:b w:val="0"/>
          <w:i w:val="0"/>
          <w:smallCaps w:val="0"/>
          <w:strike w:val="0"/>
          <w:u w:val="single"/>
        </w:rPr>
        <w:t>The small satellite revolution is reshaping the space industry by enabling a more diverse range of missions, fostering innovation, and expanding our understanding of the universe.</w:t>
      </w:r>
    </w:p>
    <w:p>
      <w:pPr>
        <w:spacing w:after="60"/>
      </w:pPr>
      <w:r>
        <w:rPr>
          <w:b w:val="0"/>
          <w:i w:val="0"/>
          <w:smallCaps w:val="0"/>
          <w:strike w:val="0"/>
          <w:sz w:val="14"/>
          <w:u w:val="none"/>
        </w:rPr>
        <w:t>Artificial Intelligence in Space Exploration</w:t>
      </w:r>
    </w:p>
    <w:p>
      <w:pPr>
        <w:spacing w:after="60"/>
      </w:pPr>
      <w:r>
        <w:rPr>
          <w:b w:val="0"/>
          <w:i w:val="0"/>
          <w:smallCaps w:val="0"/>
          <w:strike w:val="0"/>
          <w:sz w:val="14"/>
          <w:u w:val="none"/>
        </w:rPr>
        <w:t>AI-Enabled Automation</w:t>
      </w:r>
    </w:p>
    <w:p>
      <w:pPr>
        <w:spacing w:after="60"/>
      </w:pPr>
      <w:r>
        <w:rPr>
          <w:b w:val="0"/>
          <w:i w:val="0"/>
          <w:smallCaps w:val="0"/>
          <w:strike w:val="0"/>
          <w:u w:val="single"/>
        </w:rPr>
        <w:t>Artificial intelligence (</w:t>
      </w:r>
      <w:r>
        <w:rPr>
          <w:b w:val="0"/>
          <w:i w:val="0"/>
          <w:smallCaps w:val="0"/>
          <w:strike w:val="0"/>
          <w:u w:val="single"/>
        </w:rPr>
        <w:t>AI</w:t>
      </w:r>
      <w:r>
        <w:rPr>
          <w:b w:val="0"/>
          <w:i w:val="0"/>
          <w:smallCaps w:val="0"/>
          <w:strike w:val="0"/>
          <w:u w:val="single"/>
        </w:rPr>
        <w:t xml:space="preserve">) is playing an increasingly significant role in space exploration through automation. AI </w:t>
      </w:r>
      <w:r>
        <w:rPr>
          <w:b w:val="0"/>
          <w:i w:val="0"/>
          <w:smallCaps w:val="0"/>
          <w:strike w:val="0"/>
          <w:u w:val="single"/>
        </w:rPr>
        <w:t>technologies</w:t>
      </w:r>
      <w:r>
        <w:rPr>
          <w:b w:val="0"/>
          <w:i w:val="0"/>
          <w:smallCaps w:val="0"/>
          <w:strike w:val="0"/>
          <w:u w:val="single"/>
        </w:rPr>
        <w:t xml:space="preserve"> </w:t>
      </w:r>
      <w:r>
        <w:rPr>
          <w:b w:val="0"/>
          <w:i w:val="0"/>
          <w:smallCaps w:val="0"/>
          <w:strike w:val="0"/>
          <w:u w:val="single"/>
        </w:rPr>
        <w:t>enable autonomous navigation</w:t>
      </w:r>
      <w:r>
        <w:rPr>
          <w:b w:val="0"/>
          <w:i w:val="0"/>
          <w:smallCaps w:val="0"/>
          <w:strike w:val="0"/>
          <w:u w:val="single"/>
        </w:rPr>
        <w:t xml:space="preserve">, robotic </w:t>
      </w:r>
      <w:r>
        <w:rPr>
          <w:b w:val="0"/>
          <w:i w:val="0"/>
          <w:smallCaps w:val="0"/>
          <w:strike w:val="0"/>
          <w:u w:val="single"/>
        </w:rPr>
        <w:t>systems</w:t>
      </w:r>
      <w:r>
        <w:rPr>
          <w:b w:val="0"/>
          <w:i w:val="0"/>
          <w:smallCaps w:val="0"/>
          <w:strike w:val="0"/>
          <w:u w:val="single"/>
        </w:rPr>
        <w:t xml:space="preserve">, </w:t>
      </w:r>
      <w:r>
        <w:rPr>
          <w:b w:val="0"/>
          <w:i w:val="0"/>
          <w:smallCaps w:val="0"/>
          <w:strike w:val="0"/>
          <w:u w:val="single"/>
        </w:rPr>
        <w:t>and intelligent decision-making</w:t>
      </w:r>
      <w:r>
        <w:rPr>
          <w:b w:val="0"/>
          <w:i w:val="0"/>
          <w:smallCaps w:val="0"/>
          <w:strike w:val="0"/>
          <w:u w:val="single"/>
        </w:rPr>
        <w:t xml:space="preserve">, </w:t>
      </w:r>
      <w:r>
        <w:rPr>
          <w:b w:val="0"/>
          <w:i w:val="0"/>
          <w:smallCaps w:val="0"/>
          <w:strike w:val="0"/>
          <w:u w:val="single"/>
        </w:rPr>
        <w:t>enhancing</w:t>
      </w:r>
      <w:r>
        <w:rPr>
          <w:b w:val="0"/>
          <w:i w:val="0"/>
          <w:smallCaps w:val="0"/>
          <w:strike w:val="0"/>
          <w:u w:val="single"/>
        </w:rPr>
        <w:t xml:space="preserve"> the </w:t>
      </w:r>
      <w:r>
        <w:rPr>
          <w:b w:val="0"/>
          <w:i w:val="0"/>
          <w:smallCaps w:val="0"/>
          <w:strike w:val="0"/>
          <w:u w:val="single"/>
        </w:rPr>
        <w:t>efficiency</w:t>
      </w:r>
      <w:r>
        <w:rPr>
          <w:b w:val="0"/>
          <w:i w:val="0"/>
          <w:smallCaps w:val="0"/>
          <w:strike w:val="0"/>
          <w:u w:val="single"/>
        </w:rPr>
        <w:t xml:space="preserve"> </w:t>
      </w:r>
      <w:r>
        <w:rPr>
          <w:b w:val="0"/>
          <w:i w:val="0"/>
          <w:smallCaps w:val="0"/>
          <w:strike w:val="0"/>
          <w:u w:val="single"/>
        </w:rPr>
        <w:t>and</w:t>
      </w:r>
      <w:r>
        <w:rPr>
          <w:b w:val="0"/>
          <w:i w:val="0"/>
          <w:smallCaps w:val="0"/>
          <w:strike w:val="0"/>
          <w:u w:val="single"/>
        </w:rPr>
        <w:t xml:space="preserve"> </w:t>
      </w:r>
      <w:r>
        <w:rPr>
          <w:b w:val="0"/>
          <w:i w:val="0"/>
          <w:smallCaps w:val="0"/>
          <w:strike w:val="0"/>
          <w:u w:val="single"/>
        </w:rPr>
        <w:t>safety</w:t>
      </w:r>
      <w:r>
        <w:rPr>
          <w:b w:val="0"/>
          <w:i w:val="0"/>
          <w:smallCaps w:val="0"/>
          <w:strike w:val="0"/>
          <w:u w:val="single"/>
        </w:rPr>
        <w:t xml:space="preserve"> of space missions.</w:t>
      </w:r>
    </w:p>
    <w:p>
      <w:pPr>
        <w:spacing w:after="60"/>
      </w:pPr>
      <w:r>
        <w:rPr>
          <w:b w:val="0"/>
          <w:i w:val="0"/>
          <w:smallCaps w:val="0"/>
          <w:strike w:val="0"/>
          <w:u w:val="single"/>
        </w:rPr>
        <w:t xml:space="preserve">Autonomous </w:t>
      </w:r>
      <w:r>
        <w:rPr>
          <w:b w:val="0"/>
          <w:i w:val="0"/>
          <w:smallCaps w:val="0"/>
          <w:strike w:val="0"/>
          <w:highlight w:val="cyan"/>
          <w:u w:val="single"/>
        </w:rPr>
        <w:t>navigation systems powered by AI</w:t>
      </w:r>
      <w:r>
        <w:rPr>
          <w:b w:val="0"/>
          <w:i w:val="0"/>
          <w:smallCaps w:val="0"/>
          <w:strike w:val="0"/>
          <w:u w:val="single"/>
        </w:rPr>
        <w:t xml:space="preserve"> algorithms can </w:t>
      </w:r>
      <w:r>
        <w:rPr>
          <w:b w:val="0"/>
          <w:i w:val="0"/>
          <w:smallCaps w:val="0"/>
          <w:strike w:val="0"/>
          <w:highlight w:val="cyan"/>
          <w:u w:val="single"/>
        </w:rPr>
        <w:t>enable spacecraft to operate</w:t>
      </w:r>
      <w:r>
        <w:rPr>
          <w:b w:val="0"/>
          <w:i w:val="0"/>
          <w:smallCaps w:val="0"/>
          <w:strike w:val="0"/>
          <w:u w:val="single"/>
        </w:rPr>
        <w:t xml:space="preserve"> and maneuver </w:t>
      </w:r>
      <w:r>
        <w:rPr>
          <w:b w:val="0"/>
          <w:i w:val="0"/>
          <w:smallCaps w:val="0"/>
          <w:strike w:val="0"/>
          <w:highlight w:val="cyan"/>
          <w:u w:val="single"/>
        </w:rPr>
        <w:t xml:space="preserve">independently, </w:t>
      </w:r>
      <w:r>
        <w:rPr>
          <w:b/>
          <w:i w:val="0"/>
          <w:smallCaps w:val="0"/>
          <w:strike w:val="0"/>
          <w:highlight w:val="cyan"/>
          <w:u w:val="single"/>
        </w:rPr>
        <w:t>reducing</w:t>
      </w:r>
      <w:r>
        <w:rPr>
          <w:b w:val="0"/>
          <w:i w:val="0"/>
          <w:smallCaps w:val="0"/>
          <w:strike w:val="0"/>
          <w:u w:val="single"/>
        </w:rPr>
        <w:t xml:space="preserve"> the need for </w:t>
      </w:r>
      <w:r>
        <w:rPr>
          <w:b/>
          <w:i w:val="0"/>
          <w:smallCaps w:val="0"/>
          <w:strike w:val="0"/>
          <w:highlight w:val="cyan"/>
          <w:u w:val="single"/>
        </w:rPr>
        <w:t>constant</w:t>
      </w:r>
      <w:r>
        <w:rPr>
          <w:b/>
          <w:i w:val="0"/>
          <w:smallCaps w:val="0"/>
          <w:strike w:val="0"/>
          <w:u w:val="single"/>
        </w:rPr>
        <w:t xml:space="preserve"> human </w:t>
      </w:r>
      <w:r>
        <w:rPr>
          <w:b/>
          <w:i w:val="0"/>
          <w:smallCaps w:val="0"/>
          <w:strike w:val="0"/>
          <w:highlight w:val="cyan"/>
          <w:u w:val="single"/>
        </w:rPr>
        <w:t>intervention</w:t>
      </w:r>
      <w:r>
        <w:rPr>
          <w:b w:val="0"/>
          <w:i w:val="0"/>
          <w:smallCaps w:val="0"/>
          <w:strike w:val="0"/>
          <w:highlight w:val="cyan"/>
          <w:u w:val="single"/>
        </w:rPr>
        <w:t>. These systems</w:t>
      </w:r>
      <w:r>
        <w:rPr>
          <w:b w:val="0"/>
          <w:i w:val="0"/>
          <w:smallCaps w:val="0"/>
          <w:strike w:val="0"/>
          <w:u w:val="single"/>
        </w:rPr>
        <w:t xml:space="preserve"> can </w:t>
      </w:r>
      <w:r>
        <w:rPr>
          <w:b w:val="0"/>
          <w:i w:val="0"/>
          <w:smallCaps w:val="0"/>
          <w:strike w:val="0"/>
          <w:highlight w:val="cyan"/>
          <w:u w:val="single"/>
        </w:rPr>
        <w:t>analyze</w:t>
      </w:r>
      <w:r>
        <w:rPr>
          <w:b w:val="0"/>
          <w:i w:val="0"/>
          <w:smallCaps w:val="0"/>
          <w:strike w:val="0"/>
          <w:u w:val="single"/>
        </w:rPr>
        <w:t xml:space="preserve"> sensor </w:t>
      </w:r>
      <w:r>
        <w:rPr>
          <w:b w:val="0"/>
          <w:i w:val="0"/>
          <w:smallCaps w:val="0"/>
          <w:strike w:val="0"/>
          <w:highlight w:val="cyan"/>
          <w:u w:val="single"/>
        </w:rPr>
        <w:t>data, detect anomalies, and make</w:t>
      </w:r>
      <w:r>
        <w:rPr>
          <w:b w:val="0"/>
          <w:i w:val="0"/>
          <w:smallCaps w:val="0"/>
          <w:strike w:val="0"/>
          <w:u w:val="single"/>
        </w:rPr>
        <w:t xml:space="preserve"> real-time </w:t>
      </w:r>
      <w:r>
        <w:rPr>
          <w:b w:val="0"/>
          <w:i w:val="0"/>
          <w:smallCaps w:val="0"/>
          <w:strike w:val="0"/>
          <w:highlight w:val="cyan"/>
          <w:u w:val="single"/>
        </w:rPr>
        <w:t>adjustments to ensure precise</w:t>
      </w:r>
      <w:r>
        <w:rPr>
          <w:b w:val="0"/>
          <w:i w:val="0"/>
          <w:smallCaps w:val="0"/>
          <w:strike w:val="0"/>
          <w:u w:val="single"/>
        </w:rPr>
        <w:t xml:space="preserve"> navigation and </w:t>
      </w:r>
      <w:r>
        <w:rPr>
          <w:b w:val="0"/>
          <w:i w:val="0"/>
          <w:smallCaps w:val="0"/>
          <w:strike w:val="0"/>
          <w:highlight w:val="cyan"/>
          <w:u w:val="single"/>
        </w:rPr>
        <w:t>control.</w:t>
      </w:r>
      <w:r>
        <w:rPr>
          <w:b w:val="0"/>
          <w:i w:val="0"/>
          <w:smallCaps w:val="0"/>
          <w:strike w:val="0"/>
          <w:u w:val="single"/>
        </w:rPr>
        <w:t xml:space="preserve"> This </w:t>
      </w:r>
      <w:r>
        <w:rPr>
          <w:b w:val="0"/>
          <w:i w:val="0"/>
          <w:smallCaps w:val="0"/>
          <w:strike w:val="0"/>
          <w:highlight w:val="cyan"/>
          <w:u w:val="single"/>
        </w:rPr>
        <w:t xml:space="preserve">autonomy is </w:t>
      </w:r>
      <w:r>
        <w:rPr>
          <w:b/>
          <w:i w:val="0"/>
          <w:smallCaps w:val="0"/>
          <w:strike w:val="0"/>
          <w:highlight w:val="cyan"/>
          <w:u w:val="single"/>
        </w:rPr>
        <w:t>crucial</w:t>
      </w:r>
      <w:r>
        <w:rPr>
          <w:b w:val="0"/>
          <w:i w:val="0"/>
          <w:smallCaps w:val="0"/>
          <w:strike w:val="0"/>
          <w:highlight w:val="cyan"/>
          <w:u w:val="single"/>
        </w:rPr>
        <w:t xml:space="preserve"> for </w:t>
      </w:r>
      <w:r>
        <w:rPr>
          <w:b/>
          <w:i w:val="0"/>
          <w:smallCaps w:val="0"/>
          <w:strike w:val="0"/>
          <w:highlight w:val="cyan"/>
          <w:u w:val="single"/>
        </w:rPr>
        <w:t>long-duration missions</w:t>
      </w:r>
      <w:r>
        <w:rPr>
          <w:b w:val="0"/>
          <w:i w:val="0"/>
          <w:smallCaps w:val="0"/>
          <w:strike w:val="0"/>
          <w:u w:val="none"/>
        </w:rPr>
        <w:t>, where real-time communication with Earth is not feasible.</w:t>
      </w:r>
    </w:p>
    <w:p>
      <w:pPr>
        <w:spacing w:after="60"/>
      </w:pPr>
      <w:r>
        <w:rPr>
          <w:b w:val="0"/>
          <w:i w:val="0"/>
          <w:smallCaps w:val="0"/>
          <w:strike w:val="0"/>
          <w:u w:val="single"/>
        </w:rPr>
        <w:t xml:space="preserve">Robotic systems equipped with AI capabilities are transforming space exploration by enabling intricate operations and tasks to be performed remotely. Robots can be sent to explore hazardous environments or conduct scientific experiments in places where human presence is challenging or dangerous. </w:t>
      </w:r>
      <w:r>
        <w:rPr>
          <w:b w:val="0"/>
          <w:i w:val="0"/>
          <w:smallCaps w:val="0"/>
          <w:strike w:val="0"/>
          <w:highlight w:val="cyan"/>
          <w:u w:val="single"/>
        </w:rPr>
        <w:t>AI</w:t>
      </w:r>
      <w:r>
        <w:rPr>
          <w:b w:val="0"/>
          <w:i w:val="0"/>
          <w:smallCaps w:val="0"/>
          <w:strike w:val="0"/>
          <w:u w:val="single"/>
        </w:rPr>
        <w:t xml:space="preserve"> algorithms </w:t>
      </w:r>
      <w:r>
        <w:rPr>
          <w:b w:val="0"/>
          <w:i w:val="0"/>
          <w:smallCaps w:val="0"/>
          <w:strike w:val="0"/>
          <w:highlight w:val="cyan"/>
          <w:u w:val="single"/>
        </w:rPr>
        <w:t>enable</w:t>
      </w:r>
      <w:r>
        <w:rPr>
          <w:b w:val="0"/>
          <w:i w:val="0"/>
          <w:smallCaps w:val="0"/>
          <w:strike w:val="0"/>
          <w:u w:val="single"/>
        </w:rPr>
        <w:t xml:space="preserve"> these </w:t>
      </w:r>
      <w:r>
        <w:rPr>
          <w:b w:val="0"/>
          <w:i w:val="0"/>
          <w:smallCaps w:val="0"/>
          <w:strike w:val="0"/>
          <w:highlight w:val="cyan"/>
          <w:u w:val="single"/>
        </w:rPr>
        <w:t>robots to adapt to changing conditions, make decisions, and learn from</w:t>
      </w:r>
      <w:r>
        <w:rPr>
          <w:b w:val="0"/>
          <w:i w:val="0"/>
          <w:smallCaps w:val="0"/>
          <w:strike w:val="0"/>
          <w:u w:val="single"/>
        </w:rPr>
        <w:t xml:space="preserve"> their </w:t>
      </w:r>
      <w:r>
        <w:rPr>
          <w:b w:val="0"/>
          <w:i w:val="0"/>
          <w:smallCaps w:val="0"/>
          <w:strike w:val="0"/>
          <w:highlight w:val="cyan"/>
          <w:u w:val="single"/>
        </w:rPr>
        <w:t>experience</w:t>
      </w:r>
      <w:r>
        <w:rPr>
          <w:b w:val="0"/>
          <w:i w:val="0"/>
          <w:smallCaps w:val="0"/>
          <w:strike w:val="0"/>
          <w:u w:val="single"/>
        </w:rPr>
        <w:t xml:space="preserve">s, </w:t>
      </w:r>
      <w:r>
        <w:rPr>
          <w:b w:val="0"/>
          <w:i w:val="0"/>
          <w:smallCaps w:val="0"/>
          <w:strike w:val="0"/>
          <w:highlight w:val="cyan"/>
          <w:u w:val="single"/>
        </w:rPr>
        <w:t>enhancing</w:t>
      </w:r>
      <w:r>
        <w:rPr>
          <w:b w:val="0"/>
          <w:i w:val="0"/>
          <w:smallCaps w:val="0"/>
          <w:strike w:val="0"/>
          <w:u w:val="single"/>
        </w:rPr>
        <w:t xml:space="preserve"> their </w:t>
      </w:r>
      <w:r>
        <w:rPr>
          <w:b w:val="0"/>
          <w:i w:val="0"/>
          <w:smallCaps w:val="0"/>
          <w:strike w:val="0"/>
          <w:highlight w:val="cyan"/>
          <w:u w:val="single"/>
        </w:rPr>
        <w:t>capabilities and efficiency</w:t>
      </w:r>
      <w:r>
        <w:rPr>
          <w:b w:val="0"/>
          <w:i w:val="0"/>
          <w:smallCaps w:val="0"/>
          <w:strike w:val="0"/>
          <w:u w:val="single"/>
        </w:rPr>
        <w:t>.</w:t>
      </w:r>
    </w:p>
    <w:p>
      <w:pPr>
        <w:spacing w:after="60"/>
      </w:pPr>
      <w:r>
        <w:rPr>
          <w:b w:val="0"/>
          <w:i w:val="0"/>
          <w:smallCaps w:val="0"/>
          <w:strike w:val="0"/>
          <w:u w:val="single"/>
        </w:rPr>
        <w:t>AI is also being utilized for mission planning and decision-making. Machine learning algorithms can analyze vast amounts of data collected during space missions, identifying patterns, anomalies, and scientific discoveries. These algorithms can assist in optimizing mission parameters, resource allocation, and data analysis, enabling scientists and engineers to make informed decisions and derive meaningful insights from the data.</w:t>
      </w:r>
    </w:p>
    <w:p>
      <w:pPr>
        <w:spacing w:after="60"/>
      </w:pPr>
      <w:r>
        <w:rPr>
          <w:b w:val="0"/>
          <w:i w:val="0"/>
          <w:smallCaps w:val="0"/>
          <w:strike w:val="0"/>
          <w:u w:val="single"/>
        </w:rPr>
        <w:t>The integration of AI in space exploration is revolutionizing the industry by enabling more efficient and autonomous missions, expanding the scope of scientific research, and pushing the boundaries of our understanding of the universe.</w:t>
      </w:r>
    </w:p>
    <w:p>
      <w:pPr>
        <w:spacing w:after="60"/>
      </w:pPr>
      <w:r>
        <w:rPr>
          <w:b w:val="0"/>
          <w:i w:val="0"/>
          <w:smallCaps w:val="0"/>
          <w:strike w:val="0"/>
          <w:sz w:val="14"/>
          <w:u w:val="none"/>
        </w:rPr>
        <w:t>Machine Learning for Data Analysis</w:t>
      </w:r>
    </w:p>
    <w:p>
      <w:pPr>
        <w:spacing w:after="60"/>
      </w:pPr>
      <w:r>
        <w:rPr>
          <w:b w:val="0"/>
          <w:i w:val="0"/>
          <w:smallCaps w:val="0"/>
          <w:strike w:val="0"/>
          <w:u w:val="none"/>
        </w:rPr>
        <w:t xml:space="preserve">The vast amount of data collected during space missions presents a significant challenge in terms of analysis and interpretation. </w:t>
      </w:r>
      <w:r>
        <w:rPr>
          <w:b w:val="0"/>
          <w:i w:val="0"/>
          <w:smallCaps w:val="0"/>
          <w:strike w:val="0"/>
          <w:u w:val="single"/>
        </w:rPr>
        <w:t>Machine learning algorithms offer a powerful tool for extracting meaningful insights from this data.</w:t>
      </w:r>
    </w:p>
    <w:p>
      <w:pPr>
        <w:spacing w:after="60"/>
      </w:pPr>
      <w:r>
        <w:rPr>
          <w:b w:val="0"/>
          <w:i w:val="0"/>
          <w:smallCaps w:val="0"/>
          <w:strike w:val="0"/>
          <w:u w:val="single"/>
        </w:rPr>
        <w:t>Machine learning algorithms can analyze complex datasets, identify patterns, and make predictions or classifications based on these patterns. In the context of space exploration, machine learning can aid in the analysis of astronomical data, satellite imagery, and sensor data collected during missions.</w:t>
      </w:r>
    </w:p>
    <w:p>
      <w:pPr>
        <w:spacing w:after="60"/>
      </w:pPr>
      <w:r>
        <w:rPr>
          <w:b w:val="0"/>
          <w:i w:val="0"/>
          <w:smallCaps w:val="0"/>
          <w:strike w:val="0"/>
          <w:u w:val="none"/>
        </w:rPr>
        <w:t xml:space="preserve">For example, </w:t>
      </w:r>
      <w:r>
        <w:rPr>
          <w:b w:val="0"/>
          <w:i w:val="0"/>
          <w:smallCaps w:val="0"/>
          <w:strike w:val="0"/>
          <w:highlight w:val="cyan"/>
          <w:u w:val="single"/>
        </w:rPr>
        <w:t>machine learning algorithms can analyze</w:t>
      </w:r>
      <w:r>
        <w:rPr>
          <w:b w:val="0"/>
          <w:i w:val="0"/>
          <w:smallCaps w:val="0"/>
          <w:strike w:val="0"/>
          <w:u w:val="single"/>
        </w:rPr>
        <w:t xml:space="preserve"> astronomical </w:t>
      </w:r>
      <w:r>
        <w:rPr>
          <w:b w:val="0"/>
          <w:i w:val="0"/>
          <w:smallCaps w:val="0"/>
          <w:strike w:val="0"/>
          <w:highlight w:val="cyan"/>
          <w:u w:val="single"/>
        </w:rPr>
        <w:t>data to identify exoplanets</w:t>
      </w:r>
      <w:r>
        <w:rPr>
          <w:b w:val="0"/>
          <w:i w:val="0"/>
          <w:smallCaps w:val="0"/>
          <w:strike w:val="0"/>
          <w:u w:val="single"/>
        </w:rPr>
        <w:t xml:space="preserve">, characterize their properties, </w:t>
      </w:r>
      <w:r>
        <w:rPr>
          <w:b w:val="0"/>
          <w:i w:val="0"/>
          <w:smallCaps w:val="0"/>
          <w:strike w:val="0"/>
          <w:highlight w:val="cyan"/>
          <w:u w:val="single"/>
        </w:rPr>
        <w:t>and determine their</w:t>
      </w:r>
      <w:r>
        <w:rPr>
          <w:b w:val="0"/>
          <w:i w:val="0"/>
          <w:smallCaps w:val="0"/>
          <w:strike w:val="0"/>
          <w:u w:val="single"/>
        </w:rPr>
        <w:t xml:space="preserve"> potential </w:t>
      </w:r>
      <w:r>
        <w:rPr>
          <w:b/>
          <w:i w:val="0"/>
          <w:smallCaps w:val="0"/>
          <w:strike w:val="0"/>
          <w:highlight w:val="cyan"/>
          <w:u w:val="single"/>
        </w:rPr>
        <w:t>habitability</w:t>
      </w:r>
      <w:r>
        <w:rPr>
          <w:b w:val="0"/>
          <w:i w:val="0"/>
          <w:smallCaps w:val="0"/>
          <w:strike w:val="0"/>
          <w:highlight w:val="cyan"/>
          <w:u w:val="single"/>
        </w:rPr>
        <w:t xml:space="preserve">. These algorithms can sift through </w:t>
      </w:r>
      <w:r>
        <w:rPr>
          <w:b/>
          <w:i w:val="0"/>
          <w:smallCaps w:val="0"/>
          <w:strike w:val="0"/>
          <w:highlight w:val="cyan"/>
          <w:u w:val="single"/>
        </w:rPr>
        <w:t>vast amounts</w:t>
      </w:r>
      <w:r>
        <w:rPr>
          <w:b w:val="0"/>
          <w:i w:val="0"/>
          <w:smallCaps w:val="0"/>
          <w:strike w:val="0"/>
          <w:highlight w:val="cyan"/>
          <w:u w:val="single"/>
        </w:rPr>
        <w:t xml:space="preserve"> </w:t>
      </w:r>
      <w:r>
        <w:rPr>
          <w:b w:val="0"/>
          <w:i w:val="0"/>
          <w:smallCaps w:val="0"/>
          <w:strike w:val="0"/>
          <w:highlight w:val="cyan"/>
          <w:u w:val="single"/>
        </w:rPr>
        <w:t>of data</w:t>
      </w:r>
      <w:r>
        <w:rPr>
          <w:b w:val="0"/>
          <w:i w:val="0"/>
          <w:smallCaps w:val="0"/>
          <w:strike w:val="0"/>
          <w:u w:val="single"/>
        </w:rPr>
        <w:t xml:space="preserve">, detect subtle signals, and classify objects with high accuracy, </w:t>
      </w:r>
      <w:r>
        <w:rPr>
          <w:b w:val="0"/>
          <w:i w:val="0"/>
          <w:smallCaps w:val="0"/>
          <w:strike w:val="0"/>
          <w:highlight w:val="cyan"/>
          <w:u w:val="single"/>
        </w:rPr>
        <w:t>enabling</w:t>
      </w:r>
      <w:r>
        <w:rPr>
          <w:b w:val="0"/>
          <w:i w:val="0"/>
          <w:smallCaps w:val="0"/>
          <w:strike w:val="0"/>
          <w:u w:val="single"/>
        </w:rPr>
        <w:t xml:space="preserve"> the </w:t>
      </w:r>
      <w:r>
        <w:rPr>
          <w:b/>
          <w:i w:val="0"/>
          <w:smallCaps w:val="0"/>
          <w:strike w:val="0"/>
          <w:highlight w:val="cyan"/>
          <w:u w:val="single"/>
        </w:rPr>
        <w:t>discovery of new celestial bodies</w:t>
      </w:r>
      <w:r>
        <w:rPr>
          <w:b w:val="0"/>
          <w:i w:val="0"/>
          <w:smallCaps w:val="0"/>
          <w:strike w:val="0"/>
          <w:u w:val="single"/>
        </w:rPr>
        <w:t xml:space="preserve"> and advancing our understanding of the universe.</w:t>
      </w:r>
    </w:p>
    <w:p>
      <w:pPr>
        <w:spacing w:after="60"/>
      </w:pPr>
      <w:r>
        <w:rPr>
          <w:b w:val="0"/>
          <w:i w:val="0"/>
          <w:smallCaps w:val="0"/>
          <w:strike w:val="0"/>
          <w:sz w:val="16"/>
          <w:u w:val="none"/>
        </w:rPr>
        <w:t>Machine learning also plays a crucial role in image analysis and interpretation. Satellite imagery can be analyzed using machine learning algorithms to identify changes in land cover, monitor environmental conditions, and detect anomalies. This data can be used for disaster management, urban planning, and environmental conservation.</w:t>
      </w:r>
    </w:p>
    <w:p>
      <w:pPr>
        <w:spacing w:after="60"/>
      </w:pPr>
      <w:r>
        <w:rPr>
          <w:b w:val="0"/>
          <w:i w:val="0"/>
          <w:smallCaps w:val="0"/>
          <w:strike w:val="0"/>
          <w:u w:val="single"/>
        </w:rPr>
        <w:t>The integration of machine learning in space exploration accelerates data analysis, enhances scientific discoveries, and enables more efficient use of resources</w:t>
      </w:r>
      <w:r>
        <w:rPr>
          <w:b w:val="0"/>
          <w:i w:val="0"/>
          <w:smallCaps w:val="0"/>
          <w:strike w:val="0"/>
          <w:u w:val="none"/>
        </w:rPr>
        <w:t>.</w:t>
      </w:r>
    </w:p>
    <w:p>
      <w:pPr>
        <w:spacing w:after="60"/>
      </w:pPr>
      <w:r>
        <w:rPr>
          <w:b w:val="0"/>
          <w:i w:val="0"/>
          <w:smallCaps w:val="0"/>
          <w:strike w:val="0"/>
          <w:sz w:val="14"/>
          <w:u w:val="none"/>
        </w:rPr>
        <w:t>Future Prospects and Challenges</w:t>
      </w:r>
    </w:p>
    <w:p>
      <w:pPr>
        <w:spacing w:after="60"/>
      </w:pPr>
      <w:r>
        <w:rPr>
          <w:b w:val="0"/>
          <w:i w:val="0"/>
          <w:smallCaps w:val="0"/>
          <w:strike w:val="0"/>
          <w:u w:val="none"/>
        </w:rPr>
        <w:t xml:space="preserve">The future of space travel holds immense potential for further advancements and discoveries. </w:t>
      </w:r>
      <w:r>
        <w:rPr>
          <w:b w:val="0"/>
          <w:i w:val="0"/>
          <w:smallCaps w:val="0"/>
          <w:strike w:val="0"/>
          <w:sz w:val="14"/>
          <w:u w:val="none"/>
        </w:rPr>
        <w:t xml:space="preserve">Interplanetary missions, space tourism, and increased international collaboration are among the prospects that lie ahead. </w:t>
      </w:r>
      <w:r>
        <w:rPr>
          <w:b w:val="0"/>
          <w:i w:val="0"/>
          <w:smallCaps w:val="0"/>
          <w:strike w:val="0"/>
          <w:highlight w:val="cyan"/>
          <w:u w:val="single"/>
        </w:rPr>
        <w:t>Interplanetary missions</w:t>
      </w:r>
      <w:r>
        <w:rPr>
          <w:b w:val="0"/>
          <w:i w:val="0"/>
          <w:smallCaps w:val="0"/>
          <w:strike w:val="0"/>
          <w:u w:val="single"/>
        </w:rPr>
        <w:t xml:space="preserve">, such as crewed missions to Mars, </w:t>
      </w:r>
      <w:r>
        <w:rPr>
          <w:b w:val="0"/>
          <w:i w:val="0"/>
          <w:smallCaps w:val="0"/>
          <w:strike w:val="0"/>
          <w:highlight w:val="cyan"/>
          <w:u w:val="single"/>
        </w:rPr>
        <w:t>are becoming more feasible</w:t>
      </w:r>
      <w:r>
        <w:rPr>
          <w:b w:val="0"/>
          <w:i w:val="0"/>
          <w:smallCaps w:val="0"/>
          <w:strike w:val="0"/>
          <w:u w:val="single"/>
        </w:rPr>
        <w:t xml:space="preserve"> with advancements in reusable rocket technology, advanced propulsion systems, and in-situ resource utilization. </w:t>
      </w:r>
      <w:r>
        <w:rPr>
          <w:b w:val="0"/>
          <w:i w:val="0"/>
          <w:smallCaps w:val="0"/>
          <w:strike w:val="0"/>
          <w:sz w:val="16"/>
          <w:u w:val="none"/>
        </w:rPr>
        <w:t>These missions will push the boundaries of human exploration and expand our understanding of the solar system and beyond.</w:t>
      </w:r>
    </w:p>
    <w:p>
      <w:pPr>
        <w:spacing w:after="60"/>
      </w:pPr>
      <w:r>
        <w:rPr>
          <w:b w:val="0"/>
          <w:i w:val="0"/>
          <w:smallCaps w:val="0"/>
          <w:strike w:val="0"/>
          <w:highlight w:val="cyan"/>
          <w:u w:val="single"/>
        </w:rPr>
        <w:t>Space tourism</w:t>
      </w:r>
      <w:r>
        <w:rPr>
          <w:b w:val="0"/>
          <w:i w:val="0"/>
          <w:smallCaps w:val="0"/>
          <w:strike w:val="0"/>
          <w:u w:val="single"/>
        </w:rPr>
        <w:t xml:space="preserve"> is another area that </w:t>
      </w:r>
      <w:r>
        <w:rPr>
          <w:b w:val="0"/>
          <w:i w:val="0"/>
          <w:smallCaps w:val="0"/>
          <w:strike w:val="0"/>
          <w:highlight w:val="cyan"/>
          <w:u w:val="single"/>
        </w:rPr>
        <w:t xml:space="preserve">is </w:t>
      </w:r>
      <w:r>
        <w:rPr>
          <w:b/>
          <w:i w:val="0"/>
          <w:smallCaps w:val="0"/>
          <w:strike w:val="0"/>
          <w:highlight w:val="cyan"/>
          <w:u w:val="single"/>
        </w:rPr>
        <w:t>gaining momentum</w:t>
      </w:r>
      <w:r>
        <w:rPr>
          <w:b w:val="0"/>
          <w:i w:val="0"/>
          <w:smallCaps w:val="0"/>
          <w:strike w:val="0"/>
          <w:u w:val="single"/>
        </w:rPr>
        <w:t xml:space="preserve">. Companies like SpaceX, Blue Origin, and Virgin Galactic are working towards making space travel accessible to private individuals. </w:t>
      </w:r>
      <w:r>
        <w:rPr>
          <w:b w:val="0"/>
          <w:i w:val="0"/>
          <w:smallCaps w:val="0"/>
          <w:strike w:val="0"/>
          <w:highlight w:val="cyan"/>
          <w:u w:val="single"/>
        </w:rPr>
        <w:t>Advancements in</w:t>
      </w:r>
      <w:r>
        <w:rPr>
          <w:b w:val="0"/>
          <w:i w:val="0"/>
          <w:smallCaps w:val="0"/>
          <w:strike w:val="0"/>
          <w:u w:val="single"/>
        </w:rPr>
        <w:t xml:space="preserve"> reusable rocket </w:t>
      </w:r>
      <w:r>
        <w:rPr>
          <w:b w:val="0"/>
          <w:i w:val="0"/>
          <w:smallCaps w:val="0"/>
          <w:strike w:val="0"/>
          <w:highlight w:val="cyan"/>
          <w:u w:val="single"/>
        </w:rPr>
        <w:t>tech</w:t>
      </w:r>
      <w:r>
        <w:rPr>
          <w:b w:val="0"/>
          <w:i w:val="0"/>
          <w:smallCaps w:val="0"/>
          <w:strike w:val="0"/>
          <w:u w:val="single"/>
        </w:rPr>
        <w:t xml:space="preserve">nology and spacecraft design </w:t>
      </w:r>
      <w:r>
        <w:rPr>
          <w:b/>
          <w:i w:val="0"/>
          <w:smallCaps w:val="0"/>
          <w:strike w:val="0"/>
          <w:highlight w:val="cyan"/>
          <w:u w:val="single"/>
        </w:rPr>
        <w:t>are driving down costs</w:t>
      </w:r>
      <w:r>
        <w:rPr>
          <w:b w:val="0"/>
          <w:i w:val="0"/>
          <w:smallCaps w:val="0"/>
          <w:strike w:val="0"/>
          <w:u w:val="single"/>
        </w:rPr>
        <w:t xml:space="preserve"> and increasing the safety and reliability of space tourism</w:t>
      </w:r>
      <w:r>
        <w:rPr>
          <w:b w:val="0"/>
          <w:i w:val="0"/>
          <w:smallCaps w:val="0"/>
          <w:strike w:val="0"/>
          <w:u w:val="none"/>
        </w:rPr>
        <w:t>. In the near future, it is expected that space tourism will become a reality for individuals who seek unique and unforgettable experiences.</w:t>
      </w:r>
    </w:p>
    <w:p>
      <w:pPr>
        <w:spacing w:after="60"/>
      </w:pPr>
      <w:r>
        <w:rPr>
          <w:b w:val="0"/>
          <w:i w:val="0"/>
          <w:smallCaps w:val="0"/>
          <w:strike w:val="0"/>
          <w:sz w:val="12"/>
          <w:u w:val="none"/>
        </w:rPr>
        <w:t>International collaboration is crucial for the future of space exploration. Collaborative efforts between space agencies and international partners enable the sharing of resources, expertise, and costs. International cooperation promotes scientific discoveries, fosters peace and diplomacy, and accelerates progress in space exploration.</w:t>
      </w:r>
    </w:p>
    <w:p>
      <w:pPr>
        <w:spacing w:after="60"/>
      </w:pPr>
      <w:r>
        <w:rPr>
          <w:b w:val="0"/>
          <w:i w:val="0"/>
          <w:smallCaps w:val="0"/>
          <w:strike w:val="0"/>
          <w:sz w:val="14"/>
          <w:u w:val="none"/>
        </w:rPr>
        <w:t>However, there are significant challenges that need to be addressed. Safety is a paramount concern in space travel, and ensuring the safety of astronauts and space tourists remains a top priority. Regulatory frameworks need to be established and updated to address the evolving nature of space activities</w:t>
      </w:r>
      <w:r>
        <w:rPr>
          <w:b w:val="0"/>
          <w:i w:val="0"/>
          <w:smallCaps w:val="0"/>
          <w:strike w:val="0"/>
          <w:sz w:val="12"/>
          <w:u w:val="none"/>
        </w:rPr>
        <w:t>. Sustainability in space travel, including the management of space debris and the preservation of celestial bodies, is also a challenge that requires international cooperation and innovative solutions.</w:t>
      </w:r>
    </w:p>
    <w:p>
      <w:pPr>
        <w:spacing w:after="60"/>
      </w:pPr>
      <w:r>
        <w:rPr>
          <w:b w:val="0"/>
          <w:i w:val="0"/>
          <w:smallCaps w:val="0"/>
          <w:strike w:val="0"/>
          <w:sz w:val="14"/>
          <w:u w:val="none"/>
        </w:rPr>
        <w:t>Conclusion</w:t>
      </w:r>
    </w:p>
    <w:p>
      <w:pPr>
        <w:spacing w:after="60"/>
      </w:pPr>
      <w:r>
        <w:rPr>
          <w:b/>
          <w:i w:val="0"/>
          <w:smallCaps w:val="0"/>
          <w:strike w:val="0"/>
          <w:highlight w:val="cyan"/>
          <w:u w:val="single"/>
        </w:rPr>
        <w:t>Breakthroughs</w:t>
      </w:r>
      <w:r>
        <w:rPr>
          <w:b w:val="0"/>
          <w:i w:val="0"/>
          <w:smallCaps w:val="0"/>
          <w:strike w:val="0"/>
          <w:u w:val="single"/>
        </w:rPr>
        <w:t xml:space="preserve"> in technology </w:t>
      </w:r>
      <w:r>
        <w:rPr>
          <w:b w:val="0"/>
          <w:i w:val="0"/>
          <w:smallCaps w:val="0"/>
          <w:strike w:val="0"/>
          <w:highlight w:val="cyan"/>
          <w:u w:val="single"/>
        </w:rPr>
        <w:t>are revolutionizing space travel</w:t>
      </w:r>
      <w:r>
        <w:rPr>
          <w:b w:val="0"/>
          <w:i w:val="0"/>
          <w:smallCaps w:val="0"/>
          <w:strike w:val="0"/>
          <w:u w:val="single"/>
        </w:rPr>
        <w:t xml:space="preserve"> and expanding our understanding of the universe</w:t>
      </w:r>
      <w:r>
        <w:rPr>
          <w:b w:val="0"/>
          <w:i w:val="0"/>
          <w:smallCaps w:val="0"/>
          <w:strike w:val="0"/>
          <w:u w:val="none"/>
        </w:rPr>
        <w:t xml:space="preserve">. </w:t>
      </w:r>
      <w:r>
        <w:rPr>
          <w:b w:val="0"/>
          <w:i w:val="0"/>
          <w:smallCaps w:val="0"/>
          <w:strike w:val="0"/>
          <w:sz w:val="16"/>
          <w:u w:val="none"/>
        </w:rPr>
        <w:t>Reusable rocket technology, advanced propulsion systems, in-situ resource utilization, the small satellite revolution, and artificial intelligence are driving this transformation. These advancements are making space travel more accessible, cost-effective, and sustainable.</w:t>
      </w:r>
    </w:p>
    <w:p>
      <w:pPr>
        <w:spacing w:after="60"/>
      </w:pPr>
      <w:r>
        <w:rPr>
          <w:b w:val="0"/>
          <w:i w:val="0"/>
          <w:smallCaps w:val="0"/>
          <w:strike w:val="0"/>
          <w:sz w:val="14"/>
          <w:u w:val="none"/>
        </w:rPr>
        <w:t>As we look to the future, interplanetary missions, space tourism, and increased international collaboration hold immense promise. However, challenges related to safety, regulatory frameworks, and sustainability need to be addressed to ensure the responsible exploration and utilization of space.</w:t>
      </w:r>
    </w:p>
    <w:p>
      <w:pPr>
        <w:spacing w:after="60"/>
      </w:pPr>
      <w:r>
        <w:rPr>
          <w:b w:val="0"/>
          <w:i w:val="0"/>
          <w:smallCaps w:val="0"/>
          <w:strike w:val="0"/>
          <w:u w:val="single"/>
        </w:rPr>
        <w:t>The</w:t>
      </w:r>
      <w:r>
        <w:rPr>
          <w:b w:val="0"/>
          <w:i w:val="0"/>
          <w:smallCaps w:val="0"/>
          <w:strike w:val="0"/>
          <w:u w:val="single"/>
        </w:rPr>
        <w:t xml:space="preserve"> continued </w:t>
      </w:r>
      <w:r>
        <w:rPr>
          <w:b w:val="0"/>
          <w:i w:val="0"/>
          <w:smallCaps w:val="0"/>
          <w:strike w:val="0"/>
          <w:u w:val="single"/>
        </w:rPr>
        <w:t xml:space="preserve">evolution of </w:t>
      </w:r>
      <w:r>
        <w:rPr>
          <w:b/>
          <w:i w:val="0"/>
          <w:smallCaps w:val="0"/>
          <w:strike w:val="0"/>
          <w:highlight w:val="cyan"/>
          <w:u w:val="single"/>
        </w:rPr>
        <w:t>tech</w:t>
      </w:r>
      <w:r>
        <w:rPr>
          <w:b w:val="0"/>
          <w:i w:val="0"/>
          <w:smallCaps w:val="0"/>
          <w:strike w:val="0"/>
          <w:u w:val="single"/>
        </w:rPr>
        <w:t>nology</w:t>
      </w:r>
      <w:r>
        <w:rPr>
          <w:b w:val="0"/>
          <w:i w:val="0"/>
          <w:smallCaps w:val="0"/>
          <w:strike w:val="0"/>
          <w:sz w:val="14"/>
          <w:u w:val="none"/>
        </w:rPr>
        <w:t xml:space="preserve"> and ongoing research and development </w:t>
      </w:r>
      <w:r>
        <w:rPr>
          <w:b w:val="0"/>
          <w:i w:val="0"/>
          <w:smallCaps w:val="0"/>
          <w:strike w:val="0"/>
          <w:u w:val="single"/>
        </w:rPr>
        <w:t xml:space="preserve">efforts </w:t>
      </w:r>
      <w:r>
        <w:rPr>
          <w:b/>
          <w:i w:val="0"/>
          <w:smallCaps w:val="0"/>
          <w:strike w:val="0"/>
          <w:highlight w:val="cyan"/>
          <w:u w:val="single"/>
        </w:rPr>
        <w:t>will shape</w:t>
      </w:r>
      <w:r>
        <w:rPr>
          <w:b w:val="0"/>
          <w:i w:val="0"/>
          <w:smallCaps w:val="0"/>
          <w:strike w:val="0"/>
          <w:u w:val="single"/>
        </w:rPr>
        <w:t xml:space="preserve"> the future of </w:t>
      </w:r>
      <w:r>
        <w:rPr>
          <w:b w:val="0"/>
          <w:i w:val="0"/>
          <w:smallCaps w:val="0"/>
          <w:strike w:val="0"/>
          <w:highlight w:val="cyan"/>
          <w:u w:val="single"/>
        </w:rPr>
        <w:t xml:space="preserve">space exploration, enabling humanity to reach </w:t>
      </w:r>
      <w:r>
        <w:rPr>
          <w:b/>
          <w:i w:val="0"/>
          <w:smallCaps w:val="0"/>
          <w:strike w:val="0"/>
          <w:highlight w:val="cyan"/>
          <w:u w:val="single"/>
        </w:rPr>
        <w:t>new frontiers</w:t>
      </w:r>
      <w:r>
        <w:rPr>
          <w:b w:val="0"/>
          <w:i w:val="0"/>
          <w:smallCaps w:val="0"/>
          <w:strike w:val="0"/>
          <w:u w:val="none"/>
        </w:rPr>
        <w:t xml:space="preserve"> </w:t>
      </w:r>
      <w:r>
        <w:rPr>
          <w:b w:val="0"/>
          <w:i w:val="0"/>
          <w:smallCaps w:val="0"/>
          <w:strike w:val="0"/>
          <w:sz w:val="14"/>
          <w:u w:val="none"/>
        </w:rPr>
        <w:t>and unravel the mysteries of the cosmos.</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