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2. Aliens will be </w:t>
      </w:r>
      <w:r>
        <w:rPr>
          <w:b/>
          <w:i w:val="0"/>
          <w:smallCaps w:val="0"/>
          <w:strike w:val="0"/>
          <w:sz w:val="26"/>
          <w:u w:val="single"/>
        </w:rPr>
        <w:t>peaceful</w:t>
      </w:r>
      <w:r>
        <w:rPr>
          <w:b/>
          <w:i w:val="0"/>
          <w:smallCaps w:val="0"/>
          <w:strike w:val="0"/>
          <w:sz w:val="26"/>
          <w:u w:val="none"/>
        </w:rPr>
        <w:t>.</w:t>
      </w:r>
    </w:p>
    <w:p>
      <w:pPr>
        <w:spacing w:after="80"/>
      </w:pPr>
      <w:r>
        <w:rPr>
          <w:b w:val="0"/>
          <w:i w:val="0"/>
          <w:smallCaps w:val="0"/>
          <w:strike w:val="0"/>
          <w:u w:val="none"/>
        </w:rPr>
        <w:t xml:space="preserve">Dr. </w:t>
      </w:r>
      <w:r>
        <w:rPr>
          <w:b w:val="0"/>
          <w:i w:val="0"/>
          <w:smallCaps w:val="0"/>
          <w:strike w:val="0"/>
          <w:u w:val="none"/>
        </w:rPr>
        <w:t xml:space="preserve">Avi </w:t>
      </w:r>
      <w:r>
        <w:rPr>
          <w:b/>
          <w:i w:val="0"/>
          <w:smallCaps w:val="0"/>
          <w:strike w:val="0"/>
          <w:sz w:val="26"/>
          <w:u w:val="none"/>
        </w:rPr>
        <w:t>Loeb 23</w:t>
      </w:r>
      <w:r>
        <w:rPr>
          <w:b w:val="0"/>
          <w:i w:val="0"/>
          <w:smallCaps w:val="0"/>
          <w:strike w:val="0"/>
          <w:u w:val="none"/>
        </w:rPr>
        <w:t xml:space="preserve">, </w:t>
      </w:r>
      <w:r>
        <w:rPr>
          <w:b w:val="0"/>
          <w:i w:val="0"/>
          <w:smallCaps w:val="0"/>
          <w:strike w:val="0"/>
          <w:u w:val="none"/>
        </w:rPr>
        <w:t>Theoretical Physicist, Ph.D. in Plasma Physics, M</w:t>
      </w:r>
      <w:r>
        <w:rPr>
          <w:b w:val="0"/>
          <w:i w:val="0"/>
          <w:smallCaps w:val="0"/>
          <w:strike w:val="0"/>
          <w:u w:val="none"/>
        </w:rPr>
        <w:t>ember at the Institute for Advanced Study in Princeton</w:t>
      </w:r>
      <w:r>
        <w:rPr>
          <w:b w:val="0"/>
          <w:i w:val="0"/>
          <w:smallCaps w:val="0"/>
          <w:strike w:val="0"/>
          <w:u w:val="none"/>
        </w:rPr>
        <w:t xml:space="preserve">, Professor of Science at Harvard, </w:t>
      </w:r>
      <w:r>
        <w:rPr>
          <w:b w:val="0"/>
          <w:i w:val="0"/>
          <w:smallCaps w:val="0"/>
          <w:strike w:val="0"/>
          <w:u w:val="none"/>
        </w:rPr>
        <w:t>4</w:t>
      </w:r>
      <w:r>
        <w:rPr>
          <w:b w:val="0"/>
          <w:i w:val="0"/>
          <w:smallCaps w:val="0"/>
          <w:strike w:val="0"/>
          <w:u w:val="none"/>
        </w:rPr>
        <w:t>/</w:t>
      </w:r>
      <w:r>
        <w:rPr>
          <w:b w:val="0"/>
          <w:i w:val="0"/>
          <w:smallCaps w:val="0"/>
          <w:strike w:val="0"/>
          <w:u w:val="none"/>
        </w:rPr>
        <w:t>11</w:t>
      </w:r>
      <w:r>
        <w:rPr>
          <w:b w:val="0"/>
          <w:i w:val="0"/>
          <w:smallCaps w:val="0"/>
          <w:strike w:val="0"/>
          <w:u w:val="none"/>
        </w:rPr>
        <w:t>/</w:t>
      </w:r>
      <w:r>
        <w:rPr>
          <w:b w:val="0"/>
          <w:i w:val="0"/>
          <w:smallCaps w:val="0"/>
          <w:strike w:val="0"/>
          <w:u w:val="none"/>
        </w:rPr>
        <w:t xml:space="preserve">2023, "Discovering Extraterrestrials Offers Benefits, Not An Existential Risk," </w:t>
      </w:r>
      <w:r>
        <w:rPr>
          <w:b w:val="0"/>
          <w:i w:val="0"/>
          <w:smallCaps w:val="0"/>
          <w:strike w:val="0"/>
          <w:u w:val="none"/>
        </w:rPr>
        <w:t>https://thedebrief.org/discovering-extraterrestrials-offers-benefits-not-an-existential-risk/</w:t>
      </w:r>
    </w:p>
    <w:p>
      <w:pPr>
        <w:spacing w:after="60"/>
      </w:pPr>
      <w:r>
        <w:rPr>
          <w:b w:val="0"/>
          <w:i w:val="0"/>
          <w:smallCaps w:val="0"/>
          <w:strike w:val="0"/>
          <w:sz w:val="22"/>
          <w:u w:val="single"/>
        </w:rPr>
        <w:t>First, our</w:t>
      </w:r>
      <w:r>
        <w:rPr>
          <w:b w:val="0"/>
          <w:i w:val="0"/>
          <w:smallCaps w:val="0"/>
          <w:strike w:val="0"/>
          <w:sz w:val="14"/>
          <w:u w:val="none"/>
        </w:rPr>
        <w:t xml:space="preserve"> modern </w:t>
      </w:r>
      <w:r>
        <w:rPr>
          <w:b/>
          <w:i w:val="0"/>
          <w:smallCaps w:val="0"/>
          <w:strike w:val="0"/>
          <w:sz w:val="22"/>
          <w:u w:val="single"/>
        </w:rPr>
        <w:t>science</w:t>
      </w:r>
      <w:r>
        <w:rPr>
          <w:b w:val="0"/>
          <w:i w:val="0"/>
          <w:smallCaps w:val="0"/>
          <w:strike w:val="0"/>
          <w:sz w:val="14"/>
          <w:u w:val="none"/>
        </w:rPr>
        <w:t xml:space="preserve"> and technology </w:t>
      </w:r>
      <w:r>
        <w:rPr>
          <w:b w:val="0"/>
          <w:i w:val="0"/>
          <w:smallCaps w:val="0"/>
          <w:strike w:val="0"/>
          <w:sz w:val="22"/>
          <w:u w:val="single"/>
        </w:rPr>
        <w:t xml:space="preserve">are only a </w:t>
      </w:r>
      <w:r>
        <w:rPr>
          <w:b/>
          <w:i w:val="0"/>
          <w:smallCaps w:val="0"/>
          <w:strike w:val="0"/>
          <w:sz w:val="22"/>
          <w:u w:val="single"/>
        </w:rPr>
        <w:t>century</w:t>
      </w:r>
      <w:r>
        <w:rPr>
          <w:b w:val="0"/>
          <w:i w:val="0"/>
          <w:smallCaps w:val="0"/>
          <w:strike w:val="0"/>
          <w:sz w:val="22"/>
          <w:u w:val="single"/>
        </w:rPr>
        <w:t xml:space="preserve"> old</w:t>
      </w:r>
      <w:r>
        <w:rPr>
          <w:b w:val="0"/>
          <w:i w:val="0"/>
          <w:smallCaps w:val="0"/>
          <w:strike w:val="0"/>
          <w:sz w:val="14"/>
          <w:u w:val="none"/>
        </w:rPr>
        <w:t xml:space="preserve">. The basic principles of Quantum Mechanics, which establish the foundation for our electronic devices, computer technology, and artificial intelligence (AI), were discovered merely a century ago. </w:t>
      </w:r>
      <w:r>
        <w:rPr>
          <w:b w:val="0"/>
          <w:i w:val="0"/>
          <w:smallCaps w:val="0"/>
          <w:strike w:val="0"/>
          <w:sz w:val="22"/>
          <w:u w:val="single"/>
        </w:rPr>
        <w:t xml:space="preserve">This period represents merely one part in a </w:t>
      </w:r>
      <w:r>
        <w:rPr>
          <w:b/>
          <w:i w:val="0"/>
          <w:smallCaps w:val="0"/>
          <w:strike w:val="0"/>
          <w:sz w:val="22"/>
          <w:u w:val="single"/>
        </w:rPr>
        <w:t>hundred million</w:t>
      </w:r>
      <w:r>
        <w:rPr>
          <w:b w:val="0"/>
          <w:i w:val="0"/>
          <w:smallCaps w:val="0"/>
          <w:strike w:val="0"/>
          <w:sz w:val="22"/>
          <w:u w:val="single"/>
        </w:rPr>
        <w:t xml:space="preserve"> of the typical age</w:t>
      </w:r>
      <w:r>
        <w:rPr>
          <w:b w:val="0"/>
          <w:i w:val="0"/>
          <w:smallCaps w:val="0"/>
          <w:strike w:val="0"/>
          <w:sz w:val="14"/>
          <w:u w:val="none"/>
        </w:rPr>
        <w:t xml:space="preserve"> of habitable exoplanets in the Milky Way galaxy.</w:t>
      </w:r>
    </w:p>
    <w:p>
      <w:pPr>
        <w:spacing w:after="60"/>
      </w:pPr>
      <w:r>
        <w:rPr>
          <w:b w:val="0"/>
          <w:i w:val="0"/>
          <w:smallCaps w:val="0"/>
          <w:strike w:val="0"/>
          <w:sz w:val="22"/>
          <w:highlight w:val="cyan"/>
          <w:u w:val="single"/>
        </w:rPr>
        <w:t xml:space="preserve">Other </w:t>
      </w:r>
      <w:r>
        <w:rPr>
          <w:b/>
          <w:i w:val="0"/>
          <w:smallCaps w:val="0"/>
          <w:strike w:val="0"/>
          <w:sz w:val="22"/>
          <w:highlight w:val="cyan"/>
          <w:u w:val="single"/>
        </w:rPr>
        <w:t>civilizations</w:t>
      </w:r>
      <w:r>
        <w:rPr>
          <w:b w:val="0"/>
          <w:i w:val="0"/>
          <w:smallCaps w:val="0"/>
          <w:strike w:val="0"/>
          <w:sz w:val="22"/>
          <w:u w:val="single"/>
        </w:rPr>
        <w:t xml:space="preserve"> are </w:t>
      </w:r>
      <w:r>
        <w:rPr>
          <w:b w:val="0"/>
          <w:i w:val="0"/>
          <w:smallCaps w:val="0"/>
          <w:strike w:val="0"/>
          <w:sz w:val="22"/>
          <w:highlight w:val="cyan"/>
          <w:u w:val="single"/>
        </w:rPr>
        <w:t>unlikely to be</w:t>
      </w:r>
      <w:r>
        <w:rPr>
          <w:b w:val="0"/>
          <w:i w:val="0"/>
          <w:smallCaps w:val="0"/>
          <w:strike w:val="0"/>
          <w:sz w:val="22"/>
          <w:u w:val="single"/>
        </w:rPr>
        <w:t xml:space="preserve"> </w:t>
      </w:r>
      <w:r>
        <w:rPr>
          <w:b/>
          <w:i w:val="0"/>
          <w:smallCaps w:val="0"/>
          <w:strike w:val="0"/>
          <w:sz w:val="22"/>
          <w:u w:val="single"/>
        </w:rPr>
        <w:t>synchronized</w:t>
      </w:r>
      <w:r>
        <w:rPr>
          <w:b w:val="0"/>
          <w:i w:val="0"/>
          <w:smallCaps w:val="0"/>
          <w:strike w:val="0"/>
          <w:sz w:val="22"/>
          <w:u w:val="single"/>
        </w:rPr>
        <w:t xml:space="preserve"> to</w:t>
      </w:r>
      <w:r>
        <w:rPr>
          <w:b w:val="0"/>
          <w:i w:val="0"/>
          <w:smallCaps w:val="0"/>
          <w:strike w:val="0"/>
          <w:sz w:val="14"/>
          <w:u w:val="none"/>
        </w:rPr>
        <w:t xml:space="preserve"> the </w:t>
      </w:r>
      <w:r>
        <w:rPr>
          <w:b/>
          <w:i w:val="0"/>
          <w:smallCaps w:val="0"/>
          <w:strike w:val="0"/>
          <w:sz w:val="22"/>
          <w:u w:val="single"/>
        </w:rPr>
        <w:t>precision</w:t>
      </w:r>
      <w:r>
        <w:rPr>
          <w:b w:val="0"/>
          <w:i w:val="0"/>
          <w:smallCaps w:val="0"/>
          <w:strike w:val="0"/>
          <w:sz w:val="22"/>
          <w:u w:val="single"/>
        </w:rPr>
        <w:t xml:space="preserve"> of a </w:t>
      </w:r>
      <w:r>
        <w:rPr>
          <w:b/>
          <w:i w:val="0"/>
          <w:smallCaps w:val="0"/>
          <w:strike w:val="0"/>
          <w:sz w:val="22"/>
          <w:u w:val="single"/>
        </w:rPr>
        <w:t>century</w:t>
      </w:r>
      <w:r>
        <w:rPr>
          <w:b w:val="0"/>
          <w:i w:val="0"/>
          <w:smallCaps w:val="0"/>
          <w:strike w:val="0"/>
          <w:sz w:val="14"/>
          <w:u w:val="none"/>
        </w:rPr>
        <w:t xml:space="preserve"> with our phase of technological development because their stars formed billions of years before the Sun. </w:t>
      </w:r>
      <w:r>
        <w:rPr>
          <w:b w:val="0"/>
          <w:i w:val="0"/>
          <w:smallCaps w:val="0"/>
          <w:strike w:val="0"/>
          <w:sz w:val="22"/>
          <w:u w:val="single"/>
        </w:rPr>
        <w:t xml:space="preserve">If they were </w:t>
      </w:r>
      <w:r>
        <w:rPr>
          <w:b w:val="0"/>
          <w:i w:val="0"/>
          <w:smallCaps w:val="0"/>
          <w:strike w:val="0"/>
          <w:sz w:val="22"/>
          <w:highlight w:val="cyan"/>
          <w:u w:val="single"/>
        </w:rPr>
        <w:t>seeking</w:t>
      </w:r>
      <w:r>
        <w:rPr>
          <w:b w:val="0"/>
          <w:i w:val="0"/>
          <w:smallCaps w:val="0"/>
          <w:strike w:val="0"/>
          <w:sz w:val="22"/>
          <w:u w:val="single"/>
        </w:rPr>
        <w:t xml:space="preserve"> </w:t>
      </w:r>
      <w:r>
        <w:rPr>
          <w:b/>
          <w:i w:val="0"/>
          <w:smallCaps w:val="0"/>
          <w:strike w:val="0"/>
          <w:sz w:val="22"/>
          <w:u w:val="single"/>
        </w:rPr>
        <w:t xml:space="preserve">terrestrial </w:t>
      </w:r>
      <w:r>
        <w:rPr>
          <w:b/>
          <w:i w:val="0"/>
          <w:smallCaps w:val="0"/>
          <w:strike w:val="0"/>
          <w:sz w:val="22"/>
          <w:highlight w:val="cyan"/>
          <w:u w:val="single"/>
        </w:rPr>
        <w:t>resources</w:t>
      </w:r>
      <w:r>
        <w:rPr>
          <w:b w:val="0"/>
          <w:i w:val="0"/>
          <w:smallCaps w:val="0"/>
          <w:strike w:val="0"/>
          <w:sz w:val="22"/>
          <w:highlight w:val="cyan"/>
          <w:u w:val="single"/>
        </w:rPr>
        <w:t>, they would have reached Earth</w:t>
      </w:r>
      <w:r>
        <w:rPr>
          <w:b w:val="0"/>
          <w:i w:val="0"/>
          <w:smallCaps w:val="0"/>
          <w:strike w:val="0"/>
          <w:sz w:val="22"/>
          <w:u w:val="single"/>
        </w:rPr>
        <w:t xml:space="preserve"> long </w:t>
      </w:r>
      <w:r>
        <w:rPr>
          <w:b w:val="0"/>
          <w:i w:val="0"/>
          <w:smallCaps w:val="0"/>
          <w:strike w:val="0"/>
          <w:sz w:val="22"/>
          <w:highlight w:val="cyan"/>
          <w:u w:val="single"/>
        </w:rPr>
        <w:t>before we developed</w:t>
      </w:r>
      <w:r>
        <w:rPr>
          <w:b w:val="0"/>
          <w:i w:val="0"/>
          <w:smallCaps w:val="0"/>
          <w:strike w:val="0"/>
          <w:sz w:val="22"/>
          <w:u w:val="single"/>
        </w:rPr>
        <w:t xml:space="preserve"> our </w:t>
      </w:r>
      <w:r>
        <w:rPr>
          <w:b/>
          <w:i w:val="0"/>
          <w:smallCaps w:val="0"/>
          <w:strike w:val="0"/>
          <w:sz w:val="22"/>
          <w:u w:val="single"/>
        </w:rPr>
        <w:t xml:space="preserve">modern </w:t>
      </w:r>
      <w:r>
        <w:rPr>
          <w:b/>
          <w:i w:val="0"/>
          <w:smallCaps w:val="0"/>
          <w:strike w:val="0"/>
          <w:sz w:val="22"/>
          <w:highlight w:val="cyan"/>
          <w:u w:val="single"/>
        </w:rPr>
        <w:t>science</w:t>
      </w:r>
      <w:r>
        <w:rPr>
          <w:b w:val="0"/>
          <w:i w:val="0"/>
          <w:smallCaps w:val="0"/>
          <w:strike w:val="0"/>
          <w:sz w:val="22"/>
          <w:u w:val="single"/>
        </w:rPr>
        <w:t>.</w:t>
      </w:r>
      <w:r>
        <w:rPr>
          <w:b w:val="0"/>
          <w:i w:val="0"/>
          <w:smallCaps w:val="0"/>
          <w:strike w:val="0"/>
          <w:sz w:val="14"/>
          <w:u w:val="none"/>
        </w:rPr>
        <w:t xml:space="preserve"> Moreover, we did not reach them as of yet, and so by reaching us first – they would demonstrate that they are farther along in their technological progress. </w:t>
      </w:r>
      <w:r>
        <w:rPr>
          <w:b w:val="0"/>
          <w:i w:val="0"/>
          <w:smallCaps w:val="0"/>
          <w:strike w:val="0"/>
          <w:sz w:val="22"/>
          <w:u w:val="single"/>
        </w:rPr>
        <w:t xml:space="preserve">From a </w:t>
      </w:r>
      <w:r>
        <w:rPr>
          <w:b/>
          <w:i w:val="0"/>
          <w:smallCaps w:val="0"/>
          <w:strike w:val="0"/>
          <w:sz w:val="22"/>
          <w:u w:val="single"/>
        </w:rPr>
        <w:t>cosmic perspective</w:t>
      </w:r>
      <w:r>
        <w:rPr>
          <w:b w:val="0"/>
          <w:i w:val="0"/>
          <w:smallCaps w:val="0"/>
          <w:strike w:val="0"/>
          <w:sz w:val="22"/>
          <w:u w:val="single"/>
        </w:rPr>
        <w:t xml:space="preserve">, </w:t>
      </w:r>
      <w:r>
        <w:rPr>
          <w:b w:val="0"/>
          <w:i w:val="0"/>
          <w:smallCaps w:val="0"/>
          <w:strike w:val="0"/>
          <w:sz w:val="22"/>
          <w:highlight w:val="cyan"/>
          <w:u w:val="single"/>
        </w:rPr>
        <w:t>they</w:t>
      </w:r>
      <w:r>
        <w:rPr>
          <w:b w:val="0"/>
          <w:i w:val="0"/>
          <w:smallCaps w:val="0"/>
          <w:strike w:val="0"/>
          <w:sz w:val="22"/>
          <w:u w:val="single"/>
        </w:rPr>
        <w:t xml:space="preserve"> are likely to have </w:t>
      </w:r>
      <w:r>
        <w:rPr>
          <w:b/>
          <w:i w:val="0"/>
          <w:smallCaps w:val="0"/>
          <w:strike w:val="0"/>
          <w:sz w:val="22"/>
          <w:highlight w:val="cyan"/>
          <w:u w:val="single"/>
        </w:rPr>
        <w:t>benefitted</w:t>
      </w:r>
      <w:r>
        <w:rPr>
          <w:b w:val="0"/>
          <w:i w:val="0"/>
          <w:smallCaps w:val="0"/>
          <w:strike w:val="0"/>
          <w:sz w:val="22"/>
          <w:highlight w:val="cyan"/>
          <w:u w:val="single"/>
        </w:rPr>
        <w:t xml:space="preserve"> from</w:t>
      </w:r>
      <w:r>
        <w:rPr>
          <w:b w:val="0"/>
          <w:i w:val="0"/>
          <w:smallCaps w:val="0"/>
          <w:strike w:val="0"/>
          <w:sz w:val="22"/>
          <w:u w:val="single"/>
        </w:rPr>
        <w:t xml:space="preserve"> </w:t>
      </w:r>
      <w:r>
        <w:rPr>
          <w:b w:val="0"/>
          <w:i w:val="0"/>
          <w:smallCaps w:val="0"/>
          <w:strike w:val="0"/>
          <w:sz w:val="14"/>
          <w:u w:val="none"/>
        </w:rPr>
        <w:t xml:space="preserve">thousands, millions or even </w:t>
      </w:r>
      <w:r>
        <w:rPr>
          <w:b/>
          <w:i w:val="0"/>
          <w:smallCaps w:val="0"/>
          <w:strike w:val="0"/>
          <w:sz w:val="22"/>
          <w:u w:val="single"/>
        </w:rPr>
        <w:t>billions</w:t>
      </w:r>
      <w:r>
        <w:rPr>
          <w:b w:val="0"/>
          <w:i w:val="0"/>
          <w:smallCaps w:val="0"/>
          <w:strike w:val="0"/>
          <w:sz w:val="22"/>
          <w:u w:val="single"/>
        </w:rPr>
        <w:t xml:space="preserve"> of </w:t>
      </w:r>
      <w:r>
        <w:rPr>
          <w:b/>
          <w:i w:val="0"/>
          <w:smallCaps w:val="0"/>
          <w:strike w:val="0"/>
          <w:sz w:val="22"/>
          <w:highlight w:val="cyan"/>
          <w:u w:val="single"/>
        </w:rPr>
        <w:t>years</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2"/>
          <w:u w:val="single"/>
        </w:rPr>
        <w:t xml:space="preserve">scientific </w:t>
      </w:r>
      <w:r>
        <w:rPr>
          <w:b/>
          <w:i w:val="0"/>
          <w:smallCaps w:val="0"/>
          <w:strike w:val="0"/>
          <w:sz w:val="22"/>
          <w:highlight w:val="cyan"/>
          <w:u w:val="single"/>
        </w:rPr>
        <w:t>progress</w:t>
      </w:r>
      <w:r>
        <w:rPr>
          <w:b w:val="0"/>
          <w:i w:val="0"/>
          <w:smallCaps w:val="0"/>
          <w:strike w:val="0"/>
          <w:sz w:val="14"/>
          <w:u w:val="none"/>
        </w:rPr>
        <w:t>. The slow spacecraft that they launched early on were overtaken and outnumbered by advanced probes that they manufactured subsequently.</w:t>
      </w:r>
    </w:p>
    <w:p>
      <w:pPr>
        <w:spacing w:after="60"/>
      </w:pPr>
      <w:r>
        <w:rPr>
          <w:b w:val="0"/>
          <w:i w:val="0"/>
          <w:smallCaps w:val="0"/>
          <w:strike w:val="0"/>
          <w:sz w:val="14"/>
          <w:u w:val="none"/>
        </w:rPr>
        <w:t xml:space="preserve">Given these cosmic circumstances, </w:t>
      </w:r>
      <w:r>
        <w:rPr>
          <w:b/>
          <w:i w:val="0"/>
          <w:smallCaps w:val="0"/>
          <w:strike w:val="0"/>
          <w:sz w:val="22"/>
          <w:u w:val="single"/>
        </w:rPr>
        <w:t xml:space="preserve">advanced </w:t>
      </w:r>
      <w:r>
        <w:rPr>
          <w:b/>
          <w:i w:val="0"/>
          <w:smallCaps w:val="0"/>
          <w:strike w:val="0"/>
          <w:sz w:val="22"/>
          <w:highlight w:val="cyan"/>
          <w:u w:val="single"/>
        </w:rPr>
        <w:t>extraterrestrials</w:t>
      </w:r>
      <w:r>
        <w:rPr>
          <w:b w:val="0"/>
          <w:i w:val="0"/>
          <w:smallCaps w:val="0"/>
          <w:strike w:val="0"/>
          <w:sz w:val="22"/>
          <w:highlight w:val="cyan"/>
          <w:u w:val="single"/>
        </w:rPr>
        <w:t xml:space="preserve"> would not be threatened</w:t>
      </w:r>
      <w:r>
        <w:rPr>
          <w:b w:val="0"/>
          <w:i w:val="0"/>
          <w:smallCaps w:val="0"/>
          <w:strike w:val="0"/>
          <w:sz w:val="14"/>
          <w:u w:val="none"/>
        </w:rPr>
        <w:t xml:space="preserve"> </w:t>
      </w:r>
      <w:r>
        <w:rPr>
          <w:b w:val="0"/>
          <w:i w:val="0"/>
          <w:smallCaps w:val="0"/>
          <w:strike w:val="0"/>
          <w:sz w:val="22"/>
          <w:u w:val="single"/>
        </w:rPr>
        <w:t>by our</w:t>
      </w:r>
      <w:r>
        <w:rPr>
          <w:b w:val="0"/>
          <w:i w:val="0"/>
          <w:smallCaps w:val="0"/>
          <w:strike w:val="0"/>
          <w:sz w:val="14"/>
          <w:u w:val="none"/>
        </w:rPr>
        <w:t xml:space="preserve"> current scientific </w:t>
      </w:r>
      <w:r>
        <w:rPr>
          <w:b/>
          <w:i w:val="0"/>
          <w:smallCaps w:val="0"/>
          <w:strike w:val="0"/>
          <w:sz w:val="22"/>
          <w:u w:val="single"/>
        </w:rPr>
        <w:t>knowledge</w:t>
      </w:r>
      <w:r>
        <w:rPr>
          <w:b w:val="0"/>
          <w:i w:val="0"/>
          <w:smallCaps w:val="0"/>
          <w:strike w:val="0"/>
          <w:sz w:val="14"/>
          <w:u w:val="none"/>
        </w:rPr>
        <w:t>. Our species would look as insignificant as an ant colony in the crack of a pavement appearing to the eyes of a fast biker.</w:t>
      </w:r>
    </w:p>
    <w:p>
      <w:pPr>
        <w:spacing w:after="60"/>
      </w:pPr>
      <w:r>
        <w:rPr>
          <w:b w:val="0"/>
          <w:i w:val="0"/>
          <w:smallCaps w:val="0"/>
          <w:strike w:val="0"/>
          <w:sz w:val="14"/>
          <w:u w:val="none"/>
        </w:rPr>
        <w:t xml:space="preserve">Since </w:t>
      </w:r>
      <w:r>
        <w:rPr>
          <w:b/>
          <w:i w:val="0"/>
          <w:smallCaps w:val="0"/>
          <w:strike w:val="0"/>
          <w:sz w:val="22"/>
          <w:u w:val="single"/>
        </w:rPr>
        <w:t>extraterrestrial technologies</w:t>
      </w:r>
      <w:r>
        <w:rPr>
          <w:b w:val="0"/>
          <w:i w:val="0"/>
          <w:smallCaps w:val="0"/>
          <w:strike w:val="0"/>
          <w:sz w:val="22"/>
          <w:u w:val="single"/>
        </w:rPr>
        <w:t xml:space="preserve"> will likely be far more </w:t>
      </w:r>
      <w:r>
        <w:rPr>
          <w:b/>
          <w:i w:val="0"/>
          <w:smallCaps w:val="0"/>
          <w:strike w:val="0"/>
          <w:sz w:val="22"/>
          <w:u w:val="single"/>
        </w:rPr>
        <w:t>advanced</w:t>
      </w:r>
      <w:r>
        <w:rPr>
          <w:b w:val="0"/>
          <w:i w:val="0"/>
          <w:smallCaps w:val="0"/>
          <w:strike w:val="0"/>
          <w:sz w:val="22"/>
          <w:u w:val="single"/>
        </w:rPr>
        <w:t xml:space="preserve">, we can </w:t>
      </w:r>
      <w:r>
        <w:rPr>
          <w:b/>
          <w:i w:val="0"/>
          <w:smallCaps w:val="0"/>
          <w:strike w:val="0"/>
          <w:sz w:val="22"/>
          <w:u w:val="single"/>
        </w:rPr>
        <w:t>benefit greatly</w:t>
      </w:r>
      <w:r>
        <w:rPr>
          <w:b w:val="0"/>
          <w:i w:val="0"/>
          <w:smallCaps w:val="0"/>
          <w:strike w:val="0"/>
          <w:sz w:val="22"/>
          <w:u w:val="single"/>
        </w:rPr>
        <w:t xml:space="preserve"> from </w:t>
      </w:r>
      <w:r>
        <w:rPr>
          <w:b/>
          <w:i w:val="0"/>
          <w:smallCaps w:val="0"/>
          <w:strike w:val="0"/>
          <w:sz w:val="22"/>
          <w:u w:val="single"/>
        </w:rPr>
        <w:t>encountering</w:t>
      </w:r>
      <w:r>
        <w:rPr>
          <w:b w:val="0"/>
          <w:i w:val="0"/>
          <w:smallCaps w:val="0"/>
          <w:strike w:val="0"/>
          <w:sz w:val="22"/>
          <w:u w:val="single"/>
        </w:rPr>
        <w:t xml:space="preserve"> them</w:t>
      </w:r>
      <w:r>
        <w:rPr>
          <w:b w:val="0"/>
          <w:i w:val="0"/>
          <w:smallCaps w:val="0"/>
          <w:strike w:val="0"/>
          <w:sz w:val="14"/>
          <w:u w:val="none"/>
        </w:rPr>
        <w:t>. For that reason, we must proactively search for technological probes near Earth as a learning opportunity about our cosmic neighbors. This is the rationale behind the Galileo Project that I lead. The Project’s team assembled a new observatory on Harvard University property, which is already providing fresh data that AI software is analyzing in search of extraterrestrial technological objects near Earth.  We also plan an expedition to study the composition of the fragments left over from the first interstellar meteor, IM1, which was tougher than all other meteors in the CNEOS catalog of NASA, including those made of iron.</w:t>
      </w:r>
    </w:p>
    <w:p>
      <w:pPr>
        <w:spacing w:after="60"/>
      </w:pPr>
      <w:r>
        <w:rPr>
          <w:b w:val="0"/>
          <w:i w:val="0"/>
          <w:smallCaps w:val="0"/>
          <w:strike w:val="0"/>
          <w:sz w:val="14"/>
          <w:u w:val="none"/>
        </w:rPr>
        <w:t>An encounter with a superior form of extraterrestrial technology would offer humanity the opportunity to acquire new scientific knowledge that goes beyond what we had learned over the past century. It would also provide us with a glimpse at our own technological future, offering a quantum leap if we will be wise enough to import its innovative content into our terrestrial life. By using our own AI systems to interpret extraterrestrial AI probes, entrepreneurs could manufacture new products in our future economy. At the very least, our own AI systems may learn how to imitate extraterrestrial AI astronauts, giving the traditional “imitation game” of Alan Turing a new meaning. The discovery of interstellar visitors may also inspire new aspirations of humans for interstellar space travel.</w:t>
      </w:r>
    </w:p>
    <w:p>
      <w:pPr>
        <w:spacing w:after="60"/>
      </w:pPr>
      <w:r>
        <w:rPr>
          <w:b w:val="0"/>
          <w:i w:val="0"/>
          <w:smallCaps w:val="0"/>
          <w:strike w:val="0"/>
          <w:sz w:val="14"/>
          <w:u w:val="none"/>
        </w:rPr>
        <w:t>Second, my take on `</w:t>
      </w:r>
      <w:r>
        <w:rPr>
          <w:b/>
          <w:i w:val="0"/>
          <w:smallCaps w:val="0"/>
          <w:strike w:val="0"/>
          <w:sz w:val="22"/>
          <w:highlight w:val="cyan"/>
          <w:u w:val="single"/>
        </w:rPr>
        <w:t>survival</w:t>
      </w:r>
      <w:r>
        <w:rPr>
          <w:b/>
          <w:i w:val="0"/>
          <w:smallCaps w:val="0"/>
          <w:strike w:val="0"/>
          <w:sz w:val="22"/>
          <w:u w:val="single"/>
        </w:rPr>
        <w:t xml:space="preserve"> of the fittest’</w:t>
      </w:r>
      <w:r>
        <w:rPr>
          <w:b w:val="0"/>
          <w:i w:val="0"/>
          <w:smallCaps w:val="0"/>
          <w:strike w:val="0"/>
          <w:sz w:val="14"/>
          <w:u w:val="none"/>
        </w:rPr>
        <w:t xml:space="preserve"> in interstellar space </w:t>
      </w:r>
      <w:r>
        <w:rPr>
          <w:b w:val="0"/>
          <w:i w:val="0"/>
          <w:smallCaps w:val="0"/>
          <w:strike w:val="0"/>
          <w:sz w:val="22"/>
          <w:highlight w:val="cyan"/>
          <w:u w:val="single"/>
        </w:rPr>
        <w:t>favors</w:t>
      </w:r>
      <w:r>
        <w:rPr>
          <w:b w:val="0"/>
          <w:i w:val="0"/>
          <w:smallCaps w:val="0"/>
          <w:strike w:val="0"/>
          <w:sz w:val="22"/>
          <w:u w:val="single"/>
        </w:rPr>
        <w:t xml:space="preserve"> a </w:t>
      </w:r>
      <w:r>
        <w:rPr>
          <w:b/>
          <w:i w:val="0"/>
          <w:smallCaps w:val="0"/>
          <w:strike w:val="0"/>
          <w:sz w:val="22"/>
          <w:u w:val="single"/>
        </w:rPr>
        <w:t>wise</w:t>
      </w:r>
      <w:r>
        <w:rPr>
          <w:b w:val="0"/>
          <w:i w:val="0"/>
          <w:smallCaps w:val="0"/>
          <w:strike w:val="0"/>
          <w:sz w:val="22"/>
          <w:u w:val="single"/>
        </w:rPr>
        <w:t xml:space="preserve">, </w:t>
      </w:r>
      <w:r>
        <w:rPr>
          <w:b/>
          <w:i w:val="0"/>
          <w:smallCaps w:val="0"/>
          <w:strike w:val="0"/>
          <w:sz w:val="22"/>
          <w:highlight w:val="cyan"/>
          <w:u w:val="single"/>
        </w:rPr>
        <w:t>peace-seeking</w:t>
      </w:r>
      <w:r>
        <w:rPr>
          <w:b w:val="0"/>
          <w:i w:val="0"/>
          <w:smallCaps w:val="0"/>
          <w:strike w:val="0"/>
          <w:sz w:val="22"/>
          <w:u w:val="single"/>
        </w:rPr>
        <w:t xml:space="preserve">, </w:t>
      </w:r>
      <w:r>
        <w:rPr>
          <w:b/>
          <w:i w:val="0"/>
          <w:smallCaps w:val="0"/>
          <w:strike w:val="0"/>
          <w:sz w:val="22"/>
          <w:u w:val="single"/>
        </w:rPr>
        <w:t>space-exploring</w:t>
      </w:r>
      <w:r>
        <w:rPr>
          <w:b w:val="0"/>
          <w:i w:val="0"/>
          <w:smallCaps w:val="0"/>
          <w:strike w:val="0"/>
          <w:sz w:val="22"/>
          <w:u w:val="single"/>
        </w:rPr>
        <w:t xml:space="preserve"> </w:t>
      </w:r>
      <w:r>
        <w:rPr>
          <w:b w:val="0"/>
          <w:i w:val="0"/>
          <w:smallCaps w:val="0"/>
          <w:strike w:val="0"/>
          <w:sz w:val="22"/>
          <w:highlight w:val="cyan"/>
          <w:u w:val="single"/>
        </w:rPr>
        <w:t xml:space="preserve">species, because </w:t>
      </w:r>
      <w:r>
        <w:rPr>
          <w:b/>
          <w:i w:val="0"/>
          <w:smallCaps w:val="0"/>
          <w:strike w:val="0"/>
          <w:sz w:val="22"/>
          <w:highlight w:val="cyan"/>
          <w:u w:val="single"/>
        </w:rPr>
        <w:t>aggressive</w:t>
      </w:r>
      <w:r>
        <w:rPr>
          <w:b w:val="0"/>
          <w:i w:val="0"/>
          <w:smallCaps w:val="0"/>
          <w:strike w:val="0"/>
          <w:sz w:val="14"/>
          <w:u w:val="none"/>
        </w:rPr>
        <w:t xml:space="preserve"> or militaristic </w:t>
      </w:r>
      <w:r>
        <w:rPr>
          <w:b/>
          <w:i w:val="0"/>
          <w:smallCaps w:val="0"/>
          <w:strike w:val="0"/>
          <w:sz w:val="22"/>
          <w:highlight w:val="cyan"/>
          <w:u w:val="single"/>
        </w:rPr>
        <w:t>versions</w:t>
      </w:r>
      <w:r>
        <w:rPr>
          <w:b w:val="0"/>
          <w:i w:val="0"/>
          <w:smallCaps w:val="0"/>
          <w:strike w:val="0"/>
          <w:sz w:val="22"/>
          <w:highlight w:val="cyan"/>
          <w:u w:val="single"/>
        </w:rPr>
        <w:t xml:space="preserve"> are likely to get bruised</w:t>
      </w:r>
      <w:r>
        <w:rPr>
          <w:b w:val="0"/>
          <w:i w:val="0"/>
          <w:smallCaps w:val="0"/>
          <w:strike w:val="0"/>
          <w:sz w:val="22"/>
          <w:u w:val="single"/>
        </w:rPr>
        <w:t xml:space="preserve"> by conflicts</w:t>
      </w:r>
      <w:r>
        <w:rPr>
          <w:b w:val="0"/>
          <w:i w:val="0"/>
          <w:smallCaps w:val="0"/>
          <w:strike w:val="0"/>
          <w:sz w:val="14"/>
          <w:u w:val="none"/>
        </w:rPr>
        <w:t xml:space="preserve"> and therefore have a shorter lifespan.</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