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Space col causes hostile alien contact</w:t>
      </w:r>
    </w:p>
    <w:p>
      <w:pPr>
        <w:spacing w:after="80"/>
      </w:pPr>
      <w:r>
        <w:rPr>
          <w:b w:val="0"/>
          <w:i w:val="0"/>
          <w:smallCaps w:val="0"/>
          <w:strike w:val="0"/>
          <w:u w:val="none"/>
        </w:rPr>
        <w:t xml:space="preserve">Tom </w:t>
      </w:r>
      <w:r>
        <w:rPr>
          <w:b/>
          <w:i w:val="0"/>
          <w:smallCaps w:val="0"/>
          <w:strike w:val="0"/>
          <w:sz w:val="26"/>
          <w:u w:val="none"/>
        </w:rPr>
        <w:t>Lombardo 5</w:t>
      </w:r>
      <w:r>
        <w:rPr>
          <w:b w:val="0"/>
          <w:i w:val="0"/>
          <w:smallCaps w:val="0"/>
          <w:strike w:val="0"/>
          <w:u w:val="none"/>
        </w:rPr>
        <w:t>, Founder and Executive Director of the Center for Future Consciousness, “Space Exploration and Cosmic Evolution,” 09/07/05, https://www.centerforfutureconsciousness.com/pdf_files/Readings/ReadingSpaceExploration.pdf</w:t>
      </w:r>
    </w:p>
    <w:p>
      <w:pPr>
        <w:spacing w:after="60"/>
      </w:pPr>
      <w:r>
        <w:rPr>
          <w:b w:val="0"/>
          <w:i w:val="0"/>
          <w:smallCaps w:val="0"/>
          <w:strike w:val="0"/>
          <w:sz w:val="16"/>
          <w:u w:val="none"/>
        </w:rPr>
        <w:t xml:space="preserve">It is clear why traveling into outer space holds such great appeal and captures the imagination of humanity. It is the adventure of humanity into the cosmos, the journey into the mysteries of the universe. It offers the possibility of exploring a myriad of other worlds. Through space travel and colonization, humanity and life will spread through the universe and potentially diversify and multiply in mind-spinning ways. The further growth of science, technology, and civilization to depths and heights that would dwarf our present human reality are also part of the potential saga of space exploration. As we imagine the incredible expanse of the universe, there to be explored and settled, the future and the time needed to accomplish this immense and variegated journey stretches outward into thousands, millions, and even billions of years. </w:t>
      </w:r>
      <w:r>
        <w:rPr>
          <w:b w:val="0"/>
          <w:i w:val="0"/>
          <w:smallCaps w:val="0"/>
          <w:strike w:val="0"/>
          <w:sz w:val="22"/>
          <w:highlight w:val="cyan"/>
          <w:u w:val="single"/>
        </w:rPr>
        <w:t>Space travel</w:t>
      </w:r>
      <w:r>
        <w:rPr>
          <w:b w:val="0"/>
          <w:i w:val="0"/>
          <w:smallCaps w:val="0"/>
          <w:strike w:val="0"/>
          <w:sz w:val="16"/>
          <w:u w:val="none"/>
        </w:rPr>
        <w:t xml:space="preserve"> also </w:t>
      </w:r>
      <w:r>
        <w:rPr>
          <w:b w:val="0"/>
          <w:i w:val="0"/>
          <w:smallCaps w:val="0"/>
          <w:strike w:val="0"/>
          <w:sz w:val="22"/>
          <w:highlight w:val="cyan"/>
          <w:u w:val="single"/>
        </w:rPr>
        <w:t xml:space="preserve">offers the possibility of </w:t>
      </w:r>
      <w:r>
        <w:rPr>
          <w:b/>
          <w:i w:val="0"/>
          <w:smallCaps w:val="0"/>
          <w:strike w:val="0"/>
          <w:sz w:val="22"/>
          <w:highlight w:val="cyan"/>
          <w:u w:val="single"/>
        </w:rPr>
        <w:t>contact with alien intelligent min</w:t>
      </w:r>
      <w:r>
        <w:rPr>
          <w:b/>
          <w:i w:val="0"/>
          <w:smallCaps w:val="0"/>
          <w:strike w:val="0"/>
          <w:sz w:val="22"/>
          <w:u w:val="single"/>
        </w:rPr>
        <w:t>ds</w:t>
      </w:r>
      <w:r>
        <w:rPr>
          <w:b w:val="0"/>
          <w:i w:val="0"/>
          <w:smallCaps w:val="0"/>
          <w:strike w:val="0"/>
          <w:sz w:val="16"/>
          <w:u w:val="none"/>
        </w:rPr>
        <w:t xml:space="preserve"> and strange and wondrous cultures. What will we learn, what will we see within ourselves, as a consequence of meeting other sentient beings? </w:t>
      </w:r>
      <w:r>
        <w:rPr>
          <w:b w:val="0"/>
          <w:i w:val="0"/>
          <w:smallCaps w:val="0"/>
          <w:strike w:val="0"/>
          <w:sz w:val="22"/>
          <w:highlight w:val="cyan"/>
          <w:u w:val="single"/>
        </w:rPr>
        <w:t xml:space="preserve">Perhaps the </w:t>
      </w:r>
      <w:r>
        <w:rPr>
          <w:b/>
          <w:i w:val="0"/>
          <w:smallCaps w:val="0"/>
          <w:strike w:val="0"/>
          <w:sz w:val="22"/>
          <w:highlight w:val="cyan"/>
          <w:u w:val="single"/>
        </w:rPr>
        <w:t>single most important event</w:t>
      </w:r>
      <w:r>
        <w:rPr>
          <w:b w:val="0"/>
          <w:i w:val="0"/>
          <w:smallCaps w:val="0"/>
          <w:strike w:val="0"/>
          <w:sz w:val="16"/>
          <w:u w:val="none"/>
        </w:rPr>
        <w:t xml:space="preserve"> of the coming centuries, if not </w:t>
      </w:r>
      <w:r>
        <w:rPr>
          <w:b w:val="0"/>
          <w:i w:val="0"/>
          <w:smallCaps w:val="0"/>
          <w:strike w:val="0"/>
          <w:sz w:val="22"/>
          <w:u w:val="single"/>
        </w:rPr>
        <w:t xml:space="preserve">within the </w:t>
      </w:r>
      <w:r>
        <w:rPr>
          <w:b/>
          <w:i w:val="0"/>
          <w:smallCaps w:val="0"/>
          <w:strike w:val="0"/>
          <w:sz w:val="22"/>
          <w:u w:val="single"/>
        </w:rPr>
        <w:t>entire history of humanity</w:t>
      </w:r>
      <w:r>
        <w:rPr>
          <w:b w:val="0"/>
          <w:i w:val="0"/>
          <w:smallCaps w:val="0"/>
          <w:strike w:val="0"/>
          <w:sz w:val="22"/>
          <w:u w:val="single"/>
        </w:rPr>
        <w:t xml:space="preserve">, </w:t>
      </w:r>
      <w:r>
        <w:rPr>
          <w:b w:val="0"/>
          <w:i w:val="0"/>
          <w:smallCaps w:val="0"/>
          <w:strike w:val="0"/>
          <w:sz w:val="22"/>
          <w:highlight w:val="cyan"/>
          <w:u w:val="single"/>
        </w:rPr>
        <w:t xml:space="preserve">will be </w:t>
      </w:r>
      <w:r>
        <w:rPr>
          <w:b/>
          <w:i w:val="0"/>
          <w:smallCaps w:val="0"/>
          <w:strike w:val="0"/>
          <w:sz w:val="22"/>
          <w:highlight w:val="cyan"/>
          <w:u w:val="single"/>
        </w:rPr>
        <w:t>contact with cosmic neighbors</w:t>
      </w:r>
      <w:r>
        <w:rPr>
          <w:b w:val="0"/>
          <w:i w:val="0"/>
          <w:smallCaps w:val="0"/>
          <w:strike w:val="0"/>
          <w:sz w:val="16"/>
          <w:u w:val="none"/>
        </w:rPr>
        <w:t xml:space="preserve">. With these hopes and dreams there are also great fears, for space is a metaphor for mystery and uncertainty. There are the fears, beginning with H.G. Wells’ The War of the Worlds, and popularized so well in contemporary science fiction, that aliens will destroy us or inflict some our great cultural shock upon us. </w:t>
      </w:r>
      <w:r>
        <w:rPr>
          <w:b w:val="0"/>
          <w:i w:val="0"/>
          <w:smallCaps w:val="0"/>
          <w:strike w:val="0"/>
          <w:sz w:val="22"/>
          <w:highlight w:val="cyan"/>
          <w:u w:val="single"/>
        </w:rPr>
        <w:t>For every</w:t>
      </w:r>
      <w:r>
        <w:rPr>
          <w:b w:val="0"/>
          <w:i w:val="0"/>
          <w:smallCaps w:val="0"/>
          <w:strike w:val="0"/>
          <w:sz w:val="22"/>
          <w:u w:val="single"/>
        </w:rPr>
        <w:t xml:space="preserve"> one of the </w:t>
      </w:r>
      <w:r>
        <w:rPr>
          <w:b/>
          <w:i w:val="0"/>
          <w:smallCaps w:val="0"/>
          <w:strike w:val="0"/>
          <w:sz w:val="22"/>
          <w:highlight w:val="cyan"/>
          <w:u w:val="single"/>
        </w:rPr>
        <w:t>fantastic</w:t>
      </w:r>
      <w:r>
        <w:rPr>
          <w:b w:val="0"/>
          <w:i w:val="0"/>
          <w:smallCaps w:val="0"/>
          <w:strike w:val="0"/>
          <w:sz w:val="16"/>
          <w:u w:val="none"/>
        </w:rPr>
        <w:t xml:space="preserve"> and uplifting </w:t>
      </w:r>
      <w:r>
        <w:rPr>
          <w:b/>
          <w:i w:val="0"/>
          <w:smallCaps w:val="0"/>
          <w:strike w:val="0"/>
          <w:sz w:val="22"/>
          <w:highlight w:val="cyan"/>
          <w:u w:val="single"/>
        </w:rPr>
        <w:t>dream</w:t>
      </w:r>
      <w:r>
        <w:rPr>
          <w:b/>
          <w:i w:val="0"/>
          <w:smallCaps w:val="0"/>
          <w:strike w:val="0"/>
          <w:sz w:val="22"/>
          <w:u w:val="single"/>
        </w:rPr>
        <w:t>s</w:t>
      </w:r>
      <w:r>
        <w:rPr>
          <w:b w:val="0"/>
          <w:i w:val="0"/>
          <w:smallCaps w:val="0"/>
          <w:strike w:val="0"/>
          <w:sz w:val="16"/>
          <w:u w:val="none"/>
        </w:rPr>
        <w:t xml:space="preserve"> </w:t>
      </w:r>
      <w:r>
        <w:rPr>
          <w:b w:val="0"/>
          <w:i w:val="0"/>
          <w:smallCaps w:val="0"/>
          <w:strike w:val="0"/>
          <w:sz w:val="22"/>
          <w:u w:val="single"/>
        </w:rPr>
        <w:t xml:space="preserve">associated with the journey into outer space, </w:t>
      </w:r>
      <w:r>
        <w:rPr>
          <w:b w:val="0"/>
          <w:i w:val="0"/>
          <w:smallCaps w:val="0"/>
          <w:strike w:val="0"/>
          <w:sz w:val="22"/>
          <w:highlight w:val="cyan"/>
          <w:u w:val="single"/>
        </w:rPr>
        <w:t xml:space="preserve">there is a </w:t>
      </w:r>
      <w:r>
        <w:rPr>
          <w:b/>
          <w:i w:val="0"/>
          <w:smallCaps w:val="0"/>
          <w:strike w:val="0"/>
          <w:sz w:val="22"/>
          <w:highlight w:val="cyan"/>
          <w:u w:val="single"/>
        </w:rPr>
        <w:t>potential demon</w:t>
      </w:r>
      <w:r>
        <w:rPr>
          <w:b/>
          <w:i w:val="0"/>
          <w:smallCaps w:val="0"/>
          <w:strike w:val="0"/>
          <w:sz w:val="22"/>
          <w:u w:val="single"/>
        </w:rPr>
        <w:t>, nightmare, or unsettling reality lurking in the darkness</w:t>
      </w:r>
      <w:r>
        <w:rPr>
          <w:b w:val="0"/>
          <w:i w:val="0"/>
          <w:smallCaps w:val="0"/>
          <w:strike w:val="0"/>
          <w:sz w:val="16"/>
          <w:u w:val="none"/>
        </w:rPr>
        <w:t>. All told, space travel has been seen as a central metaphor on the future and the ultimate adventure of tomorrow, filled with both great uncertainties and promises, extending outward to the infinities of existence.</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