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Aliens are </w:t>
      </w:r>
      <w:r>
        <w:rPr>
          <w:b/>
          <w:i w:val="0"/>
          <w:smallCaps w:val="0"/>
          <w:strike w:val="0"/>
          <w:sz w:val="26"/>
          <w:u w:val="single"/>
        </w:rPr>
        <w:t>real</w:t>
      </w:r>
      <w:r>
        <w:rPr>
          <w:b/>
          <w:i w:val="0"/>
          <w:smallCaps w:val="0"/>
          <w:strike w:val="0"/>
          <w:sz w:val="26"/>
          <w:u w:val="none"/>
        </w:rPr>
        <w:t>---</w:t>
      </w:r>
      <w:r>
        <w:rPr>
          <w:b/>
          <w:i w:val="0"/>
          <w:smallCaps w:val="0"/>
          <w:strike w:val="0"/>
          <w:sz w:val="26"/>
          <w:u w:val="single"/>
        </w:rPr>
        <w:t>extinction</w:t>
      </w:r>
    </w:p>
    <w:p>
      <w:pPr>
        <w:spacing w:after="80"/>
      </w:pPr>
      <w:r>
        <w:rPr>
          <w:b w:val="0"/>
          <w:i w:val="0"/>
          <w:smallCaps w:val="0"/>
          <w:strike w:val="0"/>
          <w:u w:val="none"/>
        </w:rPr>
        <w:t xml:space="preserve">Sarah </w:t>
      </w:r>
      <w:r>
        <w:rPr>
          <w:b/>
          <w:i w:val="0"/>
          <w:smallCaps w:val="0"/>
          <w:strike w:val="0"/>
          <w:sz w:val="26"/>
          <w:u w:val="none"/>
        </w:rPr>
        <w:t>Sloat 16</w:t>
      </w:r>
      <w:r>
        <w:rPr>
          <w:b w:val="0"/>
          <w:i w:val="0"/>
          <w:smallCaps w:val="0"/>
          <w:strike w:val="0"/>
          <w:u w:val="none"/>
        </w:rPr>
        <w:t>, citing Stephen Hawking, CH CBE FRS FRSA, English theoretical physicist, cosmologist, and author who was director of research at the Centre for Theoretical Cosmology at the University of Cambridge, “Stephen Hawking Says We Should Hope Aliens Don't Find Us First”, https://www.inverse.com/article/14144-stephen-hawking-says-we-should-hope-aliens-don-t-find-us-first</w:t>
      </w:r>
    </w:p>
    <w:p>
      <w:pPr>
        <w:spacing w:after="60"/>
      </w:pPr>
      <w:r>
        <w:rPr>
          <w:b w:val="0"/>
          <w:i w:val="0"/>
          <w:smallCaps w:val="0"/>
          <w:strike w:val="0"/>
          <w:sz w:val="16"/>
          <w:u w:val="none"/>
        </w:rPr>
        <w:t xml:space="preserve">Since 2010, </w:t>
      </w:r>
      <w:r>
        <w:rPr>
          <w:b w:val="0"/>
          <w:i w:val="0"/>
          <w:smallCaps w:val="0"/>
          <w:strike w:val="0"/>
          <w:sz w:val="22"/>
          <w:highlight w:val="cyan"/>
          <w:u w:val="single"/>
        </w:rPr>
        <w:t xml:space="preserve">Hawking has been </w:t>
      </w:r>
      <w:r>
        <w:rPr>
          <w:b/>
          <w:i w:val="0"/>
          <w:smallCaps w:val="0"/>
          <w:strike w:val="0"/>
          <w:sz w:val="22"/>
          <w:highlight w:val="cyan"/>
          <w:u w:val="single"/>
        </w:rPr>
        <w:t>public</w:t>
      </w:r>
      <w:r>
        <w:rPr>
          <w:b w:val="0"/>
          <w:i w:val="0"/>
          <w:smallCaps w:val="0"/>
          <w:strike w:val="0"/>
          <w:sz w:val="22"/>
          <w:highlight w:val="cyan"/>
          <w:u w:val="single"/>
        </w:rPr>
        <w:t xml:space="preserve"> about his concerns that an advance alien civilization could</w:t>
      </w:r>
      <w:r>
        <w:rPr>
          <w:b w:val="0"/>
          <w:i w:val="0"/>
          <w:smallCaps w:val="0"/>
          <w:strike w:val="0"/>
          <w:sz w:val="16"/>
          <w:u w:val="none"/>
        </w:rPr>
        <w:t xml:space="preserve"> try to </w:t>
      </w:r>
      <w:r>
        <w:rPr>
          <w:b/>
          <w:i w:val="0"/>
          <w:smallCaps w:val="0"/>
          <w:strike w:val="0"/>
          <w:sz w:val="22"/>
          <w:highlight w:val="cyan"/>
          <w:u w:val="single"/>
        </w:rPr>
        <w:t>kill us all</w:t>
      </w:r>
      <w:r>
        <w:rPr>
          <w:b w:val="0"/>
          <w:i w:val="0"/>
          <w:smallCaps w:val="0"/>
          <w:strike w:val="0"/>
          <w:sz w:val="16"/>
          <w:u w:val="none"/>
        </w:rPr>
        <w:t xml:space="preserve">. </w:t>
      </w:r>
      <w:r>
        <w:rPr>
          <w:b w:val="0"/>
          <w:i w:val="0"/>
          <w:smallCaps w:val="0"/>
          <w:strike w:val="0"/>
          <w:sz w:val="22"/>
          <w:u w:val="single"/>
        </w:rPr>
        <w:t>Hawking said of aliens then</w:t>
      </w:r>
      <w:r>
        <w:rPr>
          <w:b w:val="0"/>
          <w:i w:val="0"/>
          <w:smallCaps w:val="0"/>
          <w:strike w:val="0"/>
          <w:sz w:val="16"/>
          <w:u w:val="none"/>
        </w:rPr>
        <w:t>: “</w:t>
      </w:r>
      <w:r>
        <w:rPr>
          <w:b w:val="0"/>
          <w:i w:val="0"/>
          <w:smallCaps w:val="0"/>
          <w:strike w:val="0"/>
          <w:sz w:val="22"/>
          <w:u w:val="single"/>
        </w:rPr>
        <w:t>I imagine they might exist in massive ships</w:t>
      </w:r>
      <w:r>
        <w:rPr>
          <w:b w:val="0"/>
          <w:i w:val="0"/>
          <w:smallCaps w:val="0"/>
          <w:strike w:val="0"/>
          <w:sz w:val="16"/>
          <w:u w:val="none"/>
        </w:rPr>
        <w:t xml:space="preserve">, </w:t>
      </w:r>
      <w:r>
        <w:rPr>
          <w:b/>
          <w:i w:val="0"/>
          <w:smallCaps w:val="0"/>
          <w:strike w:val="0"/>
          <w:sz w:val="22"/>
          <w:u w:val="single"/>
        </w:rPr>
        <w:t>having used up all the resources from their home planet</w:t>
      </w:r>
      <w:r>
        <w:rPr>
          <w:b w:val="0"/>
          <w:i w:val="0"/>
          <w:smallCaps w:val="0"/>
          <w:strike w:val="0"/>
          <w:sz w:val="16"/>
          <w:u w:val="none"/>
        </w:rPr>
        <w:t xml:space="preserve">. </w:t>
      </w:r>
      <w:r>
        <w:rPr>
          <w:b w:val="0"/>
          <w:i w:val="0"/>
          <w:smallCaps w:val="0"/>
          <w:strike w:val="0"/>
          <w:sz w:val="22"/>
          <w:u w:val="single"/>
        </w:rPr>
        <w:t xml:space="preserve">Such advanced aliens would perhaps become </w:t>
      </w:r>
      <w:r>
        <w:rPr>
          <w:b/>
          <w:i w:val="0"/>
          <w:smallCaps w:val="0"/>
          <w:strike w:val="0"/>
          <w:sz w:val="22"/>
          <w:highlight w:val="cyan"/>
          <w:u w:val="single"/>
        </w:rPr>
        <w:t>nomads</w:t>
      </w:r>
      <w:r>
        <w:rPr>
          <w:b w:val="0"/>
          <w:i w:val="0"/>
          <w:smallCaps w:val="0"/>
          <w:strike w:val="0"/>
          <w:sz w:val="16"/>
          <w:highlight w:val="cyan"/>
          <w:u w:val="none"/>
        </w:rPr>
        <w:t xml:space="preserve">, </w:t>
      </w:r>
      <w:r>
        <w:rPr>
          <w:b w:val="0"/>
          <w:i w:val="0"/>
          <w:smallCaps w:val="0"/>
          <w:strike w:val="0"/>
          <w:sz w:val="22"/>
          <w:highlight w:val="cyan"/>
          <w:u w:val="single"/>
        </w:rPr>
        <w:t xml:space="preserve">looking to </w:t>
      </w:r>
      <w:r>
        <w:rPr>
          <w:b/>
          <w:i w:val="0"/>
          <w:smallCaps w:val="0"/>
          <w:strike w:val="0"/>
          <w:sz w:val="22"/>
          <w:highlight w:val="cyan"/>
          <w:u w:val="single"/>
        </w:rPr>
        <w:t>conquer</w:t>
      </w:r>
      <w:r>
        <w:rPr>
          <w:b w:val="0"/>
          <w:i w:val="0"/>
          <w:smallCaps w:val="0"/>
          <w:strike w:val="0"/>
          <w:sz w:val="22"/>
          <w:highlight w:val="cyan"/>
          <w:u w:val="single"/>
        </w:rPr>
        <w:t xml:space="preserve"> and </w:t>
      </w:r>
      <w:r>
        <w:rPr>
          <w:b/>
          <w:i w:val="0"/>
          <w:smallCaps w:val="0"/>
          <w:strike w:val="0"/>
          <w:sz w:val="22"/>
          <w:highlight w:val="cyan"/>
          <w:u w:val="single"/>
        </w:rPr>
        <w:t>colonise</w:t>
      </w:r>
      <w:r>
        <w:rPr>
          <w:b w:val="0"/>
          <w:i w:val="0"/>
          <w:smallCaps w:val="0"/>
          <w:strike w:val="0"/>
          <w:sz w:val="22"/>
          <w:highlight w:val="cyan"/>
          <w:u w:val="single"/>
        </w:rPr>
        <w:t xml:space="preserve"> whatever planets they can reach</w:t>
      </w:r>
      <w:r>
        <w:rPr>
          <w:b w:val="0"/>
          <w:i w:val="0"/>
          <w:smallCaps w:val="0"/>
          <w:strike w:val="0"/>
          <w:sz w:val="16"/>
          <w:u w:val="none"/>
        </w:rPr>
        <w:t xml:space="preserve">.” </w:t>
      </w:r>
    </w:p>
    <w:p>
      <w:pPr>
        <w:spacing w:after="60"/>
      </w:pPr>
      <w:r>
        <w:rPr>
          <w:b w:val="0"/>
          <w:i w:val="0"/>
          <w:smallCaps w:val="0"/>
          <w:strike w:val="0"/>
          <w:sz w:val="16"/>
          <w:u w:val="none"/>
        </w:rPr>
        <w:t>Hawking also said this during a Discovery Channel program: “</w:t>
      </w:r>
      <w:r>
        <w:rPr>
          <w:b w:val="0"/>
          <w:i w:val="0"/>
          <w:smallCaps w:val="0"/>
          <w:strike w:val="0"/>
          <w:sz w:val="22"/>
          <w:u w:val="single"/>
        </w:rPr>
        <w:t>If aliens visit us</w:t>
      </w:r>
      <w:r>
        <w:rPr>
          <w:b w:val="0"/>
          <w:i w:val="0"/>
          <w:smallCaps w:val="0"/>
          <w:strike w:val="0"/>
          <w:sz w:val="16"/>
          <w:u w:val="none"/>
        </w:rPr>
        <w:t xml:space="preserve">, </w:t>
      </w:r>
      <w:r>
        <w:rPr>
          <w:b w:val="0"/>
          <w:i w:val="0"/>
          <w:smallCaps w:val="0"/>
          <w:strike w:val="0"/>
          <w:sz w:val="22"/>
          <w:highlight w:val="cyan"/>
          <w:u w:val="single"/>
        </w:rPr>
        <w:t xml:space="preserve">the outcome would be much as </w:t>
      </w:r>
      <w:r>
        <w:rPr>
          <w:b/>
          <w:i w:val="0"/>
          <w:smallCaps w:val="0"/>
          <w:strike w:val="0"/>
          <w:sz w:val="22"/>
          <w:highlight w:val="cyan"/>
          <w:u w:val="single"/>
        </w:rPr>
        <w:t>when Columbus landed in America</w:t>
      </w:r>
      <w:r>
        <w:rPr>
          <w:b w:val="0"/>
          <w:i w:val="0"/>
          <w:smallCaps w:val="0"/>
          <w:strike w:val="0"/>
          <w:sz w:val="22"/>
          <w:highlight w:val="cyan"/>
          <w:u w:val="single"/>
        </w:rPr>
        <w:t>, which</w:t>
      </w:r>
      <w:r>
        <w:rPr>
          <w:b w:val="0"/>
          <w:i w:val="0"/>
          <w:smallCaps w:val="0"/>
          <w:strike w:val="0"/>
          <w:sz w:val="16"/>
          <w:highlight w:val="cyan"/>
          <w:u w:val="none"/>
        </w:rPr>
        <w:t xml:space="preserve"> </w:t>
      </w:r>
      <w:r>
        <w:rPr>
          <w:b/>
          <w:i w:val="0"/>
          <w:smallCaps w:val="0"/>
          <w:strike w:val="0"/>
          <w:sz w:val="22"/>
          <w:highlight w:val="cyan"/>
          <w:u w:val="single"/>
        </w:rPr>
        <w:t>didn’t turn out well</w:t>
      </w:r>
      <w:r>
        <w:rPr>
          <w:b w:val="0"/>
          <w:i w:val="0"/>
          <w:smallCaps w:val="0"/>
          <w:strike w:val="0"/>
          <w:sz w:val="22"/>
          <w:highlight w:val="cyan"/>
          <w:u w:val="single"/>
        </w:rPr>
        <w:t xml:space="preserve"> </w:t>
      </w:r>
      <w:r>
        <w:rPr>
          <w:b w:val="0"/>
          <w:i w:val="0"/>
          <w:smallCaps w:val="0"/>
          <w:strike w:val="0"/>
          <w:sz w:val="22"/>
          <w:u w:val="single"/>
        </w:rPr>
        <w:t>for the Native Americans</w:t>
      </w:r>
      <w:r>
        <w:rPr>
          <w:b w:val="0"/>
          <w:i w:val="0"/>
          <w:smallCaps w:val="0"/>
          <w:strike w:val="0"/>
          <w:sz w:val="16"/>
          <w:u w:val="none"/>
        </w:rPr>
        <w:t>,” he said. “</w:t>
      </w:r>
      <w:r>
        <w:rPr>
          <w:b w:val="0"/>
          <w:i w:val="0"/>
          <w:smallCaps w:val="0"/>
          <w:strike w:val="0"/>
          <w:sz w:val="22"/>
          <w:u w:val="single"/>
        </w:rPr>
        <w:t xml:space="preserve">We only have to look at ourselves to see how intelligent life might develop into something we </w:t>
      </w:r>
      <w:r>
        <w:rPr>
          <w:b/>
          <w:i w:val="0"/>
          <w:smallCaps w:val="0"/>
          <w:strike w:val="0"/>
          <w:sz w:val="22"/>
          <w:u w:val="single"/>
        </w:rPr>
        <w:t>wouldn’t want to meet</w:t>
      </w:r>
      <w:r>
        <w:rPr>
          <w:b w:val="0"/>
          <w:i w:val="0"/>
          <w:smallCaps w:val="0"/>
          <w:strike w:val="0"/>
          <w:sz w:val="16"/>
          <w:u w:val="non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