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Space colonization doesn’t solve extinction. </w:t>
      </w:r>
    </w:p>
    <w:p>
      <w:pPr>
        <w:spacing w:after="80"/>
      </w:pPr>
      <w:r>
        <w:rPr>
          <w:b w:val="0"/>
          <w:i w:val="0"/>
          <w:smallCaps w:val="0"/>
          <w:strike w:val="0"/>
          <w:u w:val="none"/>
        </w:rPr>
        <w:t xml:space="preserve">Daniel </w:t>
      </w:r>
      <w:r>
        <w:rPr>
          <w:b/>
          <w:i w:val="0"/>
          <w:smallCaps w:val="0"/>
          <w:strike w:val="0"/>
          <w:sz w:val="26"/>
          <w:u w:val="none"/>
        </w:rPr>
        <w:t>Deudney</w:t>
      </w:r>
      <w:r>
        <w:rPr>
          <w:b w:val="0"/>
          <w:i w:val="0"/>
          <w:smallCaps w:val="0"/>
          <w:strike w:val="0"/>
          <w:u w:val="none"/>
        </w:rPr>
        <w:t xml:space="preserve"> </w:t>
      </w:r>
      <w:r>
        <w:rPr>
          <w:b/>
          <w:i w:val="0"/>
          <w:smallCaps w:val="0"/>
          <w:strike w:val="0"/>
          <w:sz w:val="26"/>
          <w:u w:val="none"/>
        </w:rPr>
        <w:t>20</w:t>
      </w:r>
      <w:r>
        <w:rPr>
          <w:b w:val="0"/>
          <w:i w:val="0"/>
          <w:smallCaps w:val="0"/>
          <w:strike w:val="0"/>
          <w:u w:val="none"/>
        </w:rPr>
        <w:t>, Political Science Professor at JHU, 12/29/20, “Questions, Debates, and Frameworks,” in Dark Skies: Space Expansionism, Planetary Geopolitics, and the Ends of Humanity, p. 39, DOI: 10.1093/oso/9780190903343.001.0001</w:t>
      </w:r>
    </w:p>
    <w:p>
      <w:pPr>
        <w:spacing w:after="60"/>
      </w:pPr>
      <w:r>
        <w:rPr>
          <w:b w:val="0"/>
          <w:i w:val="0"/>
          <w:smallCaps w:val="0"/>
          <w:strike w:val="0"/>
          <w:sz w:val="14"/>
          <w:u w:val="none"/>
        </w:rPr>
        <w:t xml:space="preserve">In the other direction, among the downward paths, questions about space loom even larger. As the four horsemen of the anthropogenic apocalypse and other perils, natural and human-made, have come into view, </w:t>
      </w:r>
      <w:r>
        <w:rPr>
          <w:b w:val="0"/>
          <w:i w:val="0"/>
          <w:smallCaps w:val="0"/>
          <w:strike w:val="0"/>
          <w:sz w:val="22"/>
          <w:u w:val="single"/>
        </w:rPr>
        <w:t xml:space="preserve">the </w:t>
      </w:r>
      <w:r>
        <w:rPr>
          <w:b/>
          <w:i w:val="0"/>
          <w:smallCaps w:val="0"/>
          <w:strike w:val="0"/>
          <w:sz w:val="22"/>
          <w:u w:val="single"/>
        </w:rPr>
        <w:t>expectation</w:t>
      </w:r>
      <w:r>
        <w:rPr>
          <w:b w:val="0"/>
          <w:i w:val="0"/>
          <w:smallCaps w:val="0"/>
          <w:strike w:val="0"/>
          <w:sz w:val="22"/>
          <w:u w:val="single"/>
        </w:rPr>
        <w:t xml:space="preserve"> that space can play a </w:t>
      </w:r>
      <w:r>
        <w:rPr>
          <w:b/>
          <w:i w:val="0"/>
          <w:smallCaps w:val="0"/>
          <w:strike w:val="0"/>
          <w:sz w:val="22"/>
          <w:u w:val="single"/>
        </w:rPr>
        <w:t>uniquely</w:t>
      </w:r>
      <w:r>
        <w:rPr>
          <w:b w:val="0"/>
          <w:i w:val="0"/>
          <w:smallCaps w:val="0"/>
          <w:strike w:val="0"/>
          <w:sz w:val="22"/>
          <w:u w:val="single"/>
        </w:rPr>
        <w:t xml:space="preserve"> and </w:t>
      </w:r>
      <w:r>
        <w:rPr>
          <w:b/>
          <w:i w:val="0"/>
          <w:smallCaps w:val="0"/>
          <w:strike w:val="0"/>
          <w:sz w:val="22"/>
          <w:u w:val="single"/>
        </w:rPr>
        <w:t>decisively positive</w:t>
      </w:r>
      <w:r>
        <w:rPr>
          <w:b w:val="0"/>
          <w:i w:val="0"/>
          <w:smallCaps w:val="0"/>
          <w:strike w:val="0"/>
          <w:sz w:val="22"/>
          <w:u w:val="single"/>
        </w:rPr>
        <w:t xml:space="preserve"> role in either </w:t>
      </w:r>
      <w:r>
        <w:rPr>
          <w:b/>
          <w:i w:val="0"/>
          <w:smallCaps w:val="0"/>
          <w:strike w:val="0"/>
          <w:sz w:val="22"/>
          <w:u w:val="single"/>
        </w:rPr>
        <w:t>fixing Earth problems</w:t>
      </w:r>
      <w:r>
        <w:rPr>
          <w:b w:val="0"/>
          <w:i w:val="0"/>
          <w:smallCaps w:val="0"/>
          <w:strike w:val="0"/>
          <w:sz w:val="22"/>
          <w:u w:val="single"/>
        </w:rPr>
        <w:t xml:space="preserve"> or </w:t>
      </w:r>
      <w:r>
        <w:rPr>
          <w:b/>
          <w:i w:val="0"/>
          <w:smallCaps w:val="0"/>
          <w:strike w:val="0"/>
          <w:sz w:val="22"/>
          <w:u w:val="single"/>
        </w:rPr>
        <w:t>escaping</w:t>
      </w:r>
      <w:r>
        <w:rPr>
          <w:b w:val="0"/>
          <w:i w:val="0"/>
          <w:smallCaps w:val="0"/>
          <w:strike w:val="0"/>
          <w:sz w:val="22"/>
          <w:u w:val="single"/>
        </w:rPr>
        <w:t xml:space="preserve"> from them has become an unquestioned </w:t>
      </w:r>
      <w:r>
        <w:rPr>
          <w:b/>
          <w:i w:val="0"/>
          <w:smallCaps w:val="0"/>
          <w:strike w:val="0"/>
          <w:sz w:val="22"/>
          <w:u w:val="single"/>
        </w:rPr>
        <w:t>article of faith</w:t>
      </w:r>
      <w:r>
        <w:rPr>
          <w:b w:val="0"/>
          <w:i w:val="0"/>
          <w:smallCaps w:val="0"/>
          <w:strike w:val="0"/>
          <w:sz w:val="22"/>
          <w:u w:val="single"/>
        </w:rPr>
        <w:t>, endlessly repeated by</w:t>
      </w:r>
      <w:r>
        <w:rPr>
          <w:b w:val="0"/>
          <w:i w:val="0"/>
          <w:smallCaps w:val="0"/>
          <w:strike w:val="0"/>
          <w:sz w:val="14"/>
          <w:u w:val="none"/>
        </w:rPr>
        <w:t xml:space="preserve"> space advocates as well as most </w:t>
      </w:r>
      <w:r>
        <w:rPr>
          <w:b w:val="0"/>
          <w:i w:val="0"/>
          <w:smallCaps w:val="0"/>
          <w:strike w:val="0"/>
          <w:sz w:val="22"/>
          <w:u w:val="single"/>
        </w:rPr>
        <w:t>analysts of catastrophic</w:t>
      </w:r>
      <w:r>
        <w:rPr>
          <w:b w:val="0"/>
          <w:i w:val="0"/>
          <w:smallCaps w:val="0"/>
          <w:strike w:val="0"/>
          <w:sz w:val="14"/>
          <w:u w:val="none"/>
        </w:rPr>
        <w:t xml:space="preserve"> and existential </w:t>
      </w:r>
      <w:r>
        <w:rPr>
          <w:b w:val="0"/>
          <w:i w:val="0"/>
          <w:smallCaps w:val="0"/>
          <w:strike w:val="0"/>
          <w:sz w:val="22"/>
          <w:u w:val="single"/>
        </w:rPr>
        <w:t>threats</w:t>
      </w:r>
      <w:r>
        <w:rPr>
          <w:b w:val="0"/>
          <w:i w:val="0"/>
          <w:smallCaps w:val="0"/>
          <w:strike w:val="0"/>
          <w:sz w:val="14"/>
          <w:u w:val="none"/>
        </w:rPr>
        <w:t xml:space="preserve">. If “all humanity’s eggs are in the one vulnerable and fraying basket” of the Earth, as widely proclaimed, then spreading human settlements into the cosmos seems a straightforward path to human survival. And if asteroids colliding with the Earth are a threat to civilization and the species, then a space program to detect and divert them becomes vitally necessary. </w:t>
      </w:r>
      <w:r>
        <w:rPr>
          <w:b w:val="0"/>
          <w:i w:val="0"/>
          <w:smallCaps w:val="0"/>
          <w:strike w:val="0"/>
          <w:sz w:val="22"/>
          <w:u w:val="single"/>
        </w:rPr>
        <w:t xml:space="preserve">The </w:t>
      </w:r>
      <w:r>
        <w:rPr>
          <w:b/>
          <w:i w:val="0"/>
          <w:smallCaps w:val="0"/>
          <w:strike w:val="0"/>
          <w:sz w:val="22"/>
          <w:u w:val="single"/>
        </w:rPr>
        <w:t>overwhelmingly dominant</w:t>
      </w:r>
      <w:r>
        <w:rPr>
          <w:b w:val="0"/>
          <w:i w:val="0"/>
          <w:smallCaps w:val="0"/>
          <w:strike w:val="0"/>
          <w:sz w:val="22"/>
          <w:u w:val="single"/>
        </w:rPr>
        <w:t xml:space="preserve"> view is that space activities have an </w:t>
      </w:r>
      <w:r>
        <w:rPr>
          <w:b/>
          <w:i w:val="0"/>
          <w:smallCaps w:val="0"/>
          <w:strike w:val="0"/>
          <w:sz w:val="22"/>
          <w:u w:val="single"/>
        </w:rPr>
        <w:t>entirely positive role</w:t>
      </w:r>
      <w:r>
        <w:rPr>
          <w:b w:val="0"/>
          <w:i w:val="0"/>
          <w:smallCaps w:val="0"/>
          <w:strike w:val="0"/>
          <w:sz w:val="22"/>
          <w:u w:val="single"/>
        </w:rPr>
        <w:t xml:space="preserve"> to play in addressing perils to</w:t>
      </w:r>
      <w:r>
        <w:rPr>
          <w:b w:val="0"/>
          <w:i w:val="0"/>
          <w:smallCaps w:val="0"/>
          <w:strike w:val="0"/>
          <w:sz w:val="14"/>
          <w:u w:val="none"/>
        </w:rPr>
        <w:t xml:space="preserve"> human </w:t>
      </w:r>
      <w:r>
        <w:rPr>
          <w:b w:val="0"/>
          <w:i w:val="0"/>
          <w:smallCaps w:val="0"/>
          <w:strike w:val="0"/>
          <w:sz w:val="22"/>
          <w:u w:val="single"/>
        </w:rPr>
        <w:t>survival</w:t>
      </w:r>
      <w:r>
        <w:rPr>
          <w:b w:val="0"/>
          <w:i w:val="0"/>
          <w:smallCaps w:val="0"/>
          <w:strike w:val="0"/>
          <w:sz w:val="14"/>
          <w:u w:val="none"/>
        </w:rPr>
        <w:t xml:space="preserve">. In contrast to many technologies that promise both perils and benefits and that must, somehow, be partly restrained, </w:t>
      </w:r>
      <w:r>
        <w:rPr>
          <w:b w:val="0"/>
          <w:i w:val="0"/>
          <w:smallCaps w:val="0"/>
          <w:strike w:val="0"/>
          <w:sz w:val="22"/>
          <w:highlight w:val="cyan"/>
          <w:u w:val="single"/>
        </w:rPr>
        <w:t xml:space="preserve">the question is not whether </w:t>
      </w:r>
      <w:r>
        <w:rPr>
          <w:b/>
          <w:i w:val="0"/>
          <w:smallCaps w:val="0"/>
          <w:strike w:val="0"/>
          <w:sz w:val="22"/>
          <w:highlight w:val="cyan"/>
          <w:u w:val="single"/>
        </w:rPr>
        <w:t>space efforts</w:t>
      </w:r>
      <w:r>
        <w:rPr>
          <w:b w:val="0"/>
          <w:i w:val="0"/>
          <w:smallCaps w:val="0"/>
          <w:strike w:val="0"/>
          <w:sz w:val="22"/>
          <w:highlight w:val="cyan"/>
          <w:u w:val="single"/>
        </w:rPr>
        <w:t xml:space="preserve"> are </w:t>
      </w:r>
      <w:r>
        <w:rPr>
          <w:b/>
          <w:i w:val="0"/>
          <w:smallCaps w:val="0"/>
          <w:strike w:val="0"/>
          <w:sz w:val="22"/>
          <w:highlight w:val="cyan"/>
          <w:u w:val="single"/>
        </w:rPr>
        <w:t>desirable</w:t>
      </w:r>
      <w:r>
        <w:rPr>
          <w:b w:val="0"/>
          <w:i w:val="0"/>
          <w:smallCaps w:val="0"/>
          <w:strike w:val="0"/>
          <w:sz w:val="22"/>
          <w:highlight w:val="cyan"/>
          <w:u w:val="single"/>
        </w:rPr>
        <w:t xml:space="preserve"> but</w:t>
      </w:r>
      <w:r>
        <w:rPr>
          <w:b w:val="0"/>
          <w:i w:val="0"/>
          <w:smallCaps w:val="0"/>
          <w:strike w:val="0"/>
          <w:sz w:val="22"/>
          <w:u w:val="single"/>
        </w:rPr>
        <w:t xml:space="preserve"> rather how soon they can be made </w:t>
      </w:r>
      <w:r>
        <w:rPr>
          <w:b/>
          <w:i w:val="0"/>
          <w:smallCaps w:val="0"/>
          <w:strike w:val="0"/>
          <w:sz w:val="22"/>
          <w:highlight w:val="cyan"/>
          <w:u w:val="single"/>
        </w:rPr>
        <w:t>feasible</w:t>
      </w:r>
      <w:r>
        <w:rPr>
          <w:b w:val="0"/>
          <w:i w:val="0"/>
          <w:smallCaps w:val="0"/>
          <w:strike w:val="0"/>
          <w:sz w:val="22"/>
          <w:u w:val="single"/>
        </w:rPr>
        <w:t xml:space="preserve">. Despite the </w:t>
      </w:r>
      <w:r>
        <w:rPr>
          <w:b/>
          <w:i w:val="0"/>
          <w:smallCaps w:val="0"/>
          <w:strike w:val="0"/>
          <w:sz w:val="22"/>
          <w:u w:val="single"/>
        </w:rPr>
        <w:t>breadth</w:t>
      </w:r>
      <w:r>
        <w:rPr>
          <w:b w:val="0"/>
          <w:i w:val="0"/>
          <w:smallCaps w:val="0"/>
          <w:strike w:val="0"/>
          <w:sz w:val="22"/>
          <w:u w:val="single"/>
        </w:rPr>
        <w:t xml:space="preserve"> and </w:t>
      </w:r>
      <w:r>
        <w:rPr>
          <w:b/>
          <w:i w:val="0"/>
          <w:smallCaps w:val="0"/>
          <w:strike w:val="0"/>
          <w:sz w:val="22"/>
          <w:u w:val="single"/>
        </w:rPr>
        <w:t>sophistication</w:t>
      </w:r>
      <w:r>
        <w:rPr>
          <w:b w:val="0"/>
          <w:i w:val="0"/>
          <w:smallCaps w:val="0"/>
          <w:strike w:val="0"/>
          <w:sz w:val="22"/>
          <w:u w:val="single"/>
        </w:rPr>
        <w:t xml:space="preserve"> of their visionary thinking, </w:t>
      </w:r>
      <w:r>
        <w:rPr>
          <w:b w:val="0"/>
          <w:i w:val="0"/>
          <w:smallCaps w:val="0"/>
          <w:strike w:val="0"/>
          <w:sz w:val="22"/>
          <w:highlight w:val="cyan"/>
          <w:u w:val="single"/>
        </w:rPr>
        <w:t>neither space expansionists nor analysts</w:t>
      </w:r>
      <w:r>
        <w:rPr>
          <w:b w:val="0"/>
          <w:i w:val="0"/>
          <w:smallCaps w:val="0"/>
          <w:strike w:val="0"/>
          <w:sz w:val="22"/>
          <w:u w:val="single"/>
        </w:rPr>
        <w:t xml:space="preserve"> of catastrophes </w:t>
      </w:r>
      <w:r>
        <w:rPr>
          <w:b w:val="0"/>
          <w:i w:val="0"/>
          <w:smallCaps w:val="0"/>
          <w:strike w:val="0"/>
          <w:sz w:val="22"/>
          <w:highlight w:val="cyan"/>
          <w:u w:val="single"/>
        </w:rPr>
        <w:t>give</w:t>
      </w:r>
      <w:r>
        <w:rPr>
          <w:b w:val="0"/>
          <w:i w:val="0"/>
          <w:smallCaps w:val="0"/>
          <w:strike w:val="0"/>
          <w:sz w:val="22"/>
          <w:u w:val="single"/>
        </w:rPr>
        <w:t xml:space="preserve"> much </w:t>
      </w:r>
      <w:r>
        <w:rPr>
          <w:b/>
          <w:i w:val="0"/>
          <w:smallCaps w:val="0"/>
          <w:strike w:val="0"/>
          <w:sz w:val="22"/>
          <w:highlight w:val="cyan"/>
          <w:u w:val="single"/>
        </w:rPr>
        <w:t>consideration</w:t>
      </w:r>
      <w:r>
        <w:rPr>
          <w:b w:val="0"/>
          <w:i w:val="0"/>
          <w:smallCaps w:val="0"/>
          <w:strike w:val="0"/>
          <w:sz w:val="22"/>
          <w:highlight w:val="cyan"/>
          <w:u w:val="single"/>
        </w:rPr>
        <w:t xml:space="preserve"> to</w:t>
      </w:r>
      <w:r>
        <w:rPr>
          <w:b w:val="0"/>
          <w:i w:val="0"/>
          <w:smallCaps w:val="0"/>
          <w:strike w:val="0"/>
          <w:sz w:val="22"/>
          <w:u w:val="single"/>
        </w:rPr>
        <w:t xml:space="preserve"> possible </w:t>
      </w:r>
      <w:r>
        <w:rPr>
          <w:b w:val="0"/>
          <w:i w:val="0"/>
          <w:smallCaps w:val="0"/>
          <w:strike w:val="0"/>
          <w:sz w:val="22"/>
          <w:highlight w:val="cyan"/>
          <w:u w:val="single"/>
        </w:rPr>
        <w:t>ways</w:t>
      </w:r>
      <w:r>
        <w:rPr>
          <w:b w:val="0"/>
          <w:i w:val="0"/>
          <w:smallCaps w:val="0"/>
          <w:strike w:val="0"/>
          <w:sz w:val="22"/>
          <w:u w:val="single"/>
        </w:rPr>
        <w:t xml:space="preserve"> in which </w:t>
      </w:r>
      <w:r>
        <w:rPr>
          <w:b w:val="0"/>
          <w:i w:val="0"/>
          <w:smallCaps w:val="0"/>
          <w:strike w:val="0"/>
          <w:sz w:val="22"/>
          <w:highlight w:val="cyan"/>
          <w:u w:val="single"/>
        </w:rPr>
        <w:t>space</w:t>
      </w:r>
      <w:r>
        <w:rPr>
          <w:b w:val="0"/>
          <w:i w:val="0"/>
          <w:smallCaps w:val="0"/>
          <w:strike w:val="0"/>
          <w:sz w:val="22"/>
          <w:u w:val="single"/>
        </w:rPr>
        <w:t xml:space="preserve"> activities </w:t>
      </w:r>
      <w:r>
        <w:rPr>
          <w:b w:val="0"/>
          <w:i w:val="0"/>
          <w:smallCaps w:val="0"/>
          <w:strike w:val="0"/>
          <w:sz w:val="22"/>
          <w:highlight w:val="cyan"/>
          <w:u w:val="single"/>
        </w:rPr>
        <w:t xml:space="preserve">might </w:t>
      </w:r>
      <w:r>
        <w:rPr>
          <w:b/>
          <w:i w:val="0"/>
          <w:smallCaps w:val="0"/>
          <w:strike w:val="0"/>
          <w:sz w:val="22"/>
          <w:highlight w:val="cyan"/>
          <w:u w:val="single"/>
        </w:rPr>
        <w:t>exacerbate</w:t>
      </w:r>
      <w:r>
        <w:rPr>
          <w:b w:val="0"/>
          <w:i w:val="0"/>
          <w:smallCaps w:val="0"/>
          <w:strike w:val="0"/>
          <w:sz w:val="22"/>
          <w:highlight w:val="cyan"/>
          <w:u w:val="single"/>
        </w:rPr>
        <w:t xml:space="preserve"> or </w:t>
      </w:r>
      <w:r>
        <w:rPr>
          <w:b/>
          <w:i w:val="0"/>
          <w:smallCaps w:val="0"/>
          <w:strike w:val="0"/>
          <w:sz w:val="22"/>
          <w:highlight w:val="cyan"/>
          <w:u w:val="single"/>
        </w:rPr>
        <w:t>trigger</w:t>
      </w:r>
      <w:r>
        <w:rPr>
          <w:b w:val="0"/>
          <w:i w:val="0"/>
          <w:smallCaps w:val="0"/>
          <w:strike w:val="0"/>
          <w:sz w:val="22"/>
          <w:u w:val="single"/>
        </w:rPr>
        <w:t xml:space="preserve"> existing </w:t>
      </w:r>
      <w:r>
        <w:rPr>
          <w:b/>
          <w:i w:val="0"/>
          <w:smallCaps w:val="0"/>
          <w:strike w:val="0"/>
          <w:sz w:val="22"/>
          <w:highlight w:val="cyan"/>
          <w:u w:val="single"/>
        </w:rPr>
        <w:t>threats</w:t>
      </w:r>
      <w:r>
        <w:rPr>
          <w:b w:val="0"/>
          <w:i w:val="0"/>
          <w:smallCaps w:val="0"/>
          <w:strike w:val="0"/>
          <w:sz w:val="22"/>
          <w:u w:val="single"/>
        </w:rPr>
        <w:t xml:space="preserve"> or create new ones</w:t>
      </w:r>
      <w:r>
        <w:rPr>
          <w:b w:val="0"/>
          <w:i w:val="0"/>
          <w:smallCaps w:val="0"/>
          <w:strike w:val="0"/>
          <w:sz w:val="14"/>
          <w:u w:val="none"/>
        </w:rPr>
        <w:t xml:space="preserve">.11 In futurist thinking about technogenic threats, </w:t>
      </w:r>
      <w:r>
        <w:rPr>
          <w:b w:val="0"/>
          <w:i w:val="0"/>
          <w:smallCaps w:val="0"/>
          <w:strike w:val="0"/>
          <w:sz w:val="22"/>
          <w:u w:val="single"/>
        </w:rPr>
        <w:t xml:space="preserve">large-scale space expansion enjoys a </w:t>
      </w:r>
      <w:r>
        <w:rPr>
          <w:b/>
          <w:i w:val="0"/>
          <w:smallCaps w:val="0"/>
          <w:strike w:val="0"/>
          <w:sz w:val="22"/>
          <w:u w:val="single"/>
        </w:rPr>
        <w:t>special status</w:t>
      </w:r>
      <w:r>
        <w:rPr>
          <w:b w:val="0"/>
          <w:i w:val="0"/>
          <w:smallCaps w:val="0"/>
          <w:strike w:val="0"/>
          <w:sz w:val="22"/>
          <w:u w:val="single"/>
        </w:rPr>
        <w:t xml:space="preserve">, a </w:t>
      </w:r>
      <w:r>
        <w:rPr>
          <w:b/>
          <w:i w:val="0"/>
          <w:smallCaps w:val="0"/>
          <w:strike w:val="0"/>
          <w:sz w:val="24"/>
          <w:u w:val="single"/>
        </w:rPr>
        <w:t>space exceptionalism</w:t>
      </w:r>
      <w:r>
        <w:rPr>
          <w:b w:val="0"/>
          <w:i w:val="0"/>
          <w:smallCaps w:val="0"/>
          <w:strike w:val="0"/>
          <w:sz w:val="14"/>
          <w:u w:val="none"/>
        </w:rPr>
        <w:t xml:space="preserve">, which in turn is supported by and supports a space exemptionalism, </w:t>
      </w:r>
      <w:r>
        <w:rPr>
          <w:b w:val="0"/>
          <w:i w:val="0"/>
          <w:smallCaps w:val="0"/>
          <w:strike w:val="0"/>
          <w:sz w:val="22"/>
          <w:u w:val="single"/>
        </w:rPr>
        <w:t xml:space="preserve">a </w:t>
      </w:r>
      <w:r>
        <w:rPr>
          <w:b/>
          <w:i w:val="0"/>
          <w:smallCaps w:val="0"/>
          <w:strike w:val="0"/>
          <w:sz w:val="22"/>
          <w:u w:val="single"/>
        </w:rPr>
        <w:t>free pass</w:t>
      </w:r>
      <w:r>
        <w:rPr>
          <w:b w:val="0"/>
          <w:i w:val="0"/>
          <w:smallCaps w:val="0"/>
          <w:strike w:val="0"/>
          <w:sz w:val="22"/>
          <w:u w:val="single"/>
        </w:rPr>
        <w:t xml:space="preserve"> from a </w:t>
      </w:r>
      <w:r>
        <w:rPr>
          <w:b/>
          <w:i w:val="0"/>
          <w:smallCaps w:val="0"/>
          <w:strike w:val="0"/>
          <w:sz w:val="22"/>
          <w:u w:val="single"/>
        </w:rPr>
        <w:t>serious consideration</w:t>
      </w:r>
      <w:r>
        <w:rPr>
          <w:b w:val="0"/>
          <w:i w:val="0"/>
          <w:smallCaps w:val="0"/>
          <w:strike w:val="0"/>
          <w:sz w:val="22"/>
          <w:u w:val="single"/>
        </w:rPr>
        <w:t xml:space="preserve"> of its </w:t>
      </w:r>
      <w:r>
        <w:rPr>
          <w:b/>
          <w:i w:val="0"/>
          <w:smallCaps w:val="0"/>
          <w:strike w:val="0"/>
          <w:sz w:val="22"/>
          <w:u w:val="single"/>
        </w:rPr>
        <w:t>possible downsides</w:t>
      </w:r>
      <w:r>
        <w:rPr>
          <w:b w:val="0"/>
          <w:i w:val="0"/>
          <w:smallCaps w:val="0"/>
          <w:strike w:val="0"/>
          <w:sz w:val="14"/>
          <w:u w:val="none"/>
        </w:rPr>
        <w:t>.</w:t>
      </w:r>
    </w:p>
    <w:p>
      <w:pPr>
        <w:spacing w:after="60"/>
      </w:pPr>
      <w:r>
        <w:rPr>
          <w:b w:val="0"/>
          <w:i w:val="0"/>
          <w:smallCaps w:val="0"/>
          <w:strike w:val="0"/>
          <w:sz w:val="14"/>
          <w:u w:val="none"/>
        </w:rPr>
        <w:t xml:space="preserve">Is this strongly optimistic view of space and macrodisasters well founded? In opening this question and weighing space ventures as sources of such threats as well as solutions to and escapes from them, this analysis raises the possibility that many significant space activities should be restrained or relinquished on the same grounds that many now believe them to be an unalloyed good, and that </w:t>
      </w:r>
      <w:r>
        <w:rPr>
          <w:b w:val="0"/>
          <w:i w:val="0"/>
          <w:smallCaps w:val="0"/>
          <w:strike w:val="0"/>
          <w:sz w:val="22"/>
          <w:u w:val="single"/>
        </w:rPr>
        <w:t xml:space="preserve">human </w:t>
      </w:r>
      <w:r>
        <w:rPr>
          <w:b w:val="0"/>
          <w:i w:val="0"/>
          <w:smallCaps w:val="0"/>
          <w:strike w:val="0"/>
          <w:sz w:val="22"/>
          <w:highlight w:val="cyan"/>
          <w:u w:val="single"/>
        </w:rPr>
        <w:t>survival</w:t>
      </w:r>
      <w:r>
        <w:rPr>
          <w:b w:val="0"/>
          <w:i w:val="0"/>
          <w:smallCaps w:val="0"/>
          <w:strike w:val="0"/>
          <w:sz w:val="22"/>
          <w:u w:val="single"/>
        </w:rPr>
        <w:t xml:space="preserve"> may </w:t>
      </w:r>
      <w:r>
        <w:rPr>
          <w:b/>
          <w:i w:val="0"/>
          <w:smallCaps w:val="0"/>
          <w:strike w:val="0"/>
          <w:sz w:val="22"/>
          <w:u w:val="single"/>
        </w:rPr>
        <w:t xml:space="preserve">actually </w:t>
      </w:r>
      <w:r>
        <w:rPr>
          <w:b/>
          <w:i w:val="0"/>
          <w:smallCaps w:val="0"/>
          <w:strike w:val="0"/>
          <w:sz w:val="22"/>
          <w:highlight w:val="cyan"/>
          <w:u w:val="single"/>
        </w:rPr>
        <w:t>hinge</w:t>
      </w:r>
      <w:r>
        <w:rPr>
          <w:b w:val="0"/>
          <w:i w:val="0"/>
          <w:smallCaps w:val="0"/>
          <w:strike w:val="0"/>
          <w:sz w:val="22"/>
          <w:highlight w:val="cyan"/>
          <w:u w:val="single"/>
        </w:rPr>
        <w:t xml:space="preserve"> on the ability</w:t>
      </w:r>
      <w:r>
        <w:rPr>
          <w:b w:val="0"/>
          <w:i w:val="0"/>
          <w:smallCaps w:val="0"/>
          <w:strike w:val="0"/>
          <w:sz w:val="22"/>
          <w:u w:val="single"/>
        </w:rPr>
        <w:t xml:space="preserve"> of governance </w:t>
      </w:r>
      <w:r>
        <w:rPr>
          <w:b w:val="0"/>
          <w:i w:val="0"/>
          <w:smallCaps w:val="0"/>
          <w:strike w:val="0"/>
          <w:sz w:val="22"/>
          <w:highlight w:val="cyan"/>
          <w:u w:val="single"/>
        </w:rPr>
        <w:t xml:space="preserve">to </w:t>
      </w:r>
      <w:r>
        <w:rPr>
          <w:b/>
          <w:i w:val="0"/>
          <w:smallCaps w:val="0"/>
          <w:strike w:val="0"/>
          <w:sz w:val="22"/>
          <w:highlight w:val="cyan"/>
          <w:u w:val="single"/>
        </w:rPr>
        <w:t>avoid</w:t>
      </w:r>
      <w:r>
        <w:rPr>
          <w:b w:val="0"/>
          <w:i w:val="0"/>
          <w:smallCaps w:val="0"/>
          <w:strike w:val="0"/>
          <w:sz w:val="22"/>
          <w:highlight w:val="cyan"/>
          <w:u w:val="single"/>
        </w:rPr>
        <w:t xml:space="preserve"> rather than </w:t>
      </w:r>
      <w:r>
        <w:rPr>
          <w:b/>
          <w:i w:val="0"/>
          <w:smallCaps w:val="0"/>
          <w:strike w:val="0"/>
          <w:sz w:val="22"/>
          <w:highlight w:val="cyan"/>
          <w:u w:val="single"/>
        </w:rPr>
        <w:t>undertake</w:t>
      </w:r>
      <w:r>
        <w:rPr>
          <w:b w:val="0"/>
          <w:i w:val="0"/>
          <w:smallCaps w:val="0"/>
          <w:strike w:val="0"/>
          <w:sz w:val="22"/>
          <w:u w:val="single"/>
        </w:rPr>
        <w:t xml:space="preserve"> major space expansions. It is </w:t>
      </w:r>
      <w:r>
        <w:rPr>
          <w:b/>
          <w:i w:val="0"/>
          <w:smallCaps w:val="0"/>
          <w:strike w:val="0"/>
          <w:sz w:val="22"/>
          <w:u w:val="single"/>
        </w:rPr>
        <w:t>certain</w:t>
      </w:r>
      <w:r>
        <w:rPr>
          <w:b w:val="0"/>
          <w:i w:val="0"/>
          <w:smallCaps w:val="0"/>
          <w:strike w:val="0"/>
          <w:sz w:val="22"/>
          <w:u w:val="single"/>
        </w:rPr>
        <w:t xml:space="preserve"> that the Earth will become uninhabitable over the very long term of </w:t>
      </w:r>
      <w:r>
        <w:rPr>
          <w:b/>
          <w:i w:val="0"/>
          <w:smallCaps w:val="0"/>
          <w:strike w:val="0"/>
          <w:sz w:val="22"/>
          <w:u w:val="single"/>
        </w:rPr>
        <w:t>hundreds of millions and billions</w:t>
      </w:r>
      <w:r>
        <w:rPr>
          <w:b w:val="0"/>
          <w:i w:val="0"/>
          <w:smallCaps w:val="0"/>
          <w:strike w:val="0"/>
          <w:sz w:val="22"/>
          <w:u w:val="single"/>
        </w:rPr>
        <w:t xml:space="preserve"> of years into the future, and that humanity can survive only by leaving the Earth and </w:t>
      </w:r>
      <w:r>
        <w:rPr>
          <w:b/>
          <w:i w:val="0"/>
          <w:smallCaps w:val="0"/>
          <w:strike w:val="0"/>
          <w:sz w:val="22"/>
          <w:u w:val="single"/>
        </w:rPr>
        <w:t>migrating elsewhere</w:t>
      </w:r>
      <w:r>
        <w:rPr>
          <w:b w:val="0"/>
          <w:i w:val="0"/>
          <w:smallCaps w:val="0"/>
          <w:strike w:val="0"/>
          <w:sz w:val="22"/>
          <w:u w:val="single"/>
        </w:rPr>
        <w:t xml:space="preserve"> in the cosmos. But these </w:t>
      </w:r>
      <w:r>
        <w:rPr>
          <w:b w:val="0"/>
          <w:i w:val="0"/>
          <w:smallCaps w:val="0"/>
          <w:strike w:val="0"/>
          <w:sz w:val="22"/>
          <w:highlight w:val="cyan"/>
          <w:u w:val="single"/>
        </w:rPr>
        <w:t>threats are so</w:t>
      </w:r>
      <w:r>
        <w:rPr>
          <w:b w:val="0"/>
          <w:i w:val="0"/>
          <w:smallCaps w:val="0"/>
          <w:strike w:val="0"/>
          <w:sz w:val="22"/>
          <w:u w:val="single"/>
        </w:rPr>
        <w:t xml:space="preserve"> </w:t>
      </w:r>
      <w:r>
        <w:rPr>
          <w:b/>
          <w:i w:val="0"/>
          <w:smallCaps w:val="0"/>
          <w:strike w:val="0"/>
          <w:sz w:val="22"/>
          <w:u w:val="single"/>
        </w:rPr>
        <w:t xml:space="preserve">temporally </w:t>
      </w:r>
      <w:r>
        <w:rPr>
          <w:b/>
          <w:i w:val="0"/>
          <w:smallCaps w:val="0"/>
          <w:strike w:val="0"/>
          <w:sz w:val="22"/>
          <w:highlight w:val="cyan"/>
          <w:u w:val="single"/>
        </w:rPr>
        <w:t>distant</w:t>
      </w:r>
      <w:r>
        <w:rPr>
          <w:b w:val="0"/>
          <w:i w:val="0"/>
          <w:smallCaps w:val="0"/>
          <w:strike w:val="0"/>
          <w:sz w:val="22"/>
          <w:highlight w:val="cyan"/>
          <w:u w:val="single"/>
        </w:rPr>
        <w:t xml:space="preserve"> that they</w:t>
      </w:r>
      <w:r>
        <w:rPr>
          <w:b w:val="0"/>
          <w:i w:val="0"/>
          <w:smallCaps w:val="0"/>
          <w:strike w:val="0"/>
          <w:sz w:val="22"/>
          <w:u w:val="single"/>
        </w:rPr>
        <w:t xml:space="preserve"> can </w:t>
      </w:r>
      <w:r>
        <w:rPr>
          <w:b w:val="0"/>
          <w:i w:val="0"/>
          <w:smallCaps w:val="0"/>
          <w:strike w:val="0"/>
          <w:sz w:val="22"/>
          <w:highlight w:val="cyan"/>
          <w:u w:val="single"/>
        </w:rPr>
        <w:t xml:space="preserve">have </w:t>
      </w:r>
      <w:r>
        <w:rPr>
          <w:b/>
          <w:i w:val="0"/>
          <w:smallCaps w:val="0"/>
          <w:strike w:val="0"/>
          <w:sz w:val="22"/>
          <w:highlight w:val="cyan"/>
          <w:u w:val="single"/>
        </w:rPr>
        <w:t>absolutely no relevance</w:t>
      </w:r>
      <w:r>
        <w:rPr>
          <w:b w:val="0"/>
          <w:i w:val="0"/>
          <w:smallCaps w:val="0"/>
          <w:strike w:val="0"/>
          <w:sz w:val="22"/>
          <w:highlight w:val="cyan"/>
          <w:u w:val="single"/>
        </w:rPr>
        <w:t xml:space="preserve"> to current</w:t>
      </w:r>
      <w:r>
        <w:rPr>
          <w:b w:val="0"/>
          <w:i w:val="0"/>
          <w:smallCaps w:val="0"/>
          <w:strike w:val="0"/>
          <w:sz w:val="22"/>
          <w:u w:val="single"/>
        </w:rPr>
        <w:t xml:space="preserve"> human </w:t>
      </w:r>
      <w:r>
        <w:rPr>
          <w:b/>
          <w:i w:val="0"/>
          <w:smallCaps w:val="0"/>
          <w:strike w:val="0"/>
          <w:sz w:val="22"/>
          <w:highlight w:val="cyan"/>
          <w:u w:val="single"/>
        </w:rPr>
        <w:t>choices</w:t>
      </w:r>
      <w:r>
        <w:rPr>
          <w:b w:val="0"/>
          <w:i w:val="0"/>
          <w:smallCaps w:val="0"/>
          <w:strike w:val="0"/>
          <w:sz w:val="22"/>
          <w:u w:val="single"/>
        </w:rPr>
        <w:t xml:space="preserve"> and </w:t>
      </w:r>
      <w:r>
        <w:rPr>
          <w:b/>
          <w:i w:val="0"/>
          <w:smallCaps w:val="0"/>
          <w:strike w:val="0"/>
          <w:sz w:val="22"/>
          <w:u w:val="single"/>
        </w:rPr>
        <w:t>activities</w:t>
      </w:r>
      <w:r>
        <w:rPr>
          <w:b w:val="0"/>
          <w:i w:val="0"/>
          <w:smallCaps w:val="0"/>
          <w:strike w:val="0"/>
          <w:sz w:val="14"/>
          <w:u w:val="none"/>
        </w:rPr>
        <w:t xml:space="preserve">. Many of the </w:t>
      </w:r>
      <w:r>
        <w:rPr>
          <w:b w:val="0"/>
          <w:i w:val="0"/>
          <w:smallCaps w:val="0"/>
          <w:strike w:val="0"/>
          <w:sz w:val="22"/>
          <w:highlight w:val="cyan"/>
          <w:u w:val="single"/>
        </w:rPr>
        <w:t>threats</w:t>
      </w:r>
      <w:r>
        <w:rPr>
          <w:b w:val="0"/>
          <w:i w:val="0"/>
          <w:smallCaps w:val="0"/>
          <w:strike w:val="0"/>
          <w:sz w:val="22"/>
          <w:u w:val="single"/>
        </w:rPr>
        <w:t xml:space="preserve"> imminent within the </w:t>
      </w:r>
      <w:r>
        <w:rPr>
          <w:b/>
          <w:i w:val="0"/>
          <w:smallCaps w:val="0"/>
          <w:strike w:val="0"/>
          <w:sz w:val="22"/>
          <w:u w:val="single"/>
        </w:rPr>
        <w:t>next centuries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14"/>
          <w:u w:val="none"/>
        </w:rPr>
        <w:t xml:space="preserve"> significantly </w:t>
      </w:r>
      <w:r>
        <w:rPr>
          <w:b w:val="0"/>
          <w:i w:val="0"/>
          <w:smallCaps w:val="0"/>
          <w:strike w:val="0"/>
          <w:sz w:val="22"/>
          <w:highlight w:val="cyan"/>
          <w:u w:val="single"/>
        </w:rPr>
        <w:t xml:space="preserve">of </w:t>
      </w:r>
      <w:r>
        <w:rPr>
          <w:b/>
          <w:i w:val="0"/>
          <w:smallCaps w:val="0"/>
          <w:strike w:val="0"/>
          <w:sz w:val="22"/>
          <w:highlight w:val="cyan"/>
          <w:u w:val="single"/>
        </w:rPr>
        <w:t>human origin</w:t>
      </w:r>
      <w:r>
        <w:rPr>
          <w:b w:val="0"/>
          <w:i w:val="0"/>
          <w:smallCaps w:val="0"/>
          <w:strike w:val="0"/>
          <w:sz w:val="22"/>
          <w:highlight w:val="cyan"/>
          <w:u w:val="single"/>
        </w:rPr>
        <w:t>, and space expansionists rarely consider</w:t>
      </w:r>
      <w:r>
        <w:rPr>
          <w:b w:val="0"/>
          <w:i w:val="0"/>
          <w:smallCaps w:val="0"/>
          <w:strike w:val="0"/>
          <w:sz w:val="22"/>
          <w:u w:val="single"/>
        </w:rPr>
        <w:t xml:space="preserve"> the </w:t>
      </w:r>
      <w:r>
        <w:rPr>
          <w:b w:val="0"/>
          <w:i w:val="0"/>
          <w:smallCaps w:val="0"/>
          <w:strike w:val="0"/>
          <w:sz w:val="22"/>
          <w:highlight w:val="cyan"/>
          <w:u w:val="single"/>
        </w:rPr>
        <w:t>possibility that</w:t>
      </w:r>
      <w:r>
        <w:rPr>
          <w:b w:val="0"/>
          <w:i w:val="0"/>
          <w:smallCaps w:val="0"/>
          <w:strike w:val="0"/>
          <w:sz w:val="22"/>
          <w:u w:val="single"/>
        </w:rPr>
        <w:t xml:space="preserve"> the patterns of </w:t>
      </w:r>
      <w:r>
        <w:rPr>
          <w:b/>
          <w:i w:val="0"/>
          <w:smallCaps w:val="0"/>
          <w:strike w:val="0"/>
          <w:sz w:val="22"/>
          <w:highlight w:val="cyan"/>
          <w:u w:val="single"/>
        </w:rPr>
        <w:t>human activity</w:t>
      </w:r>
      <w:r>
        <w:rPr>
          <w:b w:val="0"/>
          <w:i w:val="0"/>
          <w:smallCaps w:val="0"/>
          <w:strike w:val="0"/>
          <w:sz w:val="22"/>
          <w:highlight w:val="cyan"/>
          <w:u w:val="single"/>
        </w:rPr>
        <w:t xml:space="preserve"> producing</w:t>
      </w:r>
      <w:r>
        <w:rPr>
          <w:b w:val="0"/>
          <w:i w:val="0"/>
          <w:smallCaps w:val="0"/>
          <w:strike w:val="0"/>
          <w:sz w:val="22"/>
          <w:u w:val="single"/>
        </w:rPr>
        <w:t xml:space="preserve"> these </w:t>
      </w:r>
      <w:r>
        <w:rPr>
          <w:b w:val="0"/>
          <w:i w:val="0"/>
          <w:smallCaps w:val="0"/>
          <w:strike w:val="0"/>
          <w:sz w:val="22"/>
          <w:highlight w:val="cyan"/>
          <w:u w:val="single"/>
        </w:rPr>
        <w:t xml:space="preserve">threats might be </w:t>
      </w:r>
      <w:r>
        <w:rPr>
          <w:b/>
          <w:i w:val="0"/>
          <w:smallCaps w:val="0"/>
          <w:strike w:val="0"/>
          <w:sz w:val="22"/>
          <w:highlight w:val="cyan"/>
          <w:u w:val="single"/>
        </w:rPr>
        <w:t>carried into space</w:t>
      </w:r>
      <w:r>
        <w:rPr>
          <w:b w:val="0"/>
          <w:i w:val="0"/>
          <w:smallCaps w:val="0"/>
          <w:strike w:val="0"/>
          <w:sz w:val="22"/>
          <w:u w:val="single"/>
        </w:rPr>
        <w:t xml:space="preserve"> along with the </w:t>
      </w:r>
      <w:r>
        <w:rPr>
          <w:b/>
          <w:i w:val="0"/>
          <w:smallCaps w:val="0"/>
          <w:strike w:val="0"/>
          <w:sz w:val="22"/>
          <w:u w:val="single"/>
        </w:rPr>
        <w:t>spread of humans</w:t>
      </w:r>
      <w:r>
        <w:rPr>
          <w:b w:val="0"/>
          <w:i w:val="0"/>
          <w:smallCaps w:val="0"/>
          <w:strike w:val="0"/>
          <w:sz w:val="22"/>
          <w:u w:val="single"/>
        </w:rPr>
        <w:t xml:space="preserve">. </w:t>
      </w:r>
      <w:r>
        <w:rPr>
          <w:b w:val="0"/>
          <w:i w:val="0"/>
          <w:smallCaps w:val="0"/>
          <w:strike w:val="0"/>
          <w:sz w:val="22"/>
          <w:highlight w:val="cyan"/>
          <w:u w:val="single"/>
        </w:rPr>
        <w:t>Nor do they consider whether regimes to restrain</w:t>
      </w:r>
      <w:r>
        <w:rPr>
          <w:b w:val="0"/>
          <w:i w:val="0"/>
          <w:smallCaps w:val="0"/>
          <w:strike w:val="0"/>
          <w:sz w:val="14"/>
          <w:u w:val="none"/>
        </w:rPr>
        <w:t xml:space="preserve"> threatening </w:t>
      </w:r>
      <w:r>
        <w:rPr>
          <w:b w:val="0"/>
          <w:i w:val="0"/>
          <w:smallCaps w:val="0"/>
          <w:strike w:val="0"/>
          <w:sz w:val="22"/>
          <w:highlight w:val="cyan"/>
          <w:u w:val="single"/>
        </w:rPr>
        <w:t xml:space="preserve">technologies, if </w:t>
      </w:r>
      <w:r>
        <w:rPr>
          <w:b/>
          <w:i w:val="0"/>
          <w:smallCaps w:val="0"/>
          <w:strike w:val="0"/>
          <w:sz w:val="22"/>
          <w:highlight w:val="cyan"/>
          <w:u w:val="single"/>
        </w:rPr>
        <w:t>established on Earth</w:t>
      </w:r>
      <w:r>
        <w:rPr>
          <w:b w:val="0"/>
          <w:i w:val="0"/>
          <w:smallCaps w:val="0"/>
          <w:strike w:val="0"/>
          <w:sz w:val="22"/>
          <w:highlight w:val="cyan"/>
          <w:u w:val="single"/>
        </w:rPr>
        <w:t>, can persist if</w:t>
      </w:r>
      <w:r>
        <w:rPr>
          <w:b w:val="0"/>
          <w:i w:val="0"/>
          <w:smallCaps w:val="0"/>
          <w:strike w:val="0"/>
          <w:sz w:val="22"/>
          <w:u w:val="single"/>
        </w:rPr>
        <w:t xml:space="preserve"> human </w:t>
      </w:r>
      <w:r>
        <w:rPr>
          <w:b w:val="0"/>
          <w:i w:val="0"/>
          <w:smallCaps w:val="0"/>
          <w:strike w:val="0"/>
          <w:sz w:val="22"/>
          <w:highlight w:val="cyan"/>
          <w:u w:val="single"/>
        </w:rPr>
        <w:t xml:space="preserve">polities spread </w:t>
      </w:r>
      <w:r>
        <w:rPr>
          <w:b/>
          <w:i w:val="0"/>
          <w:smallCaps w:val="0"/>
          <w:strike w:val="0"/>
          <w:sz w:val="22"/>
          <w:highlight w:val="cyan"/>
          <w:u w:val="single"/>
        </w:rPr>
        <w:t>across the solar system</w:t>
      </w:r>
      <w:r>
        <w:rPr>
          <w:b w:val="0"/>
          <w:i w:val="0"/>
          <w:smallCaps w:val="0"/>
          <w:strike w:val="0"/>
          <w:sz w:val="14"/>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