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Destroys the biosphere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Ari </w:t>
      </w:r>
      <w:r>
        <w:rPr>
          <w:b/>
          <w:i w:val="0"/>
          <w:smallCaps w:val="0"/>
          <w:strike w:val="0"/>
          <w:sz w:val="28"/>
          <w:u w:val="none"/>
        </w:rPr>
        <w:t>Joury, 24</w:t>
      </w:r>
      <w:r>
        <w:rPr>
          <w:b w:val="0"/>
          <w:i w:val="0"/>
          <w:smallCaps w:val="0"/>
          <w:strike w:val="0"/>
          <w:sz w:val="28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–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none"/>
        </w:rPr>
        <w:t>Ari is a PhD and spent years modelling climate risks</w:t>
      </w:r>
      <w:r>
        <w:rPr>
          <w:b w:val="0"/>
          <w:i w:val="0"/>
          <w:smallCaps w:val="0"/>
          <w:strike w:val="0"/>
          <w:u w:val="none"/>
        </w:rPr>
        <w:t>[Ari Joury, "Technological innovation alone will not create a more sustainable world," No Publication, 1-26-2024, https://wangari.substack.com/p/technological-innovation-alone-will, accessed 7-19-2024]</w:t>
      </w:r>
      <w:r>
        <w:rPr>
          <w:b w:val="0"/>
          <w:i w:val="0"/>
          <w:smallCaps w:val="0"/>
          <w:strike w:val="0"/>
          <w:u w:val="none"/>
        </w:rPr>
        <w:t>rice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result is the world that we are living in: </w:t>
      </w:r>
      <w:r>
        <w:rPr>
          <w:b w:val="0"/>
          <w:i w:val="0"/>
          <w:smallCaps w:val="0"/>
          <w:strike w:val="0"/>
          <w:u w:val="single"/>
        </w:rPr>
        <w:t>We live in unprecedented comfort</w:t>
      </w:r>
      <w:r>
        <w:rPr>
          <w:b w:val="0"/>
          <w:i w:val="0"/>
          <w:smallCaps w:val="0"/>
          <w:strike w:val="0"/>
          <w:u w:val="none"/>
        </w:rPr>
        <w:t xml:space="preserve">, but we are borrowing much of that comfort from the future. </w:t>
      </w:r>
      <w:r>
        <w:rPr>
          <w:b w:val="0"/>
          <w:i w:val="0"/>
          <w:smallCaps w:val="0"/>
          <w:strike w:val="0"/>
          <w:u w:val="single"/>
        </w:rPr>
        <w:t>Humanity has crossed six out of nine planetary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boundaries</w:t>
      </w:r>
      <w:r>
        <w:rPr>
          <w:b w:val="0"/>
          <w:i w:val="0"/>
          <w:smallCaps w:val="0"/>
          <w:strike w:val="0"/>
          <w:u w:val="none"/>
        </w:rPr>
        <w:t xml:space="preserve">. To name a few, </w:t>
      </w:r>
      <w:r>
        <w:rPr>
          <w:b w:val="0"/>
          <w:i w:val="0"/>
          <w:smallCaps w:val="0"/>
          <w:strike w:val="0"/>
          <w:u w:val="single"/>
        </w:rPr>
        <w:t>atmospheric carbon dioxide levels are higher</w:t>
      </w:r>
      <w:r>
        <w:rPr>
          <w:b w:val="0"/>
          <w:i w:val="0"/>
          <w:smallCaps w:val="0"/>
          <w:strike w:val="0"/>
          <w:u w:val="none"/>
        </w:rPr>
        <w:t xml:space="preserve"> than they have ever been in the known history of the planet, the </w:t>
      </w:r>
      <w:r>
        <w:rPr>
          <w:b w:val="0"/>
          <w:i w:val="0"/>
          <w:smallCaps w:val="0"/>
          <w:strike w:val="0"/>
          <w:u w:val="single"/>
        </w:rPr>
        <w:t>biosphere</w:t>
      </w:r>
      <w:r>
        <w:rPr>
          <w:b w:val="0"/>
          <w:i w:val="0"/>
          <w:smallCaps w:val="0"/>
          <w:strike w:val="0"/>
          <w:u w:val="single"/>
        </w:rPr>
        <w:t xml:space="preserve"> is</w:t>
      </w:r>
      <w:r>
        <w:rPr>
          <w:b w:val="0"/>
          <w:i w:val="0"/>
          <w:smallCaps w:val="0"/>
          <w:strike w:val="0"/>
          <w:u w:val="none"/>
        </w:rPr>
        <w:t xml:space="preserve"> being </w:t>
      </w:r>
      <w:r>
        <w:rPr>
          <w:b w:val="0"/>
          <w:i w:val="0"/>
          <w:smallCaps w:val="0"/>
          <w:strike w:val="0"/>
          <w:u w:val="single"/>
        </w:rPr>
        <w:t>disrupted</w:t>
      </w:r>
      <w:r>
        <w:rPr>
          <w:b w:val="0"/>
          <w:i w:val="0"/>
          <w:smallCaps w:val="0"/>
          <w:strike w:val="0"/>
          <w:u w:val="none"/>
        </w:rPr>
        <w:t xml:space="preserve"> by genetic and functional variants, and land-system </w:t>
      </w:r>
      <w:r>
        <w:rPr>
          <w:b w:val="0"/>
          <w:i w:val="0"/>
          <w:smallCaps w:val="0"/>
          <w:strike w:val="0"/>
          <w:highlight w:val="cyan"/>
          <w:u w:val="single"/>
        </w:rPr>
        <w:t>changes are threatening</w:t>
      </w:r>
      <w:r>
        <w:rPr>
          <w:b w:val="0"/>
          <w:i w:val="0"/>
          <w:smallCaps w:val="0"/>
          <w:strike w:val="0"/>
          <w:u w:val="none"/>
        </w:rPr>
        <w:t xml:space="preserve"> entire </w:t>
      </w:r>
      <w:r>
        <w:rPr>
          <w:b w:val="0"/>
          <w:i w:val="0"/>
          <w:smallCaps w:val="0"/>
          <w:strike w:val="0"/>
          <w:highlight w:val="cyan"/>
          <w:u w:val="single"/>
        </w:rPr>
        <w:t>ecosystems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Humanity is close to</w:t>
      </w:r>
      <w:r>
        <w:rPr>
          <w:b w:val="0"/>
          <w:i w:val="0"/>
          <w:smallCaps w:val="0"/>
          <w:strike w:val="0"/>
          <w:u w:val="none"/>
        </w:rPr>
        <w:t xml:space="preserve"> crossing the seventh boundary, too, by </w:t>
      </w:r>
      <w:r>
        <w:rPr>
          <w:b w:val="0"/>
          <w:i w:val="0"/>
          <w:smallCaps w:val="0"/>
          <w:strike w:val="0"/>
          <w:u w:val="single"/>
        </w:rPr>
        <w:t>rendering the oceans too acidic for healthy marine life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cyan"/>
          <w:u w:val="single"/>
        </w:rPr>
        <w:t>Tech</w:t>
      </w:r>
      <w:r>
        <w:rPr>
          <w:b w:val="0"/>
          <w:i w:val="0"/>
          <w:smallCaps w:val="0"/>
          <w:strike w:val="0"/>
          <w:u w:val="none"/>
        </w:rPr>
        <w:t xml:space="preserve">nology has </w:t>
      </w:r>
      <w:r>
        <w:rPr>
          <w:b w:val="0"/>
          <w:i w:val="0"/>
          <w:smallCaps w:val="0"/>
          <w:strike w:val="0"/>
          <w:highlight w:val="cyan"/>
          <w:u w:val="single"/>
        </w:rPr>
        <w:t>helped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use resources to build</w:t>
      </w:r>
      <w:r>
        <w:rPr>
          <w:b w:val="0"/>
          <w:i w:val="0"/>
          <w:smallCaps w:val="0"/>
          <w:strike w:val="0"/>
          <w:u w:val="none"/>
        </w:rPr>
        <w:t xml:space="preserve"> valuable </w:t>
      </w:r>
      <w:r>
        <w:rPr>
          <w:b w:val="0"/>
          <w:i w:val="0"/>
          <w:smallCaps w:val="0"/>
          <w:strike w:val="0"/>
          <w:highlight w:val="cyan"/>
          <w:u w:val="single"/>
        </w:rPr>
        <w:t>goods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highlight w:val="cyan"/>
          <w:u w:val="single"/>
        </w:rPr>
        <w:t>but we have not been able to replace</w:t>
      </w:r>
      <w:r>
        <w:rPr>
          <w:b w:val="0"/>
          <w:i w:val="0"/>
          <w:smallCaps w:val="0"/>
          <w:strike w:val="0"/>
          <w:highlight w:val="cyan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and restore these resources as quickly as we produce good</w:t>
      </w:r>
      <w:r>
        <w:rPr>
          <w:b w:val="0"/>
          <w:i w:val="0"/>
          <w:smallCaps w:val="0"/>
          <w:strike w:val="0"/>
          <w:highlight w:val="cyan"/>
          <w:u w:val="none"/>
        </w:rPr>
        <w:t>s</w:t>
      </w:r>
      <w:r>
        <w:rPr>
          <w:b w:val="0"/>
          <w:i w:val="0"/>
          <w:smallCaps w:val="0"/>
          <w:strike w:val="0"/>
          <w:u w:val="none"/>
        </w:rPr>
        <w:t xml:space="preserve">. Our </w:t>
      </w:r>
      <w:r>
        <w:rPr>
          <w:b w:val="0"/>
          <w:i w:val="0"/>
          <w:smallCaps w:val="0"/>
          <w:strike w:val="0"/>
          <w:u w:val="single"/>
        </w:rPr>
        <w:t>consumption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of goods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u w:val="single"/>
        </w:rPr>
        <w:t>leads to pollution</w:t>
      </w:r>
      <w:r>
        <w:rPr>
          <w:b w:val="0"/>
          <w:i w:val="0"/>
          <w:smallCaps w:val="0"/>
          <w:strike w:val="0"/>
          <w:u w:val="none"/>
        </w:rPr>
        <w:t xml:space="preserve"> in many forms, further </w:t>
      </w:r>
      <w:r>
        <w:rPr>
          <w:b/>
          <w:i w:val="0"/>
          <w:smallCaps w:val="0"/>
          <w:strike w:val="0"/>
          <w:highlight w:val="cyan"/>
          <w:u w:val="single"/>
        </w:rPr>
        <w:t>degrading natural resources</w:t>
      </w:r>
      <w:r>
        <w:rPr>
          <w:b w:val="0"/>
          <w:i w:val="0"/>
          <w:smallCaps w:val="0"/>
          <w:strike w:val="0"/>
          <w:u w:val="none"/>
        </w:rPr>
        <w:t xml:space="preserve"> that we all depend 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order to keep our current living standards, while also increasing those of people who have not yet reached them, we must try a different approach. </w:t>
      </w:r>
      <w:r>
        <w:rPr>
          <w:b w:val="0"/>
          <w:i w:val="0"/>
          <w:smallCaps w:val="0"/>
          <w:strike w:val="0"/>
          <w:highlight w:val="cyan"/>
          <w:u w:val="single"/>
        </w:rPr>
        <w:t>Extracting resources and producing goods quicker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will</w:t>
      </w:r>
      <w:r>
        <w:rPr>
          <w:b w:val="0"/>
          <w:i w:val="0"/>
          <w:smallCaps w:val="0"/>
          <w:strike w:val="0"/>
          <w:u w:val="none"/>
        </w:rPr>
        <w:t xml:space="preserve"> be of limited benefit as we </w:t>
      </w:r>
      <w:r>
        <w:rPr>
          <w:b w:val="0"/>
          <w:i w:val="0"/>
          <w:smallCaps w:val="0"/>
          <w:strike w:val="0"/>
          <w:highlight w:val="cyan"/>
          <w:u w:val="single"/>
        </w:rPr>
        <w:t>cross</w:t>
      </w:r>
      <w:r>
        <w:rPr>
          <w:b w:val="0"/>
          <w:i w:val="0"/>
          <w:smallCaps w:val="0"/>
          <w:strike w:val="0"/>
          <w:u w:val="none"/>
        </w:rPr>
        <w:t xml:space="preserve"> even more </w:t>
      </w:r>
      <w:r>
        <w:rPr>
          <w:b w:val="0"/>
          <w:i w:val="0"/>
          <w:smallCaps w:val="0"/>
          <w:strike w:val="0"/>
          <w:highlight w:val="cyan"/>
          <w:u w:val="single"/>
        </w:rPr>
        <w:t>planetary boundaries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 jeopardize the resources</w:t>
      </w:r>
      <w:r>
        <w:rPr>
          <w:b w:val="0"/>
          <w:i w:val="0"/>
          <w:smallCaps w:val="0"/>
          <w:strike w:val="0"/>
          <w:u w:val="none"/>
        </w:rPr>
        <w:t xml:space="preserve"> we all depend on.</w:t>
      </w:r>
    </w:p>
    <w:p>
      <w:pPr>
        <w:pStyle w:val="Caption"/>
      </w:pPr>
      <w:r>
        <w:t>Source: Innovation Good Bad Supplement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