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w:t>
      </w:r>
      <w:r>
        <w:rPr>
          <w:b/>
          <w:i w:val="0"/>
          <w:smallCaps w:val="0"/>
          <w:strike w:val="0"/>
          <w:sz w:val="26"/>
          <w:u w:val="none"/>
        </w:rPr>
        <w:t>sinks trade</w:t>
      </w:r>
    </w:p>
    <w:p>
      <w:pPr>
        <w:spacing w:after="80"/>
      </w:pPr>
      <w:r>
        <w:rPr>
          <w:b w:val="0"/>
          <w:i w:val="0"/>
          <w:smallCaps w:val="0"/>
          <w:strike w:val="0"/>
          <w:u w:val="none"/>
        </w:rPr>
        <w:t>Sarah</w:t>
      </w:r>
      <w:r>
        <w:rPr>
          <w:b/>
          <w:i w:val="0"/>
          <w:smallCaps w:val="0"/>
          <w:strike w:val="0"/>
          <w:sz w:val="20"/>
          <w:u w:val="none"/>
        </w:rPr>
        <w:t xml:space="preserve"> </w:t>
      </w:r>
      <w:r>
        <w:rPr>
          <w:b/>
          <w:i w:val="0"/>
          <w:smallCaps w:val="0"/>
          <w:strike w:val="0"/>
          <w:sz w:val="26"/>
          <w:u w:val="none"/>
        </w:rPr>
        <w:t xml:space="preserve">Lund </w:t>
      </w:r>
      <w:r>
        <w:rPr>
          <w:b/>
          <w:i w:val="0"/>
          <w:smallCaps w:val="0"/>
          <w:strike w:val="0"/>
          <w:sz w:val="26"/>
          <w:u w:val="none"/>
        </w:rPr>
        <w:t>and</w:t>
      </w:r>
      <w:r>
        <w:rPr>
          <w:b w:val="0"/>
          <w:i w:val="0"/>
          <w:smallCaps w:val="0"/>
          <w:strike w:val="0"/>
          <w:u w:val="none"/>
        </w:rPr>
        <w:t xml:space="preserve"> </w:t>
      </w:r>
      <w:r>
        <w:rPr>
          <w:b/>
          <w:i w:val="0"/>
          <w:smallCaps w:val="0"/>
          <w:strike w:val="0"/>
          <w:sz w:val="26"/>
          <w:u w:val="none"/>
        </w:rPr>
        <w:t>Bughin</w:t>
      </w:r>
      <w:r>
        <w:rPr>
          <w:b/>
          <w:i w:val="0"/>
          <w:smallCaps w:val="0"/>
          <w:strike w:val="0"/>
          <w:sz w:val="26"/>
          <w:u w:val="none"/>
        </w:rPr>
        <w:t xml:space="preserve"> 19</w:t>
      </w:r>
      <w:r>
        <w:rPr>
          <w:b w:val="0"/>
          <w:i w:val="0"/>
          <w:smallCaps w:val="0"/>
          <w:strike w:val="0"/>
          <w:u w:val="none"/>
        </w:rPr>
        <w:t xml:space="preserve">---Susan Lund is the leader of the McKinsey Global Institute. Jacques Bughin is a senior partner at McKinsey and a director of the McKinsey Global Institute, McKinsey’s business and economics research arm. Next-generation technologies and the future of trade”, Vox EU CEPR, 4-10-2019, </w:t>
      </w:r>
      <w:r>
        <w:rPr>
          <w:b w:val="0"/>
          <w:i w:val="0"/>
          <w:smallCaps w:val="0"/>
          <w:strike w:val="0"/>
          <w:u w:val="none"/>
        </w:rPr>
        <w:t>https://cepr.org/voxeu/columns/next-generation-technologies-and-future-trade</w:t>
      </w:r>
      <w:r>
        <w:rPr>
          <w:b w:val="0"/>
          <w:i w:val="0"/>
          <w:smallCaps w:val="0"/>
          <w:strike w:val="0"/>
          <w:u w:val="none"/>
        </w:rPr>
        <w:t>)</w:t>
      </w:r>
    </w:p>
    <w:p>
      <w:pPr>
        <w:spacing w:after="60"/>
      </w:pPr>
      <w:r>
        <w:rPr>
          <w:b w:val="0"/>
          <w:i w:val="0"/>
          <w:smallCaps w:val="0"/>
          <w:strike w:val="0"/>
          <w:sz w:val="22"/>
          <w:highlight w:val="cyan"/>
          <w:u w:val="single"/>
        </w:rPr>
        <w:t>Automation</w:t>
      </w:r>
      <w:r>
        <w:rPr>
          <w:b w:val="0"/>
          <w:i w:val="0"/>
          <w:smallCaps w:val="0"/>
          <w:strike w:val="0"/>
          <w:sz w:val="22"/>
          <w:u w:val="single"/>
        </w:rPr>
        <w:t xml:space="preserve"> and additive manufacturing</w:t>
      </w:r>
      <w:r>
        <w:rPr>
          <w:b w:val="0"/>
          <w:i w:val="0"/>
          <w:smallCaps w:val="0"/>
          <w:strike w:val="0"/>
          <w:u w:val="single"/>
        </w:rPr>
        <w:t xml:space="preserve"> change production processes and the relative importance of inputs, and </w:t>
      </w:r>
      <w:r>
        <w:rPr>
          <w:b w:val="0"/>
          <w:i w:val="0"/>
          <w:smallCaps w:val="0"/>
          <w:strike w:val="0"/>
          <w:sz w:val="22"/>
          <w:u w:val="single"/>
        </w:rPr>
        <w:t xml:space="preserve">may </w:t>
      </w:r>
      <w:r>
        <w:rPr>
          <w:b/>
          <w:i w:val="0"/>
          <w:smallCaps w:val="0"/>
          <w:strike w:val="0"/>
          <w:sz w:val="22"/>
          <w:highlight w:val="cyan"/>
          <w:u w:val="single"/>
        </w:rPr>
        <w:t>reduce goods trade</w:t>
      </w:r>
    </w:p>
    <w:p>
      <w:pPr>
        <w:spacing w:after="60"/>
      </w:pPr>
      <w:r>
        <w:rPr>
          <w:b w:val="0"/>
          <w:i w:val="0"/>
          <w:smallCaps w:val="0"/>
          <w:strike w:val="0"/>
          <w:sz w:val="22"/>
          <w:u w:val="single"/>
        </w:rPr>
        <w:t xml:space="preserve">The </w:t>
      </w:r>
      <w:r>
        <w:rPr>
          <w:b/>
          <w:i w:val="0"/>
          <w:smallCaps w:val="0"/>
          <w:strike w:val="0"/>
          <w:sz w:val="22"/>
          <w:highlight w:val="cyan"/>
          <w:u w:val="single"/>
        </w:rPr>
        <w:t>diffusion</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automation and </w:t>
      </w:r>
      <w:r>
        <w:rPr>
          <w:b/>
          <w:i w:val="0"/>
          <w:smallCaps w:val="0"/>
          <w:strike w:val="0"/>
          <w:sz w:val="22"/>
          <w:u w:val="single"/>
        </w:rPr>
        <w:t>a</w:t>
      </w:r>
      <w:r>
        <w:rPr>
          <w:b w:val="0"/>
          <w:i w:val="0"/>
          <w:smallCaps w:val="0"/>
          <w:strike w:val="0"/>
          <w:u w:val="single"/>
        </w:rPr>
        <w:t xml:space="preserve">rtificial </w:t>
      </w:r>
      <w:r>
        <w:rPr>
          <w:b/>
          <w:i w:val="0"/>
          <w:smallCaps w:val="0"/>
          <w:strike w:val="0"/>
          <w:sz w:val="22"/>
          <w:u w:val="single"/>
        </w:rPr>
        <w:t>i</w:t>
      </w:r>
      <w:r>
        <w:rPr>
          <w:b w:val="0"/>
          <w:i w:val="0"/>
          <w:smallCaps w:val="0"/>
          <w:strike w:val="0"/>
          <w:u w:val="single"/>
        </w:rPr>
        <w:t xml:space="preserve">ntelligence </w:t>
      </w:r>
      <w:r>
        <w:rPr>
          <w:b/>
          <w:i w:val="0"/>
          <w:smallCaps w:val="0"/>
          <w:strike w:val="0"/>
          <w:sz w:val="22"/>
          <w:highlight w:val="cyan"/>
          <w:u w:val="single"/>
        </w:rPr>
        <w:t>tech</w:t>
      </w:r>
      <w:r>
        <w:rPr>
          <w:b w:val="0"/>
          <w:i w:val="0"/>
          <w:smallCaps w:val="0"/>
          <w:strike w:val="0"/>
          <w:sz w:val="22"/>
          <w:u w:val="single"/>
        </w:rPr>
        <w:t xml:space="preserve">nologies suggests that </w:t>
      </w:r>
      <w:r>
        <w:rPr>
          <w:b w:val="0"/>
          <w:i w:val="0"/>
          <w:smallCaps w:val="0"/>
          <w:strike w:val="0"/>
          <w:u w:val="single"/>
        </w:rPr>
        <w:t xml:space="preserve">multiple </w:t>
      </w:r>
      <w:r>
        <w:rPr>
          <w:b w:val="0"/>
          <w:i w:val="0"/>
          <w:smallCaps w:val="0"/>
          <w:strike w:val="0"/>
          <w:sz w:val="22"/>
          <w:u w:val="single"/>
        </w:rPr>
        <w:t xml:space="preserve">industries </w:t>
      </w:r>
      <w:r>
        <w:rPr>
          <w:b w:val="0"/>
          <w:i w:val="0"/>
          <w:smallCaps w:val="0"/>
          <w:strike w:val="0"/>
          <w:sz w:val="22"/>
          <w:highlight w:val="cyan"/>
          <w:u w:val="single"/>
        </w:rPr>
        <w:t>will</w:t>
      </w:r>
      <w:r>
        <w:rPr>
          <w:b w:val="0"/>
          <w:i w:val="0"/>
          <w:smallCaps w:val="0"/>
          <w:strike w:val="0"/>
          <w:sz w:val="22"/>
          <w:u w:val="single"/>
        </w:rPr>
        <w:t xml:space="preserve"> experience a </w:t>
      </w:r>
      <w:r>
        <w:rPr>
          <w:b/>
          <w:i w:val="0"/>
          <w:smallCaps w:val="0"/>
          <w:strike w:val="0"/>
          <w:sz w:val="22"/>
          <w:u w:val="single"/>
        </w:rPr>
        <w:t xml:space="preserve">profound </w:t>
      </w:r>
      <w:r>
        <w:rPr>
          <w:b/>
          <w:i w:val="0"/>
          <w:smallCaps w:val="0"/>
          <w:strike w:val="0"/>
          <w:sz w:val="22"/>
          <w:highlight w:val="cyan"/>
          <w:u w:val="single"/>
        </w:rPr>
        <w:t>shift</w:t>
      </w:r>
      <w:r>
        <w:rPr>
          <w:b w:val="0"/>
          <w:i w:val="0"/>
          <w:smallCaps w:val="0"/>
          <w:strike w:val="0"/>
          <w:sz w:val="22"/>
          <w:u w:val="single"/>
        </w:rPr>
        <w:t xml:space="preserve"> </w:t>
      </w:r>
      <w:r>
        <w:rPr>
          <w:b w:val="0"/>
          <w:i w:val="0"/>
          <w:smallCaps w:val="0"/>
          <w:strike w:val="0"/>
          <w:u w:val="single"/>
        </w:rPr>
        <w:t xml:space="preserve">in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importance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capital versus </w:t>
      </w:r>
      <w:r>
        <w:rPr>
          <w:b w:val="0"/>
          <w:i w:val="0"/>
          <w:smallCaps w:val="0"/>
          <w:strike w:val="0"/>
          <w:highlight w:val="cyan"/>
          <w:u w:val="single"/>
        </w:rPr>
        <w:t>labour</w:t>
      </w:r>
      <w:r>
        <w:rPr>
          <w:b w:val="0"/>
          <w:i w:val="0"/>
          <w:smallCaps w:val="0"/>
          <w:strike w:val="0"/>
          <w:u w:val="single"/>
        </w:rPr>
        <w:t xml:space="preserve"> (McKinsey Global Institute 2017).</w:t>
      </w:r>
      <w:r>
        <w:rPr>
          <w:b w:val="0"/>
          <w:i w:val="0"/>
          <w:smallCaps w:val="0"/>
          <w:strike w:val="0"/>
          <w:u w:val="none"/>
        </w:rPr>
        <w:t xml:space="preserve"> The growing adoption of </w:t>
      </w:r>
      <w:r>
        <w:rPr>
          <w:b w:val="0"/>
          <w:i w:val="0"/>
          <w:smallCaps w:val="0"/>
          <w:strike w:val="0"/>
          <w:sz w:val="22"/>
          <w:u w:val="single"/>
        </w:rPr>
        <w:t xml:space="preserve">automation and </w:t>
      </w:r>
      <w:r>
        <w:rPr>
          <w:b w:val="0"/>
          <w:i w:val="0"/>
          <w:smallCaps w:val="0"/>
          <w:strike w:val="0"/>
          <w:sz w:val="22"/>
          <w:highlight w:val="cyan"/>
          <w:u w:val="single"/>
        </w:rPr>
        <w:t>AI</w:t>
      </w:r>
      <w:r>
        <w:rPr>
          <w:b w:val="0"/>
          <w:i w:val="0"/>
          <w:smallCaps w:val="0"/>
          <w:strike w:val="0"/>
          <w:u w:val="none"/>
        </w:rPr>
        <w:t xml:space="preserve"> in manufacturing </w:t>
      </w:r>
      <w:r>
        <w:rPr>
          <w:b w:val="0"/>
          <w:i w:val="0"/>
          <w:smallCaps w:val="0"/>
          <w:strike w:val="0"/>
          <w:sz w:val="22"/>
          <w:highlight w:val="cyan"/>
          <w:u w:val="single"/>
        </w:rPr>
        <w:t>makes</w:t>
      </w:r>
      <w:r>
        <w:rPr>
          <w:b w:val="0"/>
          <w:i w:val="0"/>
          <w:smallCaps w:val="0"/>
          <w:strike w:val="0"/>
          <w:sz w:val="22"/>
          <w:u w:val="single"/>
        </w:rPr>
        <w:t xml:space="preserve"> </w:t>
      </w:r>
      <w:r>
        <w:rPr>
          <w:b/>
          <w:i w:val="0"/>
          <w:smallCaps w:val="0"/>
          <w:strike w:val="0"/>
          <w:sz w:val="22"/>
          <w:highlight w:val="cyan"/>
          <w:u w:val="single"/>
        </w:rPr>
        <w:t>labour</w:t>
      </w:r>
      <w:r>
        <w:rPr>
          <w:b w:val="0"/>
          <w:i w:val="0"/>
          <w:smallCaps w:val="0"/>
          <w:strike w:val="0"/>
          <w:sz w:val="22"/>
          <w:u w:val="single"/>
        </w:rPr>
        <w:t xml:space="preserve"> costs </w:t>
      </w:r>
      <w:r>
        <w:rPr>
          <w:b/>
          <w:i w:val="0"/>
          <w:smallCaps w:val="0"/>
          <w:strike w:val="0"/>
          <w:sz w:val="22"/>
          <w:highlight w:val="cyan"/>
          <w:u w:val="single"/>
        </w:rPr>
        <w:t>less</w:t>
      </w:r>
      <w:r>
        <w:rPr>
          <w:b w:val="0"/>
          <w:i w:val="0"/>
          <w:smallCaps w:val="0"/>
          <w:strike w:val="0"/>
          <w:sz w:val="22"/>
          <w:u w:val="single"/>
        </w:rPr>
        <w:t xml:space="preserve"> </w:t>
      </w:r>
      <w:r>
        <w:rPr>
          <w:b w:val="0"/>
          <w:i w:val="0"/>
          <w:smallCaps w:val="0"/>
          <w:strike w:val="0"/>
          <w:sz w:val="22"/>
          <w:highlight w:val="cyan"/>
          <w:u w:val="single"/>
        </w:rPr>
        <w:t>important</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other </w:t>
      </w:r>
      <w:r>
        <w:rPr>
          <w:b w:val="0"/>
          <w:i w:val="0"/>
          <w:smallCaps w:val="0"/>
          <w:strike w:val="0"/>
          <w:sz w:val="22"/>
          <w:u w:val="single"/>
        </w:rPr>
        <w:t xml:space="preserve">factors – such as </w:t>
      </w:r>
      <w:r>
        <w:rPr>
          <w:b/>
          <w:i w:val="0"/>
          <w:smallCaps w:val="0"/>
          <w:strike w:val="0"/>
          <w:sz w:val="22"/>
          <w:u w:val="single"/>
        </w:rPr>
        <w:t>proximity to</w:t>
      </w:r>
      <w:r>
        <w:rPr>
          <w:b w:val="0"/>
          <w:i w:val="0"/>
          <w:smallCaps w:val="0"/>
          <w:strike w:val="0"/>
          <w:u w:val="none"/>
        </w:rPr>
        <w:t xml:space="preserve"> consumer </w:t>
      </w:r>
      <w:r>
        <w:rPr>
          <w:b/>
          <w:i w:val="0"/>
          <w:smallCaps w:val="0"/>
          <w:strike w:val="0"/>
          <w:sz w:val="22"/>
          <w:u w:val="single"/>
        </w:rPr>
        <w:t>markets</w:t>
      </w:r>
      <w:r>
        <w:rPr>
          <w:b w:val="0"/>
          <w:i w:val="0"/>
          <w:smallCaps w:val="0"/>
          <w:strike w:val="0"/>
          <w:u w:val="none"/>
        </w:rPr>
        <w:t xml:space="preserve">, access to resources, workforce skills, </w:t>
      </w:r>
      <w:r>
        <w:rPr>
          <w:b w:val="0"/>
          <w:i w:val="0"/>
          <w:smallCaps w:val="0"/>
          <w:strike w:val="0"/>
          <w:sz w:val="22"/>
          <w:u w:val="single"/>
        </w:rPr>
        <w:t xml:space="preserve">and infrastructure quality – </w:t>
      </w:r>
      <w:r>
        <w:rPr>
          <w:b/>
          <w:i w:val="0"/>
          <w:smallCaps w:val="0"/>
          <w:strike w:val="0"/>
          <w:sz w:val="22"/>
          <w:u w:val="single"/>
        </w:rPr>
        <w:t>more</w:t>
      </w:r>
      <w:r>
        <w:rPr>
          <w:b w:val="0"/>
          <w:i w:val="0"/>
          <w:smallCaps w:val="0"/>
          <w:strike w:val="0"/>
          <w:sz w:val="22"/>
          <w:u w:val="single"/>
        </w:rPr>
        <w:t xml:space="preserve"> important</w:t>
      </w:r>
      <w:r>
        <w:rPr>
          <w:b w:val="0"/>
          <w:i w:val="0"/>
          <w:smallCaps w:val="0"/>
          <w:strike w:val="0"/>
          <w:u w:val="none"/>
        </w:rPr>
        <w:t>.</w:t>
      </w:r>
    </w:p>
    <w:p>
      <w:pPr>
        <w:spacing w:after="60"/>
      </w:pPr>
      <w:r>
        <w:rPr>
          <w:b w:val="0"/>
          <w:i w:val="0"/>
          <w:smallCaps w:val="0"/>
          <w:strike w:val="0"/>
          <w:u w:val="none"/>
        </w:rPr>
        <w:t xml:space="preserve">As a result, </w:t>
      </w:r>
      <w:r>
        <w:rPr>
          <w:b w:val="0"/>
          <w:i w:val="0"/>
          <w:smallCaps w:val="0"/>
          <w:strike w:val="0"/>
          <w:sz w:val="22"/>
          <w:u w:val="single"/>
        </w:rPr>
        <w:t xml:space="preserve">we can already </w:t>
      </w:r>
      <w:r>
        <w:rPr>
          <w:b/>
          <w:i w:val="0"/>
          <w:smallCaps w:val="0"/>
          <w:strike w:val="0"/>
          <w:sz w:val="22"/>
          <w:u w:val="single"/>
        </w:rPr>
        <w:t>see a trend</w:t>
      </w:r>
      <w:r>
        <w:rPr>
          <w:b w:val="0"/>
          <w:i w:val="0"/>
          <w:smallCaps w:val="0"/>
          <w:strike w:val="0"/>
          <w:sz w:val="22"/>
          <w:u w:val="single"/>
        </w:rPr>
        <w:t xml:space="preserve"> towards moving production closer to </w:t>
      </w:r>
      <w:r>
        <w:rPr>
          <w:b/>
          <w:i w:val="0"/>
          <w:smallCaps w:val="0"/>
          <w:strike w:val="0"/>
          <w:sz w:val="22"/>
          <w:u w:val="single"/>
        </w:rPr>
        <w:t>end consumer markets</w:t>
      </w:r>
      <w:r>
        <w:rPr>
          <w:b w:val="0"/>
          <w:i w:val="0"/>
          <w:smallCaps w:val="0"/>
          <w:strike w:val="0"/>
          <w:u w:val="none"/>
        </w:rPr>
        <w:t xml:space="preserve">, such as the US and the EU. </w:t>
      </w:r>
      <w:r>
        <w:rPr>
          <w:b w:val="0"/>
          <w:i w:val="0"/>
          <w:smallCaps w:val="0"/>
          <w:strike w:val="0"/>
          <w:u w:val="single"/>
        </w:rPr>
        <w:t xml:space="preserve">Today, </w:t>
      </w:r>
      <w:r>
        <w:rPr>
          <w:b w:val="0"/>
          <w:i w:val="0"/>
          <w:smallCaps w:val="0"/>
          <w:strike w:val="0"/>
          <w:highlight w:val="cyan"/>
          <w:u w:val="single"/>
        </w:rPr>
        <w:t>only</w:t>
      </w:r>
      <w:r>
        <w:rPr>
          <w:b w:val="0"/>
          <w:i w:val="0"/>
          <w:smallCaps w:val="0"/>
          <w:strike w:val="0"/>
          <w:u w:val="single"/>
        </w:rPr>
        <w:t xml:space="preserve"> </w:t>
      </w:r>
      <w:r>
        <w:rPr>
          <w:b w:val="0"/>
          <w:i w:val="0"/>
          <w:smallCaps w:val="0"/>
          <w:strike w:val="0"/>
          <w:highlight w:val="cyan"/>
          <w:u w:val="single"/>
        </w:rPr>
        <w:t>18% of goods trade</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w:t>
      </w:r>
      <w:r>
        <w:rPr>
          <w:b w:val="0"/>
          <w:i w:val="0"/>
          <w:smallCaps w:val="0"/>
          <w:strike w:val="0"/>
          <w:highlight w:val="cyan"/>
          <w:u w:val="single"/>
        </w:rPr>
        <w:t>from a low-wage to a high-wage country</w:t>
      </w:r>
      <w:r>
        <w:rPr>
          <w:b w:val="0"/>
          <w:i w:val="0"/>
          <w:smallCaps w:val="0"/>
          <w:strike w:val="0"/>
          <w:u w:val="single"/>
        </w:rPr>
        <w:t>, and that share is shrinking in the most labour-intensive industries, such as textiles and apparel</w:t>
      </w:r>
      <w:r>
        <w:rPr>
          <w:b w:val="0"/>
          <w:i w:val="0"/>
          <w:smallCaps w:val="0"/>
          <w:strike w:val="0"/>
          <w:u w:val="none"/>
        </w:rPr>
        <w:t xml:space="preserve">. Both Adidas and Nike, for instance, have designed new lines of athletic shoes that make them amenable to full automation of the production process – and they have opened those new factories in Germany and the US (Adidas) and Mexico (Nike). </w:t>
      </w:r>
    </w:p>
    <w:p>
      <w:pPr>
        <w:spacing w:after="60"/>
      </w:pPr>
      <w:r>
        <w:rPr>
          <w:b w:val="0"/>
          <w:i w:val="0"/>
          <w:smallCaps w:val="0"/>
          <w:strike w:val="0"/>
          <w:sz w:val="22"/>
          <w:u w:val="single"/>
        </w:rPr>
        <w:t>In addition</w:t>
      </w:r>
      <w:r>
        <w:rPr>
          <w:b w:val="0"/>
          <w:i w:val="0"/>
          <w:smallCaps w:val="0"/>
          <w:strike w:val="0"/>
          <w:u w:val="single"/>
        </w:rPr>
        <w:t xml:space="preserve"> to affecting the trade in manufactured goods, </w:t>
      </w:r>
      <w:r>
        <w:rPr>
          <w:b w:val="0"/>
          <w:i w:val="0"/>
          <w:smallCaps w:val="0"/>
          <w:strike w:val="0"/>
          <w:sz w:val="22"/>
          <w:highlight w:val="cyan"/>
          <w:u w:val="single"/>
        </w:rPr>
        <w:t>automation</w:t>
      </w:r>
      <w:r>
        <w:rPr>
          <w:b w:val="0"/>
          <w:i w:val="0"/>
          <w:smallCaps w:val="0"/>
          <w:strike w:val="0"/>
          <w:sz w:val="22"/>
          <w:u w:val="single"/>
        </w:rPr>
        <w:t xml:space="preserve"> will </w:t>
      </w:r>
      <w:r>
        <w:rPr>
          <w:b w:val="0"/>
          <w:i w:val="0"/>
          <w:smallCaps w:val="0"/>
          <w:strike w:val="0"/>
          <w:sz w:val="22"/>
          <w:highlight w:val="cyan"/>
          <w:u w:val="single"/>
        </w:rPr>
        <w:t>influence</w:t>
      </w:r>
      <w:r>
        <w:rPr>
          <w:b w:val="0"/>
          <w:i w:val="0"/>
          <w:smallCaps w:val="0"/>
          <w:strike w:val="0"/>
          <w:sz w:val="22"/>
          <w:u w:val="single"/>
        </w:rPr>
        <w:t xml:space="preserve"> </w:t>
      </w:r>
      <w:r>
        <w:rPr>
          <w:b/>
          <w:i w:val="0"/>
          <w:smallCaps w:val="0"/>
          <w:strike w:val="0"/>
          <w:sz w:val="22"/>
          <w:highlight w:val="cyan"/>
          <w:u w:val="single"/>
        </w:rPr>
        <w:t>trade</w:t>
      </w:r>
      <w:r>
        <w:rPr>
          <w:b/>
          <w:i w:val="0"/>
          <w:smallCaps w:val="0"/>
          <w:strike w:val="0"/>
          <w:sz w:val="22"/>
          <w:u w:val="single"/>
        </w:rPr>
        <w:t xml:space="preserve"> </w:t>
      </w:r>
      <w:r>
        <w:rPr>
          <w:b/>
          <w:i w:val="0"/>
          <w:smallCaps w:val="0"/>
          <w:strike w:val="0"/>
          <w:sz w:val="22"/>
          <w:highlight w:val="cyan"/>
          <w:u w:val="single"/>
        </w:rPr>
        <w:t>in</w:t>
      </w:r>
      <w:r>
        <w:rPr>
          <w:b/>
          <w:i w:val="0"/>
          <w:smallCaps w:val="0"/>
          <w:strike w:val="0"/>
          <w:sz w:val="22"/>
          <w:u w:val="single"/>
        </w:rPr>
        <w:t xml:space="preserve"> </w:t>
      </w:r>
      <w:r>
        <w:rPr>
          <w:b/>
          <w:i w:val="0"/>
          <w:smallCaps w:val="0"/>
          <w:strike w:val="0"/>
          <w:sz w:val="22"/>
          <w:highlight w:val="cyan"/>
          <w:u w:val="single"/>
        </w:rPr>
        <w:t>services</w:t>
      </w:r>
      <w:r>
        <w:rPr>
          <w:b w:val="0"/>
          <w:i w:val="0"/>
          <w:smallCaps w:val="0"/>
          <w:strike w:val="0"/>
          <w:u w:val="none"/>
        </w:rPr>
        <w:t xml:space="preserve">. Many </w:t>
      </w:r>
      <w:r>
        <w:rPr>
          <w:b w:val="0"/>
          <w:i w:val="0"/>
          <w:smallCaps w:val="0"/>
          <w:strike w:val="0"/>
          <w:sz w:val="22"/>
          <w:u w:val="single"/>
        </w:rPr>
        <w:t>call centre and help desk services</w:t>
      </w:r>
      <w:r>
        <w:rPr>
          <w:b w:val="0"/>
          <w:i w:val="0"/>
          <w:smallCaps w:val="0"/>
          <w:strike w:val="0"/>
          <w:u w:val="none"/>
        </w:rPr>
        <w:t xml:space="preserve"> are already ‘staffed’ by virtual agents, which </w:t>
      </w:r>
      <w:r>
        <w:rPr>
          <w:b w:val="0"/>
          <w:i w:val="0"/>
          <w:smallCaps w:val="0"/>
          <w:strike w:val="0"/>
          <w:sz w:val="22"/>
          <w:u w:val="single"/>
        </w:rPr>
        <w:t xml:space="preserve">are adding natural language processing </w:t>
      </w:r>
      <w:r>
        <w:rPr>
          <w:b/>
          <w:i w:val="0"/>
          <w:smallCaps w:val="0"/>
          <w:strike w:val="0"/>
          <w:sz w:val="22"/>
          <w:highlight w:val="cyan"/>
          <w:u w:val="single"/>
        </w:rPr>
        <w:t>abilities</w:t>
      </w:r>
      <w:r>
        <w:rPr>
          <w:b w:val="0"/>
          <w:i w:val="0"/>
          <w:smallCaps w:val="0"/>
          <w:strike w:val="0"/>
          <w:sz w:val="22"/>
          <w:u w:val="single"/>
        </w:rPr>
        <w:t xml:space="preserve"> and beginning to handle a </w:t>
      </w:r>
      <w:r>
        <w:rPr>
          <w:b/>
          <w:i w:val="0"/>
          <w:smallCaps w:val="0"/>
          <w:strike w:val="0"/>
          <w:sz w:val="22"/>
          <w:u w:val="single"/>
        </w:rPr>
        <w:t>wider range</w:t>
      </w:r>
      <w:r>
        <w:rPr>
          <w:b w:val="0"/>
          <w:i w:val="0"/>
          <w:smallCaps w:val="0"/>
          <w:strike w:val="0"/>
          <w:sz w:val="22"/>
          <w:u w:val="single"/>
        </w:rPr>
        <w:t xml:space="preserve"> of tasks</w:t>
      </w:r>
      <w:r>
        <w:rPr>
          <w:b w:val="0"/>
          <w:i w:val="0"/>
          <w:smallCaps w:val="0"/>
          <w:strike w:val="0"/>
          <w:u w:val="none"/>
        </w:rPr>
        <w:t xml:space="preserve">. This is leading </w:t>
      </w:r>
      <w:r>
        <w:rPr>
          <w:b w:val="0"/>
          <w:i w:val="0"/>
          <w:smallCaps w:val="0"/>
          <w:strike w:val="0"/>
          <w:sz w:val="22"/>
          <w:u w:val="single"/>
        </w:rPr>
        <w:t xml:space="preserve">some companies to </w:t>
      </w:r>
      <w:r>
        <w:rPr>
          <w:b/>
          <w:i w:val="0"/>
          <w:smallCaps w:val="0"/>
          <w:strike w:val="0"/>
          <w:sz w:val="22"/>
          <w:u w:val="single"/>
        </w:rPr>
        <w:t>automate</w:t>
      </w:r>
      <w:r>
        <w:rPr>
          <w:b w:val="0"/>
          <w:i w:val="0"/>
          <w:smallCaps w:val="0"/>
          <w:strike w:val="0"/>
          <w:sz w:val="22"/>
          <w:u w:val="single"/>
        </w:rPr>
        <w:t xml:space="preserve"> customer support</w:t>
      </w:r>
      <w:r>
        <w:rPr>
          <w:b w:val="0"/>
          <w:i w:val="0"/>
          <w:smallCaps w:val="0"/>
          <w:strike w:val="0"/>
          <w:u w:val="none"/>
        </w:rPr>
        <w:t xml:space="preserve"> and back-office services </w:t>
      </w:r>
      <w:r>
        <w:rPr>
          <w:b w:val="0"/>
          <w:i w:val="0"/>
          <w:smallCaps w:val="0"/>
          <w:strike w:val="0"/>
          <w:sz w:val="22"/>
          <w:u w:val="single"/>
        </w:rPr>
        <w:t xml:space="preserve">rather than </w:t>
      </w:r>
      <w:r>
        <w:rPr>
          <w:b/>
          <w:i w:val="0"/>
          <w:smallCaps w:val="0"/>
          <w:strike w:val="0"/>
          <w:sz w:val="22"/>
          <w:u w:val="single"/>
        </w:rPr>
        <w:t>offshoring</w:t>
      </w:r>
      <w:r>
        <w:rPr>
          <w:b w:val="0"/>
          <w:i w:val="0"/>
          <w:smallCaps w:val="0"/>
          <w:strike w:val="0"/>
          <w:sz w:val="22"/>
          <w:u w:val="single"/>
        </w:rPr>
        <w:t xml:space="preserve"> them. This trend could reduce the $160 billion </w:t>
      </w:r>
      <w:r>
        <w:rPr>
          <w:b w:val="0"/>
          <w:i w:val="0"/>
          <w:smallCaps w:val="0"/>
          <w:strike w:val="0"/>
          <w:u w:val="none"/>
        </w:rPr>
        <w:t>global</w:t>
      </w:r>
      <w:r>
        <w:rPr>
          <w:b w:val="0"/>
          <w:i w:val="0"/>
          <w:smallCaps w:val="0"/>
          <w:strike w:val="0"/>
          <w:sz w:val="16"/>
          <w:u w:val="single"/>
        </w:rPr>
        <w:t xml:space="preserve"> </w:t>
      </w:r>
      <w:r>
        <w:rPr>
          <w:b w:val="0"/>
          <w:i w:val="0"/>
          <w:smallCaps w:val="0"/>
          <w:strike w:val="0"/>
          <w:sz w:val="22"/>
          <w:u w:val="single"/>
        </w:rPr>
        <w:t xml:space="preserve">market for business </w:t>
      </w:r>
      <w:r>
        <w:rPr>
          <w:b/>
          <w:i w:val="0"/>
          <w:smallCaps w:val="0"/>
          <w:strike w:val="0"/>
          <w:sz w:val="22"/>
          <w:u w:val="single"/>
        </w:rPr>
        <w:t>process outsourcing</w:t>
      </w:r>
      <w:r>
        <w:rPr>
          <w:b w:val="0"/>
          <w:i w:val="0"/>
          <w:smallCaps w:val="0"/>
          <w:strike w:val="0"/>
          <w:u w:val="none"/>
        </w:rPr>
        <w:t xml:space="preserve">, now </w:t>
      </w:r>
      <w:r>
        <w:rPr>
          <w:b w:val="0"/>
          <w:i w:val="0"/>
          <w:smallCaps w:val="0"/>
          <w:strike w:val="0"/>
          <w:sz w:val="22"/>
          <w:u w:val="single"/>
        </w:rPr>
        <w:t xml:space="preserve">one of the most </w:t>
      </w:r>
      <w:r>
        <w:rPr>
          <w:b/>
          <w:i w:val="0"/>
          <w:smallCaps w:val="0"/>
          <w:strike w:val="0"/>
          <w:sz w:val="22"/>
          <w:u w:val="single"/>
        </w:rPr>
        <w:t>heavily traded</w:t>
      </w:r>
      <w:r>
        <w:rPr>
          <w:b w:val="0"/>
          <w:i w:val="0"/>
          <w:smallCaps w:val="0"/>
          <w:strike w:val="0"/>
          <w:sz w:val="22"/>
          <w:u w:val="single"/>
        </w:rPr>
        <w:t xml:space="preserve"> service sectors</w:t>
      </w:r>
      <w:r>
        <w:rPr>
          <w:b w:val="0"/>
          <w:i w:val="0"/>
          <w:smallCaps w:val="0"/>
          <w:strike w:val="0"/>
          <w:u w:val="none"/>
        </w:rPr>
        <w:t>.</w:t>
      </w:r>
    </w:p>
    <w:p>
      <w:pPr>
        <w:spacing w:after="60"/>
      </w:pPr>
      <w:r>
        <w:rPr>
          <w:b/>
          <w:i w:val="0"/>
          <w:smallCaps w:val="0"/>
          <w:strike w:val="0"/>
          <w:sz w:val="22"/>
          <w:highlight w:val="cyan"/>
          <w:u w:val="single"/>
        </w:rPr>
        <w:t>Additive</w:t>
      </w:r>
      <w:r>
        <w:rPr>
          <w:b w:val="0"/>
          <w:i w:val="0"/>
          <w:smallCaps w:val="0"/>
          <w:strike w:val="0"/>
          <w:sz w:val="22"/>
          <w:u w:val="single"/>
        </w:rPr>
        <w:t xml:space="preserve"> </w:t>
      </w:r>
      <w:r>
        <w:rPr>
          <w:b w:val="0"/>
          <w:i w:val="0"/>
          <w:smallCaps w:val="0"/>
          <w:strike w:val="0"/>
          <w:sz w:val="22"/>
          <w:highlight w:val="cyan"/>
          <w:u w:val="single"/>
        </w:rPr>
        <w:t>manufacturing</w:t>
      </w:r>
      <w:r>
        <w:rPr>
          <w:b w:val="0"/>
          <w:i w:val="0"/>
          <w:smallCaps w:val="0"/>
          <w:strike w:val="0"/>
          <w:u w:val="none"/>
        </w:rPr>
        <w:t xml:space="preserve"> (3D printing) </w:t>
      </w:r>
      <w:r>
        <w:rPr>
          <w:b w:val="0"/>
          <w:i w:val="0"/>
          <w:smallCaps w:val="0"/>
          <w:strike w:val="0"/>
          <w:sz w:val="22"/>
          <w:u w:val="single"/>
        </w:rPr>
        <w:t xml:space="preserve">could also </w:t>
      </w:r>
      <w:r>
        <w:rPr>
          <w:b w:val="0"/>
          <w:i w:val="0"/>
          <w:smallCaps w:val="0"/>
          <w:strike w:val="0"/>
          <w:sz w:val="22"/>
          <w:highlight w:val="cyan"/>
          <w:u w:val="single"/>
        </w:rPr>
        <w:t>influence</w:t>
      </w:r>
      <w:r>
        <w:rPr>
          <w:b w:val="0"/>
          <w:i w:val="0"/>
          <w:smallCaps w:val="0"/>
          <w:strike w:val="0"/>
          <w:sz w:val="22"/>
          <w:u w:val="single"/>
        </w:rPr>
        <w:t xml:space="preserve"> </w:t>
      </w:r>
      <w:r>
        <w:rPr>
          <w:b/>
          <w:i w:val="0"/>
          <w:smallCaps w:val="0"/>
          <w:strike w:val="0"/>
          <w:sz w:val="22"/>
          <w:u w:val="single"/>
        </w:rPr>
        <w:t xml:space="preserve">future </w:t>
      </w:r>
      <w:r>
        <w:rPr>
          <w:b/>
          <w:i w:val="0"/>
          <w:smallCaps w:val="0"/>
          <w:strike w:val="0"/>
          <w:sz w:val="22"/>
          <w:highlight w:val="cyan"/>
          <w:u w:val="single"/>
        </w:rPr>
        <w:t>trade</w:t>
      </w:r>
      <w:r>
        <w:rPr>
          <w:b w:val="0"/>
          <w:i w:val="0"/>
          <w:smallCaps w:val="0"/>
          <w:strike w:val="0"/>
          <w:sz w:val="22"/>
          <w:u w:val="single"/>
        </w:rPr>
        <w:t xml:space="preserve"> </w:t>
      </w:r>
      <w:r>
        <w:rPr>
          <w:b w:val="0"/>
          <w:i w:val="0"/>
          <w:smallCaps w:val="0"/>
          <w:strike w:val="0"/>
          <w:sz w:val="22"/>
          <w:highlight w:val="cyan"/>
          <w:u w:val="single"/>
        </w:rPr>
        <w:t>flows</w:t>
      </w:r>
      <w:r>
        <w:rPr>
          <w:b w:val="0"/>
          <w:i w:val="0"/>
          <w:smallCaps w:val="0"/>
          <w:strike w:val="0"/>
          <w:u w:val="none"/>
        </w:rPr>
        <w:t xml:space="preserve">. Most experts believe it will not replace mass production over the next decade; its cost, speed, and quality are still limitations. </w:t>
      </w:r>
      <w:r>
        <w:rPr>
          <w:b w:val="0"/>
          <w:i w:val="0"/>
          <w:smallCaps w:val="0"/>
          <w:strike w:val="0"/>
          <w:u w:val="single"/>
        </w:rPr>
        <w:t xml:space="preserve">But it is gaining traction for prototypes, replacement parts, toys, shoes, and medical devices. Since </w:t>
      </w:r>
      <w:r>
        <w:rPr>
          <w:b w:val="0"/>
          <w:i w:val="0"/>
          <w:smallCaps w:val="0"/>
          <w:strike w:val="0"/>
          <w:sz w:val="22"/>
          <w:u w:val="single"/>
        </w:rPr>
        <w:t>3D-printed goods</w:t>
      </w:r>
      <w:r>
        <w:rPr>
          <w:b w:val="0"/>
          <w:i w:val="0"/>
          <w:smallCaps w:val="0"/>
          <w:strike w:val="0"/>
          <w:u w:val="single"/>
        </w:rPr>
        <w:t xml:space="preserve"> can be produced near the point of use, they </w:t>
      </w:r>
      <w:r>
        <w:rPr>
          <w:b w:val="0"/>
          <w:i w:val="0"/>
          <w:smallCaps w:val="0"/>
          <w:strike w:val="0"/>
          <w:sz w:val="22"/>
          <w:u w:val="single"/>
        </w:rPr>
        <w:t xml:space="preserve">would </w:t>
      </w:r>
      <w:r>
        <w:rPr>
          <w:b/>
          <w:i w:val="0"/>
          <w:smallCaps w:val="0"/>
          <w:strike w:val="0"/>
          <w:sz w:val="22"/>
          <w:highlight w:val="cyan"/>
          <w:u w:val="single"/>
        </w:rPr>
        <w:t>eliminate</w:t>
      </w:r>
      <w:r>
        <w:rPr>
          <w:b w:val="0"/>
          <w:i w:val="0"/>
          <w:smallCaps w:val="0"/>
          <w:strike w:val="0"/>
          <w:sz w:val="22"/>
          <w:u w:val="single"/>
        </w:rPr>
        <w:t xml:space="preserve"> the </w:t>
      </w:r>
      <w:r>
        <w:rPr>
          <w:b/>
          <w:i w:val="0"/>
          <w:smallCaps w:val="0"/>
          <w:strike w:val="0"/>
          <w:sz w:val="22"/>
          <w:highlight w:val="cyan"/>
          <w:u w:val="single"/>
        </w:rPr>
        <w:t>need</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international</w:t>
      </w:r>
      <w:r>
        <w:rPr>
          <w:b w:val="0"/>
          <w:i w:val="0"/>
          <w:smallCaps w:val="0"/>
          <w:strike w:val="0"/>
          <w:sz w:val="22"/>
          <w:u w:val="single"/>
        </w:rPr>
        <w:t xml:space="preserve"> </w:t>
      </w:r>
      <w:r>
        <w:rPr>
          <w:b w:val="0"/>
          <w:i w:val="0"/>
          <w:smallCaps w:val="0"/>
          <w:strike w:val="0"/>
          <w:sz w:val="22"/>
          <w:highlight w:val="cyan"/>
          <w:u w:val="single"/>
        </w:rPr>
        <w:t>shipping</w:t>
      </w:r>
      <w:r>
        <w:rPr>
          <w:b w:val="0"/>
          <w:i w:val="0"/>
          <w:smallCaps w:val="0"/>
          <w:strike w:val="0"/>
          <w:u w:val="single"/>
        </w:rPr>
        <w:t xml:space="preserve"> (although they may increase data flows as design files are transmitted).</w:t>
      </w:r>
      <w:r>
        <w:rPr>
          <w:b w:val="0"/>
          <w:i w:val="0"/>
          <w:smallCaps w:val="0"/>
          <w:strike w:val="0"/>
          <w:u w:val="none"/>
        </w:rPr>
        <w:t xml:space="preserve"> While this could reduce trade in some individual products substantially, the drop is unlikely to amount to more than a few percentage points across all manufactured goods by 2030. In some cases, additive manufacturing could even spur trade by enabling customisation.</w:t>
      </w:r>
    </w:p>
    <w:p>
      <w:pPr>
        <w:spacing w:after="60"/>
      </w:pPr>
      <w:r>
        <w:rPr>
          <w:b w:val="0"/>
          <w:i w:val="0"/>
          <w:smallCaps w:val="0"/>
          <w:strike w:val="0"/>
          <w:u w:val="single"/>
        </w:rPr>
        <w:t xml:space="preserve">Overall, we estimate that </w:t>
      </w:r>
      <w:r>
        <w:rPr>
          <w:b w:val="0"/>
          <w:i w:val="0"/>
          <w:smallCaps w:val="0"/>
          <w:strike w:val="0"/>
          <w:highlight w:val="cyan"/>
          <w:u w:val="single"/>
        </w:rPr>
        <w:t>automation, AI, and additive manufacturing</w:t>
      </w:r>
      <w:r>
        <w:rPr>
          <w:b w:val="0"/>
          <w:i w:val="0"/>
          <w:smallCaps w:val="0"/>
          <w:strike w:val="0"/>
          <w:u w:val="single"/>
        </w:rPr>
        <w:t xml:space="preserve"> could </w:t>
      </w:r>
      <w:r>
        <w:rPr>
          <w:b w:val="0"/>
          <w:i w:val="0"/>
          <w:smallCaps w:val="0"/>
          <w:strike w:val="0"/>
          <w:highlight w:val="cyan"/>
          <w:u w:val="single"/>
        </w:rPr>
        <w:t>collectively</w:t>
      </w:r>
      <w:r>
        <w:rPr>
          <w:b w:val="0"/>
          <w:i w:val="0"/>
          <w:smallCaps w:val="0"/>
          <w:strike w:val="0"/>
          <w:u w:val="single"/>
        </w:rPr>
        <w:t xml:space="preserve"> </w:t>
      </w:r>
      <w:r>
        <w:rPr>
          <w:b w:val="0"/>
          <w:i w:val="0"/>
          <w:smallCaps w:val="0"/>
          <w:strike w:val="0"/>
          <w:highlight w:val="cyan"/>
          <w:u w:val="single"/>
        </w:rPr>
        <w:t>reduce</w:t>
      </w:r>
      <w:r>
        <w:rPr>
          <w:b w:val="0"/>
          <w:i w:val="0"/>
          <w:smallCaps w:val="0"/>
          <w:strike w:val="0"/>
          <w:u w:val="single"/>
        </w:rPr>
        <w:t xml:space="preserve"> global goods </w:t>
      </w:r>
      <w:r>
        <w:rPr>
          <w:b w:val="0"/>
          <w:i w:val="0"/>
          <w:smallCaps w:val="0"/>
          <w:strike w:val="0"/>
          <w:highlight w:val="cyan"/>
          <w:u w:val="single"/>
        </w:rPr>
        <w:t>trade</w:t>
      </w:r>
      <w:r>
        <w:rPr>
          <w:b w:val="0"/>
          <w:i w:val="0"/>
          <w:smallCaps w:val="0"/>
          <w:strike w:val="0"/>
          <w:u w:val="single"/>
        </w:rPr>
        <w:t xml:space="preserve"> by </w:t>
      </w:r>
      <w:r>
        <w:rPr>
          <w:b w:val="0"/>
          <w:i w:val="0"/>
          <w:smallCaps w:val="0"/>
          <w:strike w:val="0"/>
          <w:highlight w:val="cyan"/>
          <w:u w:val="single"/>
        </w:rPr>
        <w:t>up to 10% by 2030</w:t>
      </w:r>
      <w:r>
        <w:rPr>
          <w:b w:val="0"/>
          <w:i w:val="0"/>
          <w:smallCaps w:val="0"/>
          <w:strike w:val="0"/>
          <w:u w:val="single"/>
        </w:rPr>
        <w:t xml:space="preserve">, as compared to the baseline, </w:t>
      </w:r>
      <w:r>
        <w:rPr>
          <w:b w:val="0"/>
          <w:i w:val="0"/>
          <w:smallCaps w:val="0"/>
          <w:strike w:val="0"/>
          <w:highlight w:val="cyan"/>
          <w:u w:val="single"/>
        </w:rPr>
        <w:t>or $4 trillion</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annual </w:t>
      </w:r>
      <w:r>
        <w:rPr>
          <w:b w:val="0"/>
          <w:i w:val="0"/>
          <w:smallCaps w:val="0"/>
          <w:strike w:val="0"/>
          <w:highlight w:val="cyan"/>
          <w:u w:val="single"/>
        </w:rPr>
        <w:t>trade</w:t>
      </w:r>
      <w:r>
        <w:rPr>
          <w:b w:val="0"/>
          <w:i w:val="0"/>
          <w:smallCaps w:val="0"/>
          <w:strike w:val="0"/>
          <w:u w:val="single"/>
        </w:rPr>
        <w:t xml:space="preserve"> flows</w:t>
      </w:r>
      <w:r>
        <w:rPr>
          <w:b w:val="0"/>
          <w:i w:val="0"/>
          <w:smallCaps w:val="0"/>
          <w:strike w:val="0"/>
          <w:u w:val="none"/>
        </w:rPr>
        <w:t>. However, this reflects only the direct impact of these technologies on enabling production closer to end consumers in advanced economies. It is also possible that these technologies could lead to nearshoring and regionalisation of trade instead of reshoring in advanced economies, impacting both modes of transportation (e.g. overland and air cargo replacing container shipping) and trade corridors. We already see that intra-regional trade has grown faster than inter-regional trade since 2013, a trend seen worldwide but particularly notable as regional value chains are developed in Asia and in the EU28 (McKinsey Global Institute 2019).</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