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is </w:t>
      </w:r>
      <w:r>
        <w:rPr>
          <w:b/>
          <w:i w:val="0"/>
          <w:smallCaps w:val="0"/>
          <w:strike w:val="0"/>
          <w:sz w:val="26"/>
          <w:u w:val="single"/>
        </w:rPr>
        <w:t>inevitable</w:t>
      </w:r>
      <w:r>
        <w:rPr>
          <w:b/>
          <w:i w:val="0"/>
          <w:smallCaps w:val="0"/>
          <w:strike w:val="0"/>
          <w:sz w:val="26"/>
          <w:u w:val="none"/>
        </w:rPr>
        <w:t xml:space="preserve"> and will </w:t>
      </w:r>
      <w:r>
        <w:rPr>
          <w:b/>
          <w:i w:val="0"/>
          <w:smallCaps w:val="0"/>
          <w:strike w:val="0"/>
          <w:sz w:val="26"/>
          <w:u w:val="single"/>
        </w:rPr>
        <w:t>benefit us</w:t>
      </w:r>
      <w:r>
        <w:rPr>
          <w:b/>
          <w:i w:val="0"/>
          <w:smallCaps w:val="0"/>
          <w:strike w:val="0"/>
          <w:sz w:val="26"/>
          <w:u w:val="none"/>
        </w:rPr>
        <w:t>.</w:t>
      </w:r>
    </w:p>
    <w:p>
      <w:pPr>
        <w:spacing w:after="80"/>
      </w:pPr>
      <w:r>
        <w:rPr>
          <w:b/>
          <w:i w:val="0"/>
          <w:smallCaps w:val="0"/>
          <w:strike w:val="0"/>
          <w:sz w:val="26"/>
          <w:u w:val="none"/>
        </w:rPr>
        <w:t>Lundqvist 23</w:t>
      </w:r>
      <w:r>
        <w:rPr>
          <w:b w:val="0"/>
          <w:i w:val="0"/>
          <w:smallCaps w:val="0"/>
          <w:strike w:val="0"/>
          <w:u w:val="none"/>
        </w:rPr>
        <w:t xml:space="preserve"> [Sonny Lundqvist, Digital Credential: Machine Learning On-Device for Apple and Android Devices completed @ Malmö University of Applied Sciences, decade of experience in the Salesforce Marketing Cloud domain, solution architect @ Fluido, a leading Salesforce partner in Nordics, AI Ambassador; “Embracing AI: the inevitable fusion of human ingenuity and artificial intelligence,” 11/17/23, Fluido; https://www.fluidogroup.com/blog/embracing-ai-the-inevitable-fusion-of-human-ingenuity-and-artificial-intelligence/]</w:t>
      </w:r>
    </w:p>
    <w:p>
      <w:pPr>
        <w:spacing w:after="60"/>
      </w:pPr>
      <w:r>
        <w:rPr>
          <w:b w:val="0"/>
          <w:i w:val="0"/>
          <w:smallCaps w:val="0"/>
          <w:strike w:val="0"/>
          <w:u w:val="none"/>
        </w:rPr>
        <w:t xml:space="preserve">In the ever-evolving landscape of technology, </w:t>
      </w:r>
      <w:r>
        <w:rPr>
          <w:b w:val="0"/>
          <w:i w:val="0"/>
          <w:smallCaps w:val="0"/>
          <w:strike w:val="0"/>
          <w:u w:val="single"/>
        </w:rPr>
        <w:t>artificial intelligence (AI) stands as a beacon of transformative power</w:t>
      </w:r>
      <w:r>
        <w:rPr>
          <w:b w:val="0"/>
          <w:i w:val="0"/>
          <w:smallCaps w:val="0"/>
          <w:strike w:val="0"/>
          <w:u w:val="none"/>
        </w:rPr>
        <w:t xml:space="preserve">, much like fire, steam, and electricity did in their respective eras. But as we stand on this precipice of change, a crucial understanding must be embraced: </w:t>
      </w:r>
      <w:r>
        <w:rPr>
          <w:b w:val="0"/>
          <w:i w:val="0"/>
          <w:smallCaps w:val="0"/>
          <w:strike w:val="0"/>
          <w:highlight w:val="cyan"/>
          <w:u w:val="single"/>
        </w:rPr>
        <w:t>AI is</w:t>
      </w:r>
      <w:r>
        <w:rPr>
          <w:b w:val="0"/>
          <w:i w:val="0"/>
          <w:smallCaps w:val="0"/>
          <w:strike w:val="0"/>
          <w:u w:val="single"/>
        </w:rPr>
        <w:t xml:space="preserve"> not a harbinger of human obsolescence but </w:t>
      </w:r>
      <w:r>
        <w:rPr>
          <w:b w:val="0"/>
          <w:i w:val="0"/>
          <w:smallCaps w:val="0"/>
          <w:strike w:val="0"/>
          <w:highlight w:val="cyan"/>
          <w:u w:val="single"/>
        </w:rPr>
        <w:t>a tool for amplifying human potential</w:t>
      </w:r>
      <w:r>
        <w:rPr>
          <w:b w:val="0"/>
          <w:i w:val="0"/>
          <w:smallCaps w:val="0"/>
          <w:strike w:val="0"/>
          <w:u w:val="single"/>
        </w:rPr>
        <w:t xml:space="preserve">. This paradigm shift, where humans equipped with AI outpace those without, is not just a technological revolution; </w:t>
      </w:r>
      <w:r>
        <w:rPr>
          <w:b w:val="0"/>
          <w:i w:val="0"/>
          <w:smallCaps w:val="0"/>
          <w:strike w:val="0"/>
          <w:highlight w:val="cyan"/>
          <w:u w:val="single"/>
        </w:rPr>
        <w:t xml:space="preserve">it's a redefinition of </w:t>
      </w:r>
      <w:r>
        <w:rPr>
          <w:b w:val="0"/>
          <w:i w:val="0"/>
          <w:smallCaps w:val="0"/>
          <w:strike w:val="0"/>
          <w:u w:val="single"/>
        </w:rPr>
        <w:t xml:space="preserve">human </w:t>
      </w:r>
      <w:r>
        <w:rPr>
          <w:b w:val="0"/>
          <w:i w:val="0"/>
          <w:smallCaps w:val="0"/>
          <w:strike w:val="0"/>
          <w:highlight w:val="cyan"/>
          <w:u w:val="single"/>
        </w:rPr>
        <w:t>capability and productivity.</w:t>
      </w:r>
    </w:p>
    <w:p>
      <w:pPr>
        <w:spacing w:after="60"/>
      </w:pPr>
      <w:r>
        <w:rPr>
          <w:b w:val="0"/>
          <w:i w:val="0"/>
          <w:smallCaps w:val="0"/>
          <w:strike w:val="0"/>
          <w:sz w:val="14"/>
          <w:u w:val="none"/>
        </w:rPr>
        <w:t>The Synergy of Human and AI</w:t>
      </w:r>
    </w:p>
    <w:p>
      <w:pPr>
        <w:spacing w:after="60"/>
      </w:pPr>
      <w:r>
        <w:rPr>
          <w:b w:val="0"/>
          <w:i w:val="0"/>
          <w:smallCaps w:val="0"/>
          <w:strike w:val="0"/>
          <w:u w:val="none"/>
        </w:rPr>
        <w:t xml:space="preserve">At its core, </w:t>
      </w:r>
      <w:r>
        <w:rPr>
          <w:b w:val="0"/>
          <w:i w:val="0"/>
          <w:smallCaps w:val="0"/>
          <w:strike w:val="0"/>
          <w:u w:val="single"/>
        </w:rPr>
        <w:t xml:space="preserve">AI is a </w:t>
      </w:r>
      <w:r>
        <w:rPr>
          <w:b/>
          <w:i w:val="0"/>
          <w:smallCaps w:val="0"/>
          <w:strike w:val="0"/>
          <w:u w:val="single"/>
        </w:rPr>
        <w:t>magnifier</w:t>
      </w:r>
      <w:r>
        <w:rPr>
          <w:b w:val="0"/>
          <w:i w:val="0"/>
          <w:smallCaps w:val="0"/>
          <w:strike w:val="0"/>
          <w:u w:val="single"/>
        </w:rPr>
        <w:t xml:space="preserve"> of </w:t>
      </w:r>
      <w:r>
        <w:rPr>
          <w:b/>
          <w:i w:val="0"/>
          <w:smallCaps w:val="0"/>
          <w:strike w:val="0"/>
          <w:u w:val="single"/>
        </w:rPr>
        <w:t>human capabilities</w:t>
      </w:r>
      <w:r>
        <w:rPr>
          <w:b w:val="0"/>
          <w:i w:val="0"/>
          <w:smallCaps w:val="0"/>
          <w:strike w:val="0"/>
          <w:u w:val="single"/>
        </w:rPr>
        <w:t xml:space="preserve">. In fields as diverse as healthcare, finance, and marketing, </w:t>
      </w:r>
      <w:r>
        <w:rPr>
          <w:b w:val="0"/>
          <w:i w:val="0"/>
          <w:smallCaps w:val="0"/>
          <w:strike w:val="0"/>
          <w:highlight w:val="cyan"/>
          <w:u w:val="single"/>
        </w:rPr>
        <w:t>AI</w:t>
      </w:r>
      <w:r>
        <w:rPr>
          <w:b w:val="0"/>
          <w:i w:val="0"/>
          <w:smallCaps w:val="0"/>
          <w:strike w:val="0"/>
          <w:u w:val="single"/>
        </w:rPr>
        <w:t xml:space="preserve"> algorithms </w:t>
      </w:r>
      <w:r>
        <w:rPr>
          <w:b w:val="0"/>
          <w:i w:val="0"/>
          <w:smallCaps w:val="0"/>
          <w:strike w:val="0"/>
          <w:highlight w:val="cyan"/>
          <w:u w:val="single"/>
        </w:rPr>
        <w:t>handle data-heavy tasks with precision and speed unattainable by humans</w:t>
      </w:r>
      <w:r>
        <w:rPr>
          <w:b w:val="0"/>
          <w:i w:val="0"/>
          <w:smallCaps w:val="0"/>
          <w:strike w:val="0"/>
          <w:u w:val="single"/>
        </w:rPr>
        <w:t xml:space="preserve"> alone. </w:t>
      </w:r>
      <w:r>
        <w:rPr>
          <w:b w:val="0"/>
          <w:i w:val="0"/>
          <w:smallCaps w:val="0"/>
          <w:strike w:val="0"/>
          <w:highlight w:val="cyan"/>
          <w:u w:val="single"/>
        </w:rPr>
        <w:t>This synergy is not about replacing</w:t>
      </w:r>
      <w:r>
        <w:rPr>
          <w:b w:val="0"/>
          <w:i w:val="0"/>
          <w:smallCaps w:val="0"/>
          <w:strike w:val="0"/>
          <w:u w:val="single"/>
        </w:rPr>
        <w:t xml:space="preserve"> human </w:t>
      </w:r>
      <w:r>
        <w:rPr>
          <w:b w:val="0"/>
          <w:i w:val="0"/>
          <w:smallCaps w:val="0"/>
          <w:strike w:val="0"/>
          <w:highlight w:val="cyan"/>
          <w:u w:val="single"/>
        </w:rPr>
        <w:t>effort but enhancing it</w:t>
      </w:r>
      <w:r>
        <w:rPr>
          <w:b w:val="0"/>
          <w:i w:val="0"/>
          <w:smallCaps w:val="0"/>
          <w:strike w:val="0"/>
          <w:u w:val="single"/>
        </w:rPr>
        <w:t>. For example, in marketing, AI can personalise customer experiences at scale, something that would be impossibly time-consuming manually. However, it is the human marketer who designs these AI systems, who interprets their outputs, and who understands the subtleties of human emotions and cultural contexts that AI cannot.</w:t>
      </w:r>
    </w:p>
    <w:p>
      <w:pPr>
        <w:spacing w:after="60"/>
      </w:pPr>
      <w:r>
        <w:rPr>
          <w:b w:val="0"/>
          <w:i w:val="0"/>
          <w:smallCaps w:val="0"/>
          <w:strike w:val="0"/>
          <w:sz w:val="14"/>
          <w:u w:val="none"/>
        </w:rPr>
        <w:t>Competitive Advantage in the AI Era</w:t>
      </w:r>
    </w:p>
    <w:p>
      <w:pPr>
        <w:spacing w:after="60"/>
      </w:pPr>
      <w:r>
        <w:rPr>
          <w:b w:val="0"/>
          <w:i w:val="0"/>
          <w:smallCaps w:val="0"/>
          <w:strike w:val="0"/>
          <w:u w:val="none"/>
        </w:rPr>
        <w:t xml:space="preserve">The stark reality is that the workforce </w:t>
      </w:r>
      <w:r>
        <w:rPr>
          <w:b w:val="0"/>
          <w:i w:val="0"/>
          <w:smallCaps w:val="0"/>
          <w:strike w:val="0"/>
          <w:u w:val="single"/>
        </w:rPr>
        <w:t xml:space="preserve">of the future will be divided between those who wield AI as a tool and those who don’t. This division is not a matter of choice but of </w:t>
      </w:r>
      <w:r>
        <w:rPr>
          <w:b/>
          <w:i w:val="0"/>
          <w:smallCaps w:val="0"/>
          <w:strike w:val="0"/>
          <w:u w:val="single"/>
        </w:rPr>
        <w:t>necessity</w:t>
      </w:r>
      <w:r>
        <w:rPr>
          <w:b w:val="0"/>
          <w:i w:val="0"/>
          <w:smallCaps w:val="0"/>
          <w:strike w:val="0"/>
          <w:u w:val="single"/>
        </w:rPr>
        <w:t xml:space="preserve">. In a competitive landscape, </w:t>
      </w:r>
      <w:r>
        <w:rPr>
          <w:b w:val="0"/>
          <w:i w:val="0"/>
          <w:smallCaps w:val="0"/>
          <w:strike w:val="0"/>
          <w:highlight w:val="cyan"/>
          <w:u w:val="single"/>
        </w:rPr>
        <w:t>businesses</w:t>
      </w:r>
      <w:r>
        <w:rPr>
          <w:b w:val="0"/>
          <w:i w:val="0"/>
          <w:smallCaps w:val="0"/>
          <w:strike w:val="0"/>
          <w:u w:val="single"/>
        </w:rPr>
        <w:t xml:space="preserve"> and individuals </w:t>
      </w:r>
      <w:r>
        <w:rPr>
          <w:b w:val="0"/>
          <w:i w:val="0"/>
          <w:smallCaps w:val="0"/>
          <w:strike w:val="0"/>
          <w:highlight w:val="cyan"/>
          <w:u w:val="single"/>
        </w:rPr>
        <w:t xml:space="preserve">that leverage AI will find themselves significantly more </w:t>
      </w:r>
      <w:r>
        <w:rPr>
          <w:b/>
          <w:i w:val="0"/>
          <w:smallCaps w:val="0"/>
          <w:strike w:val="0"/>
          <w:highlight w:val="cyan"/>
          <w:u w:val="single"/>
        </w:rPr>
        <w:t>efficient</w:t>
      </w:r>
      <w:r>
        <w:rPr>
          <w:b w:val="0"/>
          <w:i w:val="0"/>
          <w:smallCaps w:val="0"/>
          <w:strike w:val="0"/>
          <w:highlight w:val="cyan"/>
          <w:u w:val="single"/>
        </w:rPr>
        <w:t xml:space="preserve"> and insightful</w:t>
      </w:r>
      <w:r>
        <w:rPr>
          <w:b w:val="0"/>
          <w:i w:val="0"/>
          <w:smallCaps w:val="0"/>
          <w:strike w:val="0"/>
          <w:u w:val="none"/>
        </w:rPr>
        <w:t xml:space="preserve">. This doesn’t imply a dystopian future where employment is only for the AI-literate. Instead, </w:t>
      </w:r>
      <w:r>
        <w:rPr>
          <w:b w:val="0"/>
          <w:i w:val="0"/>
          <w:smallCaps w:val="0"/>
          <w:strike w:val="0"/>
          <w:u w:val="single"/>
        </w:rPr>
        <w:t>it suggests a future where AI literacy is as fundamental as computer literacy is today.</w:t>
      </w:r>
    </w:p>
    <w:p>
      <w:pPr>
        <w:spacing w:after="60"/>
      </w:pPr>
      <w:r>
        <w:rPr>
          <w:b w:val="0"/>
          <w:i w:val="0"/>
          <w:smallCaps w:val="0"/>
          <w:strike w:val="0"/>
          <w:sz w:val="14"/>
          <w:u w:val="none"/>
        </w:rPr>
        <w:t>AI as a Fundamental Technological Shift</w:t>
      </w:r>
    </w:p>
    <w:p>
      <w:pPr>
        <w:spacing w:after="60"/>
      </w:pPr>
      <w:r>
        <w:rPr>
          <w:b w:val="0"/>
          <w:i w:val="0"/>
          <w:smallCaps w:val="0"/>
          <w:strike w:val="0"/>
          <w:u w:val="single"/>
        </w:rPr>
        <w:t xml:space="preserve">The </w:t>
      </w:r>
      <w:r>
        <w:rPr>
          <w:b w:val="0"/>
          <w:i w:val="0"/>
          <w:smallCaps w:val="0"/>
          <w:strike w:val="0"/>
          <w:highlight w:val="cyan"/>
          <w:u w:val="single"/>
        </w:rPr>
        <w:t>comparison of AI to fundamental tech</w:t>
      </w:r>
      <w:r>
        <w:rPr>
          <w:b w:val="0"/>
          <w:i w:val="0"/>
          <w:smallCaps w:val="0"/>
          <w:strike w:val="0"/>
          <w:u w:val="single"/>
        </w:rPr>
        <w:t xml:space="preserve">nologies like electricity </w:t>
      </w:r>
      <w:r>
        <w:rPr>
          <w:b w:val="0"/>
          <w:i w:val="0"/>
          <w:smallCaps w:val="0"/>
          <w:strike w:val="0"/>
          <w:highlight w:val="cyan"/>
          <w:u w:val="single"/>
        </w:rPr>
        <w:t>is apt</w:t>
      </w:r>
      <w:r>
        <w:rPr>
          <w:b w:val="0"/>
          <w:i w:val="0"/>
          <w:smallCaps w:val="0"/>
          <w:strike w:val="0"/>
          <w:u w:val="single"/>
        </w:rPr>
        <w:t xml:space="preserve">. Each of these technologies fundamentally changed how societies operated. </w:t>
      </w:r>
      <w:r>
        <w:rPr>
          <w:b w:val="0"/>
          <w:i w:val="0"/>
          <w:smallCaps w:val="0"/>
          <w:strike w:val="0"/>
          <w:highlight w:val="cyan"/>
          <w:u w:val="single"/>
        </w:rPr>
        <w:t>AI is</w:t>
      </w:r>
      <w:r>
        <w:rPr>
          <w:b w:val="0"/>
          <w:i w:val="0"/>
          <w:smallCaps w:val="0"/>
          <w:strike w:val="0"/>
          <w:u w:val="single"/>
        </w:rPr>
        <w:t xml:space="preserve"> doing the same, </w:t>
      </w:r>
      <w:r>
        <w:rPr>
          <w:b/>
          <w:i w:val="0"/>
          <w:smallCaps w:val="0"/>
          <w:strike w:val="0"/>
          <w:highlight w:val="cyan"/>
          <w:u w:val="single"/>
        </w:rPr>
        <w:t>reshaping</w:t>
      </w:r>
      <w:r>
        <w:rPr>
          <w:b w:val="0"/>
          <w:i w:val="0"/>
          <w:smallCaps w:val="0"/>
          <w:strike w:val="0"/>
          <w:highlight w:val="cyan"/>
          <w:u w:val="single"/>
        </w:rPr>
        <w:t xml:space="preserve"> industries, economies, and daily routines.</w:t>
      </w:r>
      <w:r>
        <w:rPr>
          <w:b w:val="0"/>
          <w:i w:val="0"/>
          <w:smallCaps w:val="0"/>
          <w:strike w:val="0"/>
          <w:u w:val="single"/>
        </w:rPr>
        <w:t xml:space="preserve"> Its application ranges from mundane tasks like scheduling to complex decision-making in business strategy. This transformative power of </w:t>
      </w:r>
      <w:r>
        <w:rPr>
          <w:b w:val="0"/>
          <w:i w:val="0"/>
          <w:smallCaps w:val="0"/>
          <w:strike w:val="0"/>
          <w:highlight w:val="cyan"/>
          <w:u w:val="single"/>
        </w:rPr>
        <w:t xml:space="preserve">AI is </w:t>
      </w:r>
      <w:r>
        <w:rPr>
          <w:b w:val="0"/>
          <w:i w:val="0"/>
          <w:smallCaps w:val="0"/>
          <w:strike w:val="0"/>
          <w:u w:val="single"/>
        </w:rPr>
        <w:t xml:space="preserve">not just in automating tasks but in </w:t>
      </w:r>
      <w:r>
        <w:rPr>
          <w:b w:val="0"/>
          <w:i w:val="0"/>
          <w:smallCaps w:val="0"/>
          <w:strike w:val="0"/>
          <w:highlight w:val="cyan"/>
          <w:u w:val="single"/>
        </w:rPr>
        <w:t>opening new frontiers of what is possible.</w:t>
      </w:r>
    </w:p>
    <w:p>
      <w:pPr>
        <w:spacing w:after="60"/>
      </w:pPr>
      <w:r>
        <w:rPr>
          <w:b w:val="0"/>
          <w:i w:val="0"/>
          <w:smallCaps w:val="0"/>
          <w:strike w:val="0"/>
          <w:sz w:val="14"/>
          <w:u w:val="none"/>
        </w:rPr>
        <w:t>Productivity and Beyond</w:t>
      </w:r>
    </w:p>
    <w:p>
      <w:pPr>
        <w:spacing w:after="60"/>
      </w:pPr>
      <w:r>
        <w:rPr>
          <w:b w:val="0"/>
          <w:i w:val="0"/>
          <w:smallCaps w:val="0"/>
          <w:strike w:val="0"/>
          <w:u w:val="single"/>
        </w:rPr>
        <w:t xml:space="preserve">The productivity enhancements offered by AI are </w:t>
      </w:r>
      <w:r>
        <w:rPr>
          <w:b/>
          <w:i w:val="0"/>
          <w:smallCaps w:val="0"/>
          <w:strike w:val="0"/>
          <w:u w:val="single"/>
        </w:rPr>
        <w:t>undeniable</w:t>
      </w:r>
      <w:r>
        <w:rPr>
          <w:b w:val="0"/>
          <w:i w:val="0"/>
          <w:smallCaps w:val="0"/>
          <w:strike w:val="0"/>
          <w:u w:val="single"/>
        </w:rPr>
        <w:t xml:space="preserve">. </w:t>
      </w:r>
      <w:r>
        <w:rPr>
          <w:b w:val="0"/>
          <w:i w:val="0"/>
          <w:smallCaps w:val="0"/>
          <w:strike w:val="0"/>
          <w:highlight w:val="cyan"/>
          <w:u w:val="single"/>
        </w:rPr>
        <w:t>AI’s ability to process</w:t>
      </w:r>
      <w:r>
        <w:rPr>
          <w:b w:val="0"/>
          <w:i w:val="0"/>
          <w:smallCaps w:val="0"/>
          <w:strike w:val="0"/>
          <w:u w:val="single"/>
        </w:rPr>
        <w:t xml:space="preserve"> and analyze </w:t>
      </w:r>
      <w:r>
        <w:rPr>
          <w:b w:val="0"/>
          <w:i w:val="0"/>
          <w:smallCaps w:val="0"/>
          <w:strike w:val="0"/>
          <w:highlight w:val="cyan"/>
          <w:u w:val="single"/>
        </w:rPr>
        <w:t>data</w:t>
      </w:r>
      <w:r>
        <w:rPr>
          <w:b w:val="0"/>
          <w:i w:val="0"/>
          <w:smallCaps w:val="0"/>
          <w:strike w:val="0"/>
          <w:u w:val="single"/>
        </w:rPr>
        <w:t xml:space="preserve"> far </w:t>
      </w:r>
      <w:r>
        <w:rPr>
          <w:b/>
          <w:i w:val="0"/>
          <w:smallCaps w:val="0"/>
          <w:strike w:val="0"/>
          <w:highlight w:val="cyan"/>
          <w:u w:val="single"/>
        </w:rPr>
        <w:t>exceeds human capabilitie</w:t>
      </w:r>
      <w:r>
        <w:rPr>
          <w:b w:val="0"/>
          <w:i w:val="0"/>
          <w:smallCaps w:val="0"/>
          <w:strike w:val="0"/>
          <w:highlight w:val="cyan"/>
          <w:u w:val="single"/>
        </w:rPr>
        <w:t>s, leading to</w:t>
      </w:r>
      <w:r>
        <w:rPr>
          <w:b w:val="0"/>
          <w:i w:val="0"/>
          <w:smallCaps w:val="0"/>
          <w:strike w:val="0"/>
          <w:u w:val="single"/>
        </w:rPr>
        <w:t xml:space="preserve"> more </w:t>
      </w:r>
      <w:r>
        <w:rPr>
          <w:b w:val="0"/>
          <w:i w:val="0"/>
          <w:smallCaps w:val="0"/>
          <w:strike w:val="0"/>
          <w:highlight w:val="cyan"/>
          <w:u w:val="single"/>
        </w:rPr>
        <w:t>efficient operations and informed decision-making</w:t>
      </w:r>
      <w:r>
        <w:rPr>
          <w:b w:val="0"/>
          <w:i w:val="0"/>
          <w:smallCaps w:val="0"/>
          <w:strike w:val="0"/>
          <w:u w:val="none"/>
        </w:rPr>
        <w:t xml:space="preserve">. However, productivity is just the tip of the iceberg. </w:t>
      </w:r>
      <w:r>
        <w:rPr>
          <w:b w:val="0"/>
          <w:i w:val="0"/>
          <w:smallCaps w:val="0"/>
          <w:strike w:val="0"/>
          <w:highlight w:val="cyan"/>
          <w:u w:val="single"/>
        </w:rPr>
        <w:t xml:space="preserve">AI’s true potential lies in its ability to unlock </w:t>
      </w:r>
      <w:r>
        <w:rPr>
          <w:b/>
          <w:i w:val="0"/>
          <w:smallCaps w:val="0"/>
          <w:strike w:val="0"/>
          <w:highlight w:val="cyan"/>
          <w:u w:val="single"/>
        </w:rPr>
        <w:t>new avenues</w:t>
      </w:r>
      <w:r>
        <w:rPr>
          <w:b w:val="0"/>
          <w:i w:val="0"/>
          <w:smallCaps w:val="0"/>
          <w:strike w:val="0"/>
          <w:highlight w:val="cyan"/>
          <w:u w:val="single"/>
        </w:rPr>
        <w:t xml:space="preserve"> of creativity, solve problems deemed </w:t>
      </w:r>
      <w:r>
        <w:rPr>
          <w:b/>
          <w:i w:val="0"/>
          <w:smallCaps w:val="0"/>
          <w:strike w:val="0"/>
          <w:highlight w:val="cyan"/>
          <w:u w:val="single"/>
        </w:rPr>
        <w:t>unsolvable</w:t>
      </w:r>
      <w:r>
        <w:rPr>
          <w:b w:val="0"/>
          <w:i w:val="0"/>
          <w:smallCaps w:val="0"/>
          <w:strike w:val="0"/>
          <w:highlight w:val="cyan"/>
          <w:u w:val="single"/>
        </w:rPr>
        <w:t xml:space="preserve">, and </w:t>
      </w:r>
      <w:r>
        <w:rPr>
          <w:b/>
          <w:i w:val="0"/>
          <w:smallCaps w:val="0"/>
          <w:strike w:val="0"/>
          <w:highlight w:val="cyan"/>
          <w:u w:val="single"/>
        </w:rPr>
        <w:t>explore realms</w:t>
      </w:r>
      <w:r>
        <w:rPr>
          <w:b w:val="0"/>
          <w:i w:val="0"/>
          <w:smallCaps w:val="0"/>
          <w:strike w:val="0"/>
          <w:highlight w:val="cyan"/>
          <w:u w:val="single"/>
        </w:rPr>
        <w:t xml:space="preserve"> beyond</w:t>
      </w:r>
      <w:r>
        <w:rPr>
          <w:b w:val="0"/>
          <w:i w:val="0"/>
          <w:smallCaps w:val="0"/>
          <w:strike w:val="0"/>
          <w:u w:val="single"/>
        </w:rPr>
        <w:t xml:space="preserve"> human </w:t>
      </w:r>
      <w:r>
        <w:rPr>
          <w:b w:val="0"/>
          <w:i w:val="0"/>
          <w:smallCaps w:val="0"/>
          <w:strike w:val="0"/>
          <w:highlight w:val="cyan"/>
          <w:u w:val="single"/>
        </w:rPr>
        <w:t>reach.</w:t>
      </w:r>
    </w:p>
    <w:p>
      <w:pPr>
        <w:spacing w:after="60"/>
      </w:pPr>
      <w:r>
        <w:rPr>
          <w:b w:val="0"/>
          <w:i w:val="0"/>
          <w:smallCaps w:val="0"/>
          <w:strike w:val="0"/>
          <w:sz w:val="12"/>
          <w:u w:val="none"/>
        </w:rPr>
        <w:t>Conclusion</w:t>
      </w:r>
    </w:p>
    <w:p>
      <w:pPr>
        <w:spacing w:after="60"/>
      </w:pPr>
      <w:r>
        <w:rPr>
          <w:b w:val="0"/>
          <w:i w:val="0"/>
          <w:smallCaps w:val="0"/>
          <w:strike w:val="0"/>
          <w:u w:val="single"/>
        </w:rPr>
        <w:t xml:space="preserve">As we integrate AI into our professional and personal lives, it’s crucial to approach it not with fear but with a </w:t>
      </w:r>
      <w:r>
        <w:rPr>
          <w:b/>
          <w:i w:val="0"/>
          <w:smallCaps w:val="0"/>
          <w:strike w:val="0"/>
          <w:u w:val="single"/>
        </w:rPr>
        <w:t>vision of collaboration</w:t>
      </w:r>
      <w:r>
        <w:rPr>
          <w:b w:val="0"/>
          <w:i w:val="0"/>
          <w:smallCaps w:val="0"/>
          <w:strike w:val="0"/>
          <w:sz w:val="16"/>
          <w:u w:val="none"/>
        </w:rPr>
        <w:t>. AI, in its essence, is a tool — a powerful one that requires human guidance and insight.</w:t>
      </w:r>
      <w:r>
        <w:rPr>
          <w:b w:val="0"/>
          <w:i w:val="0"/>
          <w:smallCaps w:val="0"/>
          <w:strike w:val="0"/>
          <w:sz w:val="16"/>
          <w:u w:val="single"/>
        </w:rPr>
        <w:t xml:space="preserve"> </w:t>
      </w:r>
      <w:r>
        <w:rPr>
          <w:b w:val="0"/>
          <w:i w:val="0"/>
          <w:smallCaps w:val="0"/>
          <w:strike w:val="0"/>
          <w:u w:val="single"/>
        </w:rPr>
        <w:t xml:space="preserve">The future will not belong to AI alone but to humans who have mastered the art of working alongside these advanced technologies. In this new era, </w:t>
      </w:r>
      <w:r>
        <w:rPr>
          <w:b w:val="0"/>
          <w:i w:val="0"/>
          <w:smallCaps w:val="0"/>
          <w:strike w:val="0"/>
          <w:highlight w:val="cyan"/>
          <w:u w:val="single"/>
        </w:rPr>
        <w:t>the fusion of human ingenuity and 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w:t>
      </w:r>
      <w:r>
        <w:rPr>
          <w:b w:val="0"/>
          <w:i w:val="0"/>
          <w:smallCaps w:val="0"/>
          <w:strike w:val="0"/>
          <w:highlight w:val="cyan"/>
          <w:u w:val="single"/>
        </w:rPr>
        <w:t xml:space="preserve">is not just </w:t>
      </w:r>
      <w:r>
        <w:rPr>
          <w:b/>
          <w:i w:val="0"/>
          <w:smallCaps w:val="0"/>
          <w:strike w:val="0"/>
          <w:highlight w:val="cyan"/>
          <w:u w:val="single"/>
        </w:rPr>
        <w:t>inevitable</w:t>
      </w:r>
      <w:r>
        <w:rPr>
          <w:b w:val="0"/>
          <w:i w:val="0"/>
          <w:smallCaps w:val="0"/>
          <w:strike w:val="0"/>
          <w:highlight w:val="cyan"/>
          <w:u w:val="single"/>
        </w:rPr>
        <w:t xml:space="preserve"> but </w:t>
      </w:r>
      <w:r>
        <w:rPr>
          <w:b/>
          <w:i w:val="0"/>
          <w:smallCaps w:val="0"/>
          <w:strike w:val="0"/>
          <w:highlight w:val="cyan"/>
          <w:u w:val="single"/>
        </w:rPr>
        <w:t>essential</w:t>
      </w:r>
      <w:r>
        <w:rPr>
          <w:b w:val="0"/>
          <w:i w:val="0"/>
          <w:smallCaps w:val="0"/>
          <w:strike w:val="0"/>
          <w:highlight w:val="cyan"/>
          <w:u w:val="single"/>
        </w:rPr>
        <w:t xml:space="preserve"> for pushing the boundaries of what we can achieve.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