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Momentum towards an AI </w:t>
      </w:r>
      <w:r>
        <w:rPr>
          <w:b/>
          <w:i w:val="0"/>
          <w:smallCaps w:val="0"/>
          <w:strike w:val="0"/>
          <w:sz w:val="26"/>
          <w:u w:val="single"/>
        </w:rPr>
        <w:t>pause</w:t>
      </w:r>
      <w:r>
        <w:rPr>
          <w:b/>
          <w:i w:val="0"/>
          <w:smallCaps w:val="0"/>
          <w:strike w:val="0"/>
          <w:sz w:val="26"/>
          <w:u w:val="none"/>
        </w:rPr>
        <w:t xml:space="preserve"> now.</w:t>
      </w:r>
    </w:p>
    <w:p>
      <w:pPr>
        <w:spacing w:after="80"/>
      </w:pPr>
      <w:r>
        <w:rPr>
          <w:b/>
          <w:i w:val="0"/>
          <w:smallCaps w:val="0"/>
          <w:strike w:val="0"/>
          <w:sz w:val="26"/>
          <w:u w:val="none"/>
        </w:rPr>
        <w:t>Schmidt 23</w:t>
      </w:r>
      <w:r>
        <w:rPr>
          <w:b w:val="0"/>
          <w:i w:val="0"/>
          <w:smallCaps w:val="0"/>
          <w:strike w:val="0"/>
          <w:u w:val="none"/>
        </w:rPr>
        <w:t xml:space="preserve"> [Gregory </w:t>
      </w:r>
      <w:r>
        <w:rPr>
          <w:b w:val="0"/>
          <w:i w:val="0"/>
          <w:smallCaps w:val="0"/>
          <w:strike w:val="0"/>
          <w:u w:val="none"/>
        </w:rPr>
        <w:t>Schmidt, came to The Times in 2007, Previous business editor at The Miami Herald, Bachelor’s degree in writing from the University of Tampa, master’s degree in mass communications from University of Florida.; “Elon Musk</w:t>
      </w:r>
      <w:r>
        <w:rPr>
          <w:b w:val="0"/>
          <w:i w:val="0"/>
          <w:smallCaps w:val="0"/>
          <w:strike w:val="0"/>
          <w:u w:val="none"/>
        </w:rPr>
        <w:t xml:space="preserve"> and Others Cite for Calling Pause on A.I., Citing ‘Risks to Society’,” 3/29/23, New York Times; </w:t>
      </w:r>
      <w:r>
        <w:rPr>
          <w:b w:val="0"/>
          <w:i w:val="0"/>
          <w:smallCaps w:val="0"/>
          <w:strike w:val="0"/>
          <w:u w:val="none"/>
        </w:rPr>
        <w:t>https://www.nytimes.com/2023/03/29/technology/ai-artificial-intelligence-musk-risks.html</w:t>
      </w:r>
      <w:r>
        <w:rPr>
          <w:b w:val="0"/>
          <w:i w:val="0"/>
          <w:smallCaps w:val="0"/>
          <w:strike w:val="0"/>
          <w:u w:val="none"/>
        </w:rPr>
        <w:t>]</w:t>
      </w:r>
    </w:p>
    <w:p>
      <w:pPr>
        <w:spacing w:after="60"/>
      </w:pPr>
      <w:r>
        <w:rPr>
          <w:b w:val="0"/>
          <w:i w:val="0"/>
          <w:smallCaps w:val="0"/>
          <w:strike w:val="0"/>
          <w:highlight w:val="cyan"/>
          <w:u w:val="single"/>
        </w:rPr>
        <w:t>More than 1,000 tech</w:t>
      </w:r>
      <w:r>
        <w:rPr>
          <w:b w:val="0"/>
          <w:i w:val="0"/>
          <w:smallCaps w:val="0"/>
          <w:strike w:val="0"/>
          <w:u w:val="single"/>
        </w:rPr>
        <w:t xml:space="preserve">nology </w:t>
      </w:r>
      <w:r>
        <w:rPr>
          <w:b w:val="0"/>
          <w:i w:val="0"/>
          <w:smallCaps w:val="0"/>
          <w:strike w:val="0"/>
          <w:highlight w:val="cyan"/>
          <w:u w:val="single"/>
        </w:rPr>
        <w:t>leaders</w:t>
      </w:r>
      <w:r>
        <w:rPr>
          <w:b w:val="0"/>
          <w:i w:val="0"/>
          <w:smallCaps w:val="0"/>
          <w:strike w:val="0"/>
          <w:u w:val="single"/>
        </w:rPr>
        <w:t xml:space="preserve"> and researchers, including Elon Musk, have </w:t>
      </w:r>
      <w:r>
        <w:rPr>
          <w:b w:val="0"/>
          <w:i w:val="0"/>
          <w:smallCaps w:val="0"/>
          <w:strike w:val="0"/>
          <w:highlight w:val="cyan"/>
          <w:u w:val="single"/>
        </w:rPr>
        <w:t>urged</w:t>
      </w:r>
      <w:r>
        <w:rPr>
          <w:b w:val="0"/>
          <w:i w:val="0"/>
          <w:smallCaps w:val="0"/>
          <w:strike w:val="0"/>
          <w:u w:val="single"/>
        </w:rPr>
        <w:t xml:space="preserve"> </w:t>
      </w:r>
      <w:r>
        <w:rPr>
          <w:b w:val="0"/>
          <w:i w:val="0"/>
          <w:smallCaps w:val="0"/>
          <w:strike w:val="0"/>
          <w:highlight w:val="cyan"/>
          <w:u w:val="single"/>
        </w:rPr>
        <w:t>a</w:t>
      </w:r>
      <w:r>
        <w:rPr>
          <w:b w:val="0"/>
          <w:i w:val="0"/>
          <w:smallCaps w:val="0"/>
          <w:strike w:val="0"/>
          <w:u w:val="single"/>
        </w:rPr>
        <w:t xml:space="preserve">rtificial </w:t>
      </w:r>
      <w:r>
        <w:rPr>
          <w:b w:val="0"/>
          <w:i w:val="0"/>
          <w:smallCaps w:val="0"/>
          <w:strike w:val="0"/>
          <w:highlight w:val="cyan"/>
          <w:u w:val="single"/>
        </w:rPr>
        <w:t>i</w:t>
      </w:r>
      <w:r>
        <w:rPr>
          <w:b w:val="0"/>
          <w:i w:val="0"/>
          <w:smallCaps w:val="0"/>
          <w:strike w:val="0"/>
          <w:u w:val="single"/>
        </w:rPr>
        <w:t xml:space="preserve">ntelligence </w:t>
      </w:r>
      <w:r>
        <w:rPr>
          <w:b w:val="0"/>
          <w:i w:val="0"/>
          <w:smallCaps w:val="0"/>
          <w:strike w:val="0"/>
          <w:highlight w:val="cyan"/>
          <w:u w:val="single"/>
        </w:rPr>
        <w:t>labs to pause development of</w:t>
      </w:r>
      <w:r>
        <w:rPr>
          <w:b w:val="0"/>
          <w:i w:val="0"/>
          <w:smallCaps w:val="0"/>
          <w:strike w:val="0"/>
          <w:u w:val="single"/>
        </w:rPr>
        <w:t xml:space="preserve"> the most </w:t>
      </w:r>
      <w:r>
        <w:rPr>
          <w:b w:val="0"/>
          <w:i w:val="0"/>
          <w:smallCaps w:val="0"/>
          <w:strike w:val="0"/>
          <w:highlight w:val="cyan"/>
          <w:u w:val="single"/>
        </w:rPr>
        <w:t>advanced systems, warning</w:t>
      </w:r>
      <w:r>
        <w:rPr>
          <w:b w:val="0"/>
          <w:i w:val="0"/>
          <w:smallCaps w:val="0"/>
          <w:strike w:val="0"/>
          <w:u w:val="single"/>
        </w:rPr>
        <w:t xml:space="preserve"> in an open letter that </w:t>
      </w:r>
      <w:r>
        <w:rPr>
          <w:b w:val="0"/>
          <w:i w:val="0"/>
          <w:smallCaps w:val="0"/>
          <w:strike w:val="0"/>
          <w:highlight w:val="cyan"/>
          <w:u w:val="single"/>
        </w:rPr>
        <w:t>A.I.</w:t>
      </w:r>
      <w:r>
        <w:rPr>
          <w:b w:val="0"/>
          <w:i w:val="0"/>
          <w:smallCaps w:val="0"/>
          <w:strike w:val="0"/>
          <w:u w:val="single"/>
        </w:rPr>
        <w:t xml:space="preserve"> tools </w:t>
      </w:r>
      <w:r>
        <w:rPr>
          <w:b w:val="0"/>
          <w:i w:val="0"/>
          <w:smallCaps w:val="0"/>
          <w:strike w:val="0"/>
          <w:highlight w:val="cyan"/>
          <w:u w:val="single"/>
        </w:rPr>
        <w:t>present “profound risks to society and humanity.”</w:t>
      </w:r>
    </w:p>
    <w:p>
      <w:pPr>
        <w:spacing w:after="60"/>
      </w:pPr>
      <w:r>
        <w:rPr>
          <w:b w:val="0"/>
          <w:i w:val="0"/>
          <w:smallCaps w:val="0"/>
          <w:strike w:val="0"/>
          <w:highlight w:val="cyan"/>
          <w:u w:val="single"/>
        </w:rPr>
        <w:t>A.I. developers are “locked in an out-of-control race</w:t>
      </w:r>
      <w:r>
        <w:rPr>
          <w:b w:val="0"/>
          <w:i w:val="0"/>
          <w:smallCaps w:val="0"/>
          <w:strike w:val="0"/>
          <w:u w:val="single"/>
        </w:rPr>
        <w:t xml:space="preserve"> to develop and deploy ever more powerful digital minds </w:t>
      </w:r>
      <w:r>
        <w:rPr>
          <w:b w:val="0"/>
          <w:i w:val="0"/>
          <w:smallCaps w:val="0"/>
          <w:strike w:val="0"/>
          <w:highlight w:val="cyan"/>
          <w:u w:val="single"/>
        </w:rPr>
        <w:t>that no one</w:t>
      </w:r>
      <w:r>
        <w:rPr>
          <w:b w:val="0"/>
          <w:i w:val="0"/>
          <w:smallCaps w:val="0"/>
          <w:strike w:val="0"/>
          <w:u w:val="single"/>
        </w:rPr>
        <w:t xml:space="preserve"> — not even their creators — </w:t>
      </w:r>
      <w:r>
        <w:rPr>
          <w:b w:val="0"/>
          <w:i w:val="0"/>
          <w:smallCaps w:val="0"/>
          <w:strike w:val="0"/>
          <w:highlight w:val="cyan"/>
          <w:u w:val="single"/>
        </w:rPr>
        <w:t>can</w:t>
      </w:r>
      <w:r>
        <w:rPr>
          <w:b w:val="0"/>
          <w:i w:val="0"/>
          <w:smallCaps w:val="0"/>
          <w:strike w:val="0"/>
          <w:u w:val="single"/>
        </w:rPr>
        <w:t xml:space="preserve"> understand, </w:t>
      </w:r>
      <w:r>
        <w:rPr>
          <w:b w:val="0"/>
          <w:i w:val="0"/>
          <w:smallCaps w:val="0"/>
          <w:strike w:val="0"/>
          <w:highlight w:val="cyan"/>
          <w:u w:val="single"/>
        </w:rPr>
        <w:t>predict or reliably control</w:t>
      </w:r>
      <w:r>
        <w:rPr>
          <w:b w:val="0"/>
          <w:i w:val="0"/>
          <w:smallCaps w:val="0"/>
          <w:strike w:val="0"/>
          <w:u w:val="none"/>
        </w:rPr>
        <w:t xml:space="preserve">,” </w:t>
      </w:r>
      <w:r>
        <w:rPr>
          <w:b w:val="0"/>
          <w:i w:val="0"/>
          <w:smallCaps w:val="0"/>
          <w:strike w:val="0"/>
          <w:sz w:val="16"/>
          <w:u w:val="none"/>
        </w:rPr>
        <w:t>according to the letter, which the nonprofit Future of Life Institute released on Wednesday.</w:t>
      </w:r>
    </w:p>
    <w:p>
      <w:pPr>
        <w:spacing w:after="60"/>
      </w:pPr>
      <w:r>
        <w:rPr>
          <w:b w:val="0"/>
          <w:i w:val="0"/>
          <w:smallCaps w:val="0"/>
          <w:strike w:val="0"/>
          <w:u w:val="none"/>
        </w:rPr>
        <w:t>Others who signed the letter include</w:t>
      </w:r>
      <w:r>
        <w:rPr>
          <w:b w:val="0"/>
          <w:i w:val="0"/>
          <w:smallCaps w:val="0"/>
          <w:strike w:val="0"/>
          <w:sz w:val="16"/>
          <w:u w:val="none"/>
        </w:rPr>
        <w:t xml:space="preserve"> Steve Wozniak, a co-founder of Apple; Andrew Yang, an entrepreneur and a 2020 presidential candidate; and Rachel Bronson, </w:t>
      </w:r>
      <w:r>
        <w:rPr>
          <w:b w:val="0"/>
          <w:i w:val="0"/>
          <w:smallCaps w:val="0"/>
          <w:strike w:val="0"/>
          <w:u w:val="none"/>
        </w:rPr>
        <w:t>the president of the Bulletin of the Atomic Scientists, which sets the Doomsday Clock.</w:t>
      </w:r>
    </w:p>
    <w:p>
      <w:pPr>
        <w:spacing w:after="60"/>
      </w:pPr>
      <w:r>
        <w:rPr>
          <w:b w:val="0"/>
          <w:i w:val="0"/>
          <w:smallCaps w:val="0"/>
          <w:strike w:val="0"/>
          <w:u w:val="none"/>
        </w:rPr>
        <w:t xml:space="preserve">“These things are shaping our world,” said Gary Marcus, an entrepreneur and academic who has long complained of flaws in A.I. systems, in an interview. </w:t>
      </w:r>
      <w:r>
        <w:rPr>
          <w:b w:val="0"/>
          <w:i w:val="0"/>
          <w:smallCaps w:val="0"/>
          <w:strike w:val="0"/>
          <w:u w:val="single"/>
        </w:rPr>
        <w:t>“</w:t>
      </w:r>
      <w:r>
        <w:rPr>
          <w:b w:val="0"/>
          <w:i w:val="0"/>
          <w:smallCaps w:val="0"/>
          <w:strike w:val="0"/>
          <w:highlight w:val="cyan"/>
          <w:u w:val="single"/>
        </w:rPr>
        <w:t>We have a perfect storm of corporate irresponsibility, widespread adoption, lack of regulation and a huge number of unknowns.”</w:t>
      </w:r>
    </w:p>
    <w:p>
      <w:pPr>
        <w:spacing w:after="60"/>
      </w:pPr>
      <w:r>
        <w:rPr>
          <w:b w:val="0"/>
          <w:i w:val="0"/>
          <w:smallCaps w:val="0"/>
          <w:strike w:val="0"/>
          <w:sz w:val="14"/>
          <w:u w:val="none"/>
        </w:rPr>
        <w:t>A.I. powers chatbots like ChatGPT, Microsoft’s Bing and Google’s Bard, which can perform humanlike conversations, create essays on an endless variety of topics and perform more complex tasks, like writing computer code.</w:t>
      </w:r>
    </w:p>
    <w:p>
      <w:pPr>
        <w:spacing w:after="60"/>
      </w:pPr>
      <w:r>
        <w:rPr>
          <w:b w:val="0"/>
          <w:i w:val="0"/>
          <w:smallCaps w:val="0"/>
          <w:strike w:val="0"/>
          <w:u w:val="none"/>
        </w:rPr>
        <w:t>The push to develop more powerful chatbots has led to a race that could determine the next leaders of the tech industry. But these tools have been criticized for getting details wrong and their ability to spread misinformation.</w:t>
      </w:r>
    </w:p>
    <w:p>
      <w:pPr>
        <w:spacing w:after="60"/>
      </w:pPr>
      <w:r>
        <w:rPr>
          <w:b w:val="0"/>
          <w:i w:val="0"/>
          <w:smallCaps w:val="0"/>
          <w:strike w:val="0"/>
          <w:highlight w:val="cyan"/>
          <w:u w:val="single"/>
        </w:rPr>
        <w:t xml:space="preserve">The </w:t>
      </w:r>
      <w:r>
        <w:rPr>
          <w:b w:val="0"/>
          <w:i w:val="0"/>
          <w:smallCaps w:val="0"/>
          <w:strike w:val="0"/>
          <w:u w:val="single"/>
        </w:rPr>
        <w:t xml:space="preserve">open </w:t>
      </w:r>
      <w:r>
        <w:rPr>
          <w:b w:val="0"/>
          <w:i w:val="0"/>
          <w:smallCaps w:val="0"/>
          <w:strike w:val="0"/>
          <w:highlight w:val="cyan"/>
          <w:u w:val="single"/>
        </w:rPr>
        <w:t xml:space="preserve">letter called for a </w:t>
      </w:r>
      <w:r>
        <w:rPr>
          <w:b/>
          <w:i w:val="0"/>
          <w:smallCaps w:val="0"/>
          <w:strike w:val="0"/>
          <w:highlight w:val="cyan"/>
          <w:u w:val="single"/>
        </w:rPr>
        <w:t>pause in the development of A.I. systems</w:t>
      </w:r>
      <w:r>
        <w:rPr>
          <w:b w:val="0"/>
          <w:i w:val="0"/>
          <w:smallCaps w:val="0"/>
          <w:strike w:val="0"/>
          <w:u w:val="single"/>
        </w:rPr>
        <w:t xml:space="preserve"> more powerful than GPT-4, the chatbot introduced this month by the research lab OpenAI, which Mr. Musk co-founded. </w:t>
      </w:r>
      <w:r>
        <w:rPr>
          <w:b w:val="0"/>
          <w:i w:val="0"/>
          <w:smallCaps w:val="0"/>
          <w:strike w:val="0"/>
          <w:u w:val="none"/>
        </w:rPr>
        <w:t>The pause would provide time to introduce “shared safety protocols” for A.I. systems, the letter said. “If such a pause cannot be enacted quickly, governments should step in and institute a moratorium,” it added.</w:t>
      </w:r>
    </w:p>
    <w:p>
      <w:pPr>
        <w:spacing w:after="60"/>
      </w:pPr>
      <w:r>
        <w:rPr>
          <w:b w:val="0"/>
          <w:i w:val="0"/>
          <w:smallCaps w:val="0"/>
          <w:strike w:val="0"/>
          <w:u w:val="none"/>
        </w:rPr>
        <w:t>Development of powerful A.I. systems should advance “only once we are confident that their effects will be positive and their risks will be manageable,” the letter said.</w:t>
      </w:r>
    </w:p>
    <w:p>
      <w:pPr>
        <w:spacing w:after="60"/>
      </w:pPr>
      <w:r>
        <w:rPr>
          <w:b w:val="0"/>
          <w:i w:val="0"/>
          <w:smallCaps w:val="0"/>
          <w:strike w:val="0"/>
          <w:sz w:val="14"/>
          <w:u w:val="none"/>
        </w:rPr>
        <w:t>“Humanity can enjoy a flourishing future with A.I.,” the letter said. “Having succeeded in creating powerful A.I. systems, we can now enjoy an ‘A.I. summer’ in which we reap the rewards, engineer these systems for the clear benefit of all and give society a chance to adapt.”</w:t>
      </w:r>
    </w:p>
    <w:p>
      <w:pPr>
        <w:spacing w:after="60"/>
      </w:pPr>
      <w:r>
        <w:rPr>
          <w:b w:val="0"/>
          <w:i w:val="0"/>
          <w:smallCaps w:val="0"/>
          <w:strike w:val="0"/>
          <w:sz w:val="14"/>
          <w:u w:val="none"/>
        </w:rPr>
        <w:t>Sam Altman, the chief executive of OpenAI, did not sign the letter.</w:t>
      </w:r>
    </w:p>
    <w:p>
      <w:pPr>
        <w:spacing w:after="60"/>
      </w:pPr>
      <w:r>
        <w:rPr>
          <w:b w:val="0"/>
          <w:i w:val="0"/>
          <w:smallCaps w:val="0"/>
          <w:strike w:val="0"/>
          <w:u w:val="none"/>
        </w:rPr>
        <w:t>Mr. Marcus and others believe that persuading the wider tech community to agree to a moratorium would be difficult. But swift government action is also a slim possibility, because lawmakers have done little to regulate artificial intelligence.</w:t>
      </w:r>
    </w:p>
    <w:p>
      <w:pPr>
        <w:spacing w:after="60"/>
      </w:pPr>
      <w:r>
        <w:rPr>
          <w:b w:val="0"/>
          <w:i w:val="0"/>
          <w:smallCaps w:val="0"/>
          <w:strike w:val="0"/>
          <w:sz w:val="14"/>
          <w:u w:val="none"/>
        </w:rPr>
        <w:t>Politicians in the United States don’t have much of an understanding of the technology, Representative Jay Obernolte, a California Republican, recently told The New York Times. In 2021, European Union policymakers proposed a law designed to regulate A.I. technologies that might create harm, including facial recognition systems.</w:t>
      </w:r>
    </w:p>
    <w:p>
      <w:pPr>
        <w:spacing w:after="60"/>
      </w:pPr>
      <w:r>
        <w:rPr>
          <w:b w:val="0"/>
          <w:i w:val="0"/>
          <w:smallCaps w:val="0"/>
          <w:strike w:val="0"/>
          <w:sz w:val="14"/>
          <w:u w:val="none"/>
        </w:rPr>
        <w:t>Expected to be passed as soon as this year, the measure would require companies to conduct risk assessments of A.I. technologies to determine how their applications could affect health, safety and individual rights.</w:t>
      </w:r>
    </w:p>
    <w:p>
      <w:pPr>
        <w:spacing w:after="60"/>
      </w:pPr>
      <w:r>
        <w:rPr>
          <w:b w:val="0"/>
          <w:i w:val="0"/>
          <w:smallCaps w:val="0"/>
          <w:strike w:val="0"/>
          <w:sz w:val="14"/>
          <w:u w:val="none"/>
        </w:rPr>
        <w:t>GPT-4 is what A.I. researchers call a neural network, a type of mathematical system that learns skills by analyzing data. A neural network is the same technology that digital assistants like Siri and Alexa use to recognize spoken commands, and that self-driving cars use to identify pedestrians.</w:t>
      </w:r>
    </w:p>
    <w:p>
      <w:pPr>
        <w:spacing w:after="60"/>
      </w:pPr>
      <w:r>
        <w:rPr>
          <w:b w:val="0"/>
          <w:i w:val="0"/>
          <w:smallCaps w:val="0"/>
          <w:strike w:val="0"/>
          <w:sz w:val="14"/>
          <w:u w:val="none"/>
        </w:rPr>
        <w:t xml:space="preserve">Around 2018, </w:t>
      </w:r>
      <w:r>
        <w:rPr>
          <w:b w:val="0"/>
          <w:i w:val="0"/>
          <w:smallCaps w:val="0"/>
          <w:strike w:val="0"/>
          <w:u w:val="none"/>
        </w:rPr>
        <w:t>companies like Google and OpenAI began building neural networks that learned from enormous amounts of digital text, including books, Wikipedia articles, chat logs and other information culled from the internet. The networks are called large language models, or L.L.M.s.</w:t>
      </w:r>
    </w:p>
    <w:p>
      <w:pPr>
        <w:spacing w:after="60"/>
      </w:pPr>
      <w:r>
        <w:rPr>
          <w:b w:val="0"/>
          <w:i w:val="0"/>
          <w:smallCaps w:val="0"/>
          <w:strike w:val="0"/>
          <w:u w:val="single"/>
        </w:rPr>
        <w:t xml:space="preserve">By pinpointing billions of patterns in all that text, the L.L.M.s learn to generate text on their own, including tweets, term papers and computer programs. They could even carry on a conversation. Over the years, OpenAI and other companies have built </w:t>
      </w:r>
      <w:r>
        <w:rPr>
          <w:b w:val="0"/>
          <w:i w:val="0"/>
          <w:smallCaps w:val="0"/>
          <w:strike w:val="0"/>
          <w:highlight w:val="cyan"/>
          <w:u w:val="single"/>
        </w:rPr>
        <w:t>L.L.M.s</w:t>
      </w:r>
      <w:r>
        <w:rPr>
          <w:b w:val="0"/>
          <w:i w:val="0"/>
          <w:smallCaps w:val="0"/>
          <w:strike w:val="0"/>
          <w:u w:val="single"/>
        </w:rPr>
        <w:t xml:space="preserve"> that learn from more and more data.</w:t>
      </w:r>
    </w:p>
    <w:p>
      <w:pPr>
        <w:spacing w:after="60"/>
      </w:pPr>
      <w:r>
        <w:rPr>
          <w:b w:val="0"/>
          <w:i w:val="0"/>
          <w:smallCaps w:val="0"/>
          <w:strike w:val="0"/>
          <w:u w:val="none"/>
        </w:rPr>
        <w:t xml:space="preserve">This has improved their abilities, but the systems still make mistakes. </w:t>
      </w:r>
      <w:r>
        <w:rPr>
          <w:b w:val="0"/>
          <w:i w:val="0"/>
          <w:smallCaps w:val="0"/>
          <w:strike w:val="0"/>
          <w:u w:val="single"/>
        </w:rPr>
        <w:t xml:space="preserve">They </w:t>
      </w:r>
      <w:r>
        <w:rPr>
          <w:b w:val="0"/>
          <w:i w:val="0"/>
          <w:smallCaps w:val="0"/>
          <w:strike w:val="0"/>
          <w:highlight w:val="cyan"/>
          <w:u w:val="single"/>
        </w:rPr>
        <w:t>often get facts wrong and will make up information without warning, a phenomenon that researchers call “hallucination.”</w:t>
      </w:r>
      <w:r>
        <w:rPr>
          <w:b w:val="0"/>
          <w:i w:val="0"/>
          <w:smallCaps w:val="0"/>
          <w:strike w:val="0"/>
          <w:u w:val="single"/>
        </w:rPr>
        <w:t xml:space="preserve"> Because the systems deliver all information with what seems like complete confidence, </w:t>
      </w:r>
      <w:r>
        <w:rPr>
          <w:b w:val="0"/>
          <w:i w:val="0"/>
          <w:smallCaps w:val="0"/>
          <w:strike w:val="0"/>
          <w:highlight w:val="cyan"/>
          <w:u w:val="single"/>
        </w:rPr>
        <w:t>it is often difficult for people to tell what is right and</w:t>
      </w:r>
      <w:r>
        <w:rPr>
          <w:b w:val="0"/>
          <w:i w:val="0"/>
          <w:smallCaps w:val="0"/>
          <w:strike w:val="0"/>
          <w:u w:val="single"/>
        </w:rPr>
        <w:t xml:space="preserve"> what is </w:t>
      </w:r>
      <w:r>
        <w:rPr>
          <w:b w:val="0"/>
          <w:i w:val="0"/>
          <w:smallCaps w:val="0"/>
          <w:strike w:val="0"/>
          <w:highlight w:val="cyan"/>
          <w:u w:val="single"/>
        </w:rPr>
        <w:t>wrong.</w:t>
      </w:r>
    </w:p>
    <w:p>
      <w:pPr>
        <w:spacing w:after="60"/>
      </w:pPr>
      <w:r>
        <w:rPr>
          <w:b w:val="0"/>
          <w:i w:val="0"/>
          <w:smallCaps w:val="0"/>
          <w:strike w:val="0"/>
          <w:highlight w:val="cyan"/>
          <w:u w:val="single"/>
        </w:rPr>
        <w:t>Experts are worried</w:t>
      </w:r>
      <w:r>
        <w:rPr>
          <w:b w:val="0"/>
          <w:i w:val="0"/>
          <w:smallCaps w:val="0"/>
          <w:strike w:val="0"/>
          <w:u w:val="single"/>
        </w:rPr>
        <w:t xml:space="preserve"> that these </w:t>
      </w:r>
      <w:r>
        <w:rPr>
          <w:b w:val="0"/>
          <w:i w:val="0"/>
          <w:smallCaps w:val="0"/>
          <w:strike w:val="0"/>
          <w:highlight w:val="cyan"/>
          <w:u w:val="single"/>
        </w:rPr>
        <w:t>systems could be misused to spread disinformation</w:t>
      </w:r>
      <w:r>
        <w:rPr>
          <w:b w:val="0"/>
          <w:i w:val="0"/>
          <w:smallCaps w:val="0"/>
          <w:strike w:val="0"/>
          <w:u w:val="single"/>
        </w:rPr>
        <w:t xml:space="preserve"> with more speed and efficiency </w:t>
      </w:r>
      <w:r>
        <w:rPr>
          <w:b w:val="0"/>
          <w:i w:val="0"/>
          <w:smallCaps w:val="0"/>
          <w:strike w:val="0"/>
          <w:highlight w:val="cyan"/>
          <w:u w:val="single"/>
        </w:rPr>
        <w:t>than was possible in the past</w:t>
      </w:r>
      <w:r>
        <w:rPr>
          <w:b w:val="0"/>
          <w:i w:val="0"/>
          <w:smallCaps w:val="0"/>
          <w:strike w:val="0"/>
          <w:u w:val="single"/>
        </w:rPr>
        <w:t>. They believe that these could even be used to coax behavior from people across the internet.</w:t>
      </w:r>
    </w:p>
    <w:p>
      <w:pPr>
        <w:spacing w:after="60"/>
      </w:pPr>
      <w:r>
        <w:rPr>
          <w:b w:val="0"/>
          <w:i w:val="0"/>
          <w:smallCaps w:val="0"/>
          <w:strike w:val="0"/>
          <w:u w:val="single"/>
        </w:rPr>
        <w:t xml:space="preserve">Before GPT-4 was released, </w:t>
      </w:r>
      <w:r>
        <w:rPr>
          <w:b w:val="0"/>
          <w:i w:val="0"/>
          <w:smallCaps w:val="0"/>
          <w:strike w:val="0"/>
          <w:highlight w:val="cyan"/>
          <w:u w:val="single"/>
        </w:rPr>
        <w:t>OpenAI asked</w:t>
      </w:r>
      <w:r>
        <w:rPr>
          <w:b w:val="0"/>
          <w:i w:val="0"/>
          <w:smallCaps w:val="0"/>
          <w:strike w:val="0"/>
          <w:u w:val="single"/>
        </w:rPr>
        <w:t xml:space="preserve"> outside </w:t>
      </w:r>
      <w:r>
        <w:rPr>
          <w:b w:val="0"/>
          <w:i w:val="0"/>
          <w:smallCaps w:val="0"/>
          <w:strike w:val="0"/>
          <w:highlight w:val="cyan"/>
          <w:u w:val="single"/>
        </w:rPr>
        <w:t>researchers</w:t>
      </w:r>
      <w:r>
        <w:rPr>
          <w:b w:val="0"/>
          <w:i w:val="0"/>
          <w:smallCaps w:val="0"/>
          <w:strike w:val="0"/>
          <w:u w:val="single"/>
        </w:rPr>
        <w:t xml:space="preserve"> </w:t>
      </w:r>
      <w:r>
        <w:rPr>
          <w:b w:val="0"/>
          <w:i w:val="0"/>
          <w:smallCaps w:val="0"/>
          <w:strike w:val="0"/>
          <w:highlight w:val="cyan"/>
          <w:u w:val="single"/>
        </w:rPr>
        <w:t>to test dangerous uses of the system. The researchers showed</w:t>
      </w:r>
      <w:r>
        <w:rPr>
          <w:b w:val="0"/>
          <w:i w:val="0"/>
          <w:smallCaps w:val="0"/>
          <w:strike w:val="0"/>
          <w:u w:val="single"/>
        </w:rPr>
        <w:t xml:space="preserve"> that </w:t>
      </w:r>
      <w:r>
        <w:rPr>
          <w:b w:val="0"/>
          <w:i w:val="0"/>
          <w:smallCaps w:val="0"/>
          <w:strike w:val="0"/>
          <w:highlight w:val="cyan"/>
          <w:u w:val="single"/>
        </w:rPr>
        <w:t>it could be coaxed into suggesting how to buy illegal firearms</w:t>
      </w:r>
      <w:r>
        <w:rPr>
          <w:b w:val="0"/>
          <w:i w:val="0"/>
          <w:smallCaps w:val="0"/>
          <w:strike w:val="0"/>
          <w:u w:val="single"/>
        </w:rPr>
        <w:t xml:space="preserve"> online, </w:t>
      </w:r>
      <w:r>
        <w:rPr>
          <w:b w:val="0"/>
          <w:i w:val="0"/>
          <w:smallCaps w:val="0"/>
          <w:strike w:val="0"/>
          <w:highlight w:val="cyan"/>
          <w:u w:val="single"/>
        </w:rPr>
        <w:t>describe ways to make dangerous substances from household items</w:t>
      </w:r>
      <w:r>
        <w:rPr>
          <w:b w:val="0"/>
          <w:i w:val="0"/>
          <w:smallCaps w:val="0"/>
          <w:strike w:val="0"/>
          <w:u w:val="single"/>
        </w:rPr>
        <w:t xml:space="preserve"> </w:t>
      </w:r>
      <w:r>
        <w:rPr>
          <w:b w:val="0"/>
          <w:i w:val="0"/>
          <w:smallCaps w:val="0"/>
          <w:strike w:val="0"/>
          <w:u w:val="none"/>
        </w:rPr>
        <w:t>and write Facebook posts to convince women that abortion is unsafe.</w:t>
      </w:r>
    </w:p>
    <w:p>
      <w:pPr>
        <w:spacing w:after="60"/>
      </w:pPr>
      <w:r>
        <w:rPr>
          <w:b w:val="0"/>
          <w:i w:val="0"/>
          <w:smallCaps w:val="0"/>
          <w:strike w:val="0"/>
          <w:highlight w:val="cyan"/>
          <w:u w:val="single"/>
        </w:rPr>
        <w:t>They also found</w:t>
      </w:r>
      <w:r>
        <w:rPr>
          <w:b w:val="0"/>
          <w:i w:val="0"/>
          <w:smallCaps w:val="0"/>
          <w:strike w:val="0"/>
          <w:u w:val="single"/>
        </w:rPr>
        <w:t xml:space="preserve"> that </w:t>
      </w:r>
      <w:r>
        <w:rPr>
          <w:b w:val="0"/>
          <w:i w:val="0"/>
          <w:smallCaps w:val="0"/>
          <w:strike w:val="0"/>
          <w:highlight w:val="cyan"/>
          <w:u w:val="single"/>
        </w:rPr>
        <w:t>the system was able to use Task Rabbit to hire a human</w:t>
      </w:r>
      <w:r>
        <w:rPr>
          <w:b w:val="0"/>
          <w:i w:val="0"/>
          <w:smallCaps w:val="0"/>
          <w:strike w:val="0"/>
          <w:u w:val="single"/>
        </w:rPr>
        <w:t xml:space="preserve"> across the internet </w:t>
      </w:r>
      <w:r>
        <w:rPr>
          <w:b w:val="0"/>
          <w:i w:val="0"/>
          <w:smallCaps w:val="0"/>
          <w:strike w:val="0"/>
          <w:highlight w:val="cyan"/>
          <w:u w:val="single"/>
        </w:rPr>
        <w:t>and defeat a Captcha test</w:t>
      </w:r>
      <w:r>
        <w:rPr>
          <w:b w:val="0"/>
          <w:i w:val="0"/>
          <w:smallCaps w:val="0"/>
          <w:strike w:val="0"/>
          <w:u w:val="single"/>
        </w:rPr>
        <w:t>, which is widely used to identify bots online. When the human asked if the system was “a robot,” the system said it was a visually impaired person.</w:t>
      </w:r>
    </w:p>
    <w:p>
      <w:pPr>
        <w:spacing w:after="60"/>
      </w:pPr>
      <w:r>
        <w:rPr>
          <w:b w:val="0"/>
          <w:i w:val="0"/>
          <w:smallCaps w:val="0"/>
          <w:strike w:val="0"/>
          <w:u w:val="none"/>
        </w:rPr>
        <w:t>After changes by OpenAI, GPT-4 no longer does these things.</w:t>
      </w:r>
    </w:p>
    <w:p>
      <w:pPr>
        <w:spacing w:after="60"/>
      </w:pPr>
      <w:r>
        <w:rPr>
          <w:b w:val="0"/>
          <w:i w:val="0"/>
          <w:smallCaps w:val="0"/>
          <w:strike w:val="0"/>
          <w:u w:val="none"/>
        </w:rPr>
        <w:t xml:space="preserve">For years, many A.I. researchers, academics and tech executives, including Mr. Musk, have worried that A.I. systems could cause even greater harm. </w:t>
      </w:r>
      <w:r>
        <w:rPr>
          <w:b w:val="0"/>
          <w:i w:val="0"/>
          <w:smallCaps w:val="0"/>
          <w:strike w:val="0"/>
          <w:highlight w:val="cyan"/>
          <w:u w:val="single"/>
        </w:rPr>
        <w:t>Some</w:t>
      </w:r>
      <w:r>
        <w:rPr>
          <w:b w:val="0"/>
          <w:i w:val="0"/>
          <w:smallCaps w:val="0"/>
          <w:strike w:val="0"/>
          <w:u w:val="single"/>
        </w:rPr>
        <w:t xml:space="preserve"> are part of a vast online community called rationalists or effective altruists who </w:t>
      </w:r>
      <w:r>
        <w:rPr>
          <w:b w:val="0"/>
          <w:i w:val="0"/>
          <w:smallCaps w:val="0"/>
          <w:strike w:val="0"/>
          <w:highlight w:val="cyan"/>
          <w:u w:val="single"/>
        </w:rPr>
        <w:t>believe</w:t>
      </w:r>
      <w:r>
        <w:rPr>
          <w:b w:val="0"/>
          <w:i w:val="0"/>
          <w:smallCaps w:val="0"/>
          <w:strike w:val="0"/>
          <w:u w:val="single"/>
        </w:rPr>
        <w:t xml:space="preserve"> that </w:t>
      </w:r>
      <w:r>
        <w:rPr>
          <w:b w:val="0"/>
          <w:i w:val="0"/>
          <w:smallCaps w:val="0"/>
          <w:strike w:val="0"/>
          <w:highlight w:val="cyan"/>
          <w:u w:val="single"/>
        </w:rPr>
        <w:t>A.I could</w:t>
      </w:r>
      <w:r>
        <w:rPr>
          <w:b w:val="0"/>
          <w:i w:val="0"/>
          <w:smallCaps w:val="0"/>
          <w:strike w:val="0"/>
          <w:u w:val="single"/>
        </w:rPr>
        <w:t xml:space="preserve"> eventually </w:t>
      </w:r>
      <w:r>
        <w:rPr>
          <w:b w:val="0"/>
          <w:i w:val="0"/>
          <w:smallCaps w:val="0"/>
          <w:strike w:val="0"/>
          <w:highlight w:val="cyan"/>
          <w:u w:val="single"/>
        </w:rPr>
        <w:t>destroy humanity.</w:t>
      </w:r>
    </w:p>
    <w:p>
      <w:pPr>
        <w:spacing w:after="60"/>
      </w:pPr>
      <w:r>
        <w:rPr>
          <w:b w:val="0"/>
          <w:i w:val="0"/>
          <w:smallCaps w:val="0"/>
          <w:strike w:val="0"/>
          <w:u w:val="none"/>
        </w:rPr>
        <w:t>The letter was shepherded by the Future of Life Institute, an organization dedicated to researching existential risks to humanity that has long warned of the dangers of artificial intelligence. But it was signed by a wide variety of people from industry and academia.</w:t>
      </w:r>
    </w:p>
    <w:p>
      <w:pPr>
        <w:spacing w:after="60"/>
      </w:pPr>
      <w:r>
        <w:rPr>
          <w:b w:val="0"/>
          <w:i w:val="0"/>
          <w:smallCaps w:val="0"/>
          <w:strike w:val="0"/>
          <w:u w:val="single"/>
        </w:rPr>
        <w:t xml:space="preserve">Though some who signed the letter are known for repeatedly expressing concerns that A.I. could destroy humanity, </w:t>
      </w:r>
      <w:r>
        <w:rPr>
          <w:b w:val="0"/>
          <w:i w:val="0"/>
          <w:smallCaps w:val="0"/>
          <w:strike w:val="0"/>
          <w:highlight w:val="cyan"/>
          <w:u w:val="single"/>
        </w:rPr>
        <w:t>others</w:t>
      </w:r>
      <w:r>
        <w:rPr>
          <w:b w:val="0"/>
          <w:i w:val="0"/>
          <w:smallCaps w:val="0"/>
          <w:strike w:val="0"/>
          <w:u w:val="single"/>
        </w:rPr>
        <w:t xml:space="preserve">, including Mr. Marcus, </w:t>
      </w:r>
      <w:r>
        <w:rPr>
          <w:b w:val="0"/>
          <w:i w:val="0"/>
          <w:smallCaps w:val="0"/>
          <w:strike w:val="0"/>
          <w:highlight w:val="cyan"/>
          <w:u w:val="single"/>
        </w:rPr>
        <w:t>are</w:t>
      </w:r>
      <w:r>
        <w:rPr>
          <w:b w:val="0"/>
          <w:i w:val="0"/>
          <w:smallCaps w:val="0"/>
          <w:strike w:val="0"/>
          <w:u w:val="single"/>
        </w:rPr>
        <w:t xml:space="preserve"> more </w:t>
      </w:r>
      <w:r>
        <w:rPr>
          <w:b w:val="0"/>
          <w:i w:val="0"/>
          <w:smallCaps w:val="0"/>
          <w:strike w:val="0"/>
          <w:highlight w:val="cyan"/>
          <w:u w:val="single"/>
        </w:rPr>
        <w:t>concerned about its near-term dangers, including the spread of disinformation</w:t>
      </w:r>
      <w:r>
        <w:rPr>
          <w:b w:val="0"/>
          <w:i w:val="0"/>
          <w:smallCaps w:val="0"/>
          <w:strike w:val="0"/>
          <w:u w:val="single"/>
        </w:rPr>
        <w:t xml:space="preserve"> and the risk that people will rely on these systems for medical and emotional advice.</w:t>
      </w:r>
    </w:p>
    <w:p>
      <w:pPr>
        <w:spacing w:after="60"/>
      </w:pPr>
      <w:r>
        <w:rPr>
          <w:b w:val="0"/>
          <w:i w:val="0"/>
          <w:smallCaps w:val="0"/>
          <w:strike w:val="0"/>
          <w:highlight w:val="cyan"/>
          <w:u w:val="single"/>
        </w:rPr>
        <w:t>The letter “shows how many people are deeply worried about what is going on,”</w:t>
      </w:r>
      <w:r>
        <w:rPr>
          <w:b w:val="0"/>
          <w:i w:val="0"/>
          <w:smallCaps w:val="0"/>
          <w:strike w:val="0"/>
          <w:u w:val="single"/>
        </w:rPr>
        <w:t xml:space="preserve"> said Mr. Marcus, who signed the letter. He believes the letter will be a turning point. “It think it is a really important moment in the history of A.I. — and maybe humanity,” he said.</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