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</w:t>
      </w:r>
      <w:r>
        <w:rPr>
          <w:b/>
          <w:i w:val="0"/>
          <w:smallCaps w:val="0"/>
          <w:strike w:val="0"/>
          <w:sz w:val="26"/>
          <w:u w:val="single"/>
        </w:rPr>
        <w:t>will</w:t>
      </w:r>
      <w:r>
        <w:rPr>
          <w:b/>
          <w:i w:val="0"/>
          <w:smallCaps w:val="0"/>
          <w:strike w:val="0"/>
          <w:sz w:val="26"/>
          <w:u w:val="none"/>
        </w:rPr>
        <w:t xml:space="preserve"> slow down---</w:t>
      </w:r>
      <w:r>
        <w:rPr>
          <w:b/>
          <w:i w:val="0"/>
          <w:smallCaps w:val="0"/>
          <w:strike w:val="0"/>
          <w:sz w:val="26"/>
          <w:u w:val="single"/>
        </w:rPr>
        <w:t>the internet is too small.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Seetharaman 24</w:t>
      </w:r>
      <w:r>
        <w:rPr>
          <w:b w:val="0"/>
          <w:i w:val="0"/>
          <w:smallCaps w:val="0"/>
          <w:strike w:val="0"/>
          <w:u w:val="none"/>
        </w:rPr>
        <w:t xml:space="preserve"> [Deepa Seetharaman, BS &amp; BA in Journalism and History, Tech Reporter @ WSJ; “For Data-Guzzling AI Companies, the Internet Is Too Small,” 4/1/24, The Wall Street Journal; </w:t>
      </w:r>
      <w:r>
        <w:rPr>
          <w:b w:val="0"/>
          <w:i w:val="0"/>
          <w:smallCaps w:val="0"/>
          <w:strike w:val="0"/>
          <w:u w:val="none"/>
        </w:rPr>
        <w:t>https://www.wsj.com/tech/ai/ai-training-data-synthetic-openai-anthropic-9230f8d8?mod=dhjem10point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Companies racing to develop</w:t>
      </w:r>
      <w:r>
        <w:rPr>
          <w:b w:val="0"/>
          <w:i w:val="0"/>
          <w:smallCaps w:val="0"/>
          <w:strike w:val="0"/>
          <w:u w:val="single"/>
        </w:rPr>
        <w:t xml:space="preserve"> more </w:t>
      </w:r>
      <w:r>
        <w:rPr>
          <w:b w:val="0"/>
          <w:i w:val="0"/>
          <w:smallCaps w:val="0"/>
          <w:strike w:val="0"/>
          <w:highlight w:val="cyan"/>
          <w:u w:val="single"/>
        </w:rPr>
        <w:t>powerful a</w:t>
      </w:r>
      <w:r>
        <w:rPr>
          <w:b w:val="0"/>
          <w:i w:val="0"/>
          <w:smallCaps w:val="0"/>
          <w:strike w:val="0"/>
          <w:u w:val="single"/>
        </w:rPr>
        <w:t xml:space="preserve">rtificial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ntelligence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rapidly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nearing a new problem: The internet might be </w:t>
      </w:r>
      <w:r>
        <w:rPr>
          <w:b/>
          <w:i w:val="0"/>
          <w:smallCaps w:val="0"/>
          <w:strike w:val="0"/>
          <w:highlight w:val="cyan"/>
          <w:u w:val="single"/>
        </w:rPr>
        <w:t>too small</w:t>
      </w:r>
      <w:r>
        <w:rPr>
          <w:b w:val="0"/>
          <w:i w:val="0"/>
          <w:smallCaps w:val="0"/>
          <w:strike w:val="0"/>
          <w:u w:val="single"/>
        </w:rPr>
        <w:t xml:space="preserve"> for their plans.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Ever more </w:t>
      </w:r>
      <w:r>
        <w:rPr>
          <w:b w:val="0"/>
          <w:i w:val="0"/>
          <w:smallCaps w:val="0"/>
          <w:strike w:val="0"/>
          <w:highlight w:val="cyan"/>
          <w:u w:val="single"/>
        </w:rPr>
        <w:t>powerful systems developed by OpenAI, Google and others require</w:t>
      </w:r>
      <w:r>
        <w:rPr>
          <w:b w:val="0"/>
          <w:i w:val="0"/>
          <w:smallCaps w:val="0"/>
          <w:strike w:val="0"/>
          <w:u w:val="single"/>
        </w:rPr>
        <w:t xml:space="preserve"> larger </w:t>
      </w:r>
      <w:r>
        <w:rPr>
          <w:b w:val="0"/>
          <w:i w:val="0"/>
          <w:smallCaps w:val="0"/>
          <w:strike w:val="0"/>
          <w:highlight w:val="cyan"/>
          <w:u w:val="single"/>
        </w:rPr>
        <w:t>oceans of info</w:t>
      </w:r>
      <w:r>
        <w:rPr>
          <w:b w:val="0"/>
          <w:i w:val="0"/>
          <w:smallCaps w:val="0"/>
          <w:strike w:val="0"/>
          <w:u w:val="single"/>
        </w:rPr>
        <w:t>rmation to learn from. That demand is straining the available pool of quality public data online at the same time that some data owners are blocking access to AI companies.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Some executives and </w:t>
      </w:r>
      <w:r>
        <w:rPr>
          <w:b w:val="0"/>
          <w:i w:val="0"/>
          <w:smallCaps w:val="0"/>
          <w:strike w:val="0"/>
          <w:highlight w:val="cyan"/>
          <w:u w:val="single"/>
        </w:rPr>
        <w:t>researchers say the industry’s need for high-quality</w:t>
      </w:r>
      <w:r>
        <w:rPr>
          <w:b w:val="0"/>
          <w:i w:val="0"/>
          <w:smallCaps w:val="0"/>
          <w:strike w:val="0"/>
          <w:u w:val="single"/>
        </w:rPr>
        <w:t xml:space="preserve"> text </w:t>
      </w:r>
      <w:r>
        <w:rPr>
          <w:b w:val="0"/>
          <w:i w:val="0"/>
          <w:smallCaps w:val="0"/>
          <w:strike w:val="0"/>
          <w:highlight w:val="cyan"/>
          <w:u w:val="single"/>
        </w:rPr>
        <w:t>data could outstrip supply within two years</w:t>
      </w:r>
      <w:r>
        <w:rPr>
          <w:b w:val="0"/>
          <w:i w:val="0"/>
          <w:smallCaps w:val="0"/>
          <w:strike w:val="0"/>
          <w:u w:val="single"/>
        </w:rPr>
        <w:t xml:space="preserve">, potentially </w:t>
      </w:r>
      <w:r>
        <w:rPr>
          <w:b/>
          <w:i w:val="0"/>
          <w:smallCaps w:val="0"/>
          <w:strike w:val="0"/>
          <w:highlight w:val="cyan"/>
          <w:u w:val="single"/>
        </w:rPr>
        <w:t>slowing AI’s development.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AI companies are hunting for untapped information sources, and rethinking how they train these systems. OpenAI, the maker of ChatGPT, has discussed training its next model, GPT-5, on transcriptions of public YouTube videos, people familiar with the matter said.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>are experimenting with</w:t>
      </w:r>
      <w:r>
        <w:rPr>
          <w:b w:val="0"/>
          <w:i w:val="0"/>
          <w:smallCaps w:val="0"/>
          <w:strike w:val="0"/>
          <w:u w:val="single"/>
        </w:rPr>
        <w:t xml:space="preserve"> using AI-generated, or </w:t>
      </w:r>
      <w:r>
        <w:rPr>
          <w:b w:val="0"/>
          <w:i w:val="0"/>
          <w:smallCaps w:val="0"/>
          <w:strike w:val="0"/>
          <w:highlight w:val="cyan"/>
          <w:u w:val="single"/>
        </w:rPr>
        <w:t>synthetic, data as</w:t>
      </w:r>
      <w:r>
        <w:rPr>
          <w:b w:val="0"/>
          <w:i w:val="0"/>
          <w:smallCaps w:val="0"/>
          <w:strike w:val="0"/>
          <w:u w:val="single"/>
        </w:rPr>
        <w:t xml:space="preserve"> training </w:t>
      </w:r>
      <w:r>
        <w:rPr>
          <w:b w:val="0"/>
          <w:i w:val="0"/>
          <w:smallCaps w:val="0"/>
          <w:strike w:val="0"/>
          <w:highlight w:val="cyan"/>
          <w:u w:val="single"/>
        </w:rPr>
        <w:t>material—an approach</w:t>
      </w:r>
      <w:r>
        <w:rPr>
          <w:b w:val="0"/>
          <w:i w:val="0"/>
          <w:smallCaps w:val="0"/>
          <w:strike w:val="0"/>
          <w:u w:val="single"/>
        </w:rPr>
        <w:t xml:space="preserve"> many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researchers say could </w:t>
      </w:r>
      <w:r>
        <w:rPr>
          <w:b w:val="0"/>
          <w:i w:val="0"/>
          <w:smallCaps w:val="0"/>
          <w:strike w:val="0"/>
          <w:u w:val="single"/>
        </w:rPr>
        <w:t xml:space="preserve">actually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cause </w:t>
      </w:r>
      <w:r>
        <w:rPr>
          <w:b/>
          <w:i w:val="0"/>
          <w:smallCaps w:val="0"/>
          <w:strike w:val="0"/>
          <w:highlight w:val="cyan"/>
          <w:u w:val="single"/>
        </w:rPr>
        <w:t>crippling malfunctions</w:t>
      </w:r>
      <w:r>
        <w:rPr>
          <w:b w:val="0"/>
          <w:i w:val="0"/>
          <w:smallCaps w:val="0"/>
          <w:strike w:val="0"/>
          <w:highlight w:val="cyan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These efforts are often secret, because executives think solutions could be a competitive advantage.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data shortage “is a frontier research problem,”</w:t>
      </w:r>
      <w:r>
        <w:rPr>
          <w:b w:val="0"/>
          <w:i w:val="0"/>
          <w:smallCaps w:val="0"/>
          <w:strike w:val="0"/>
          <w:u w:val="none"/>
        </w:rPr>
        <w:t xml:space="preserve"> said Ari Morcos, an AI researcher who worked at Meta Platforms and Google’s DeepMind unit before founding DatologyAI last year.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His company, whose backers include a number of AI pioneers, builds tools to improve data selection, which could help companies train AI models for cheaper. </w:t>
      </w:r>
      <w:r>
        <w:rPr>
          <w:b w:val="0"/>
          <w:i w:val="0"/>
          <w:smallCaps w:val="0"/>
          <w:strike w:val="0"/>
          <w:u w:val="single"/>
        </w:rPr>
        <w:t>“There is no established way of doing this.”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Data is among several essential AI resources in short supply. </w:t>
      </w:r>
      <w:r>
        <w:rPr>
          <w:b w:val="0"/>
          <w:i w:val="0"/>
          <w:smallCaps w:val="0"/>
          <w:strike w:val="0"/>
          <w:highlight w:val="cyan"/>
          <w:u w:val="single"/>
        </w:rPr>
        <w:t>The chips needed to run</w:t>
      </w:r>
      <w:r>
        <w:rPr>
          <w:b w:val="0"/>
          <w:i w:val="0"/>
          <w:smallCaps w:val="0"/>
          <w:strike w:val="0"/>
          <w:u w:val="single"/>
        </w:rPr>
        <w:t xml:space="preserve"> what are called large-</w:t>
      </w:r>
      <w:r>
        <w:rPr>
          <w:b w:val="0"/>
          <w:i w:val="0"/>
          <w:smallCaps w:val="0"/>
          <w:strike w:val="0"/>
          <w:highlight w:val="cyan"/>
          <w:u w:val="single"/>
        </w:rPr>
        <w:t>language models</w:t>
      </w:r>
      <w:r>
        <w:rPr>
          <w:b w:val="0"/>
          <w:i w:val="0"/>
          <w:smallCaps w:val="0"/>
          <w:strike w:val="0"/>
          <w:u w:val="single"/>
        </w:rPr>
        <w:t xml:space="preserve"> behind ChatGPT, Google’s Gemini and other AI bots also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highlight w:val="cyan"/>
          <w:u w:val="single"/>
        </w:rPr>
        <w:t>scarce</w:t>
      </w:r>
      <w:r>
        <w:rPr>
          <w:b w:val="0"/>
          <w:i w:val="0"/>
          <w:smallCaps w:val="0"/>
          <w:strike w:val="0"/>
          <w:u w:val="single"/>
        </w:rPr>
        <w:t xml:space="preserve">. And </w:t>
      </w:r>
      <w:r>
        <w:rPr>
          <w:b w:val="0"/>
          <w:i w:val="0"/>
          <w:smallCaps w:val="0"/>
          <w:strike w:val="0"/>
          <w:highlight w:val="cyan"/>
          <w:u w:val="single"/>
        </w:rPr>
        <w:t>industry leaders worry about a dearth of data centers and the electricity needed to power them.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AI </w:t>
      </w:r>
      <w:r>
        <w:rPr>
          <w:b w:val="0"/>
          <w:i w:val="0"/>
          <w:smallCaps w:val="0"/>
          <w:strike w:val="0"/>
          <w:highlight w:val="cyan"/>
          <w:u w:val="single"/>
        </w:rPr>
        <w:t>language models are built using text vacuumed</w:t>
      </w:r>
      <w:r>
        <w:rPr>
          <w:b w:val="0"/>
          <w:i w:val="0"/>
          <w:smallCaps w:val="0"/>
          <w:strike w:val="0"/>
          <w:u w:val="single"/>
        </w:rPr>
        <w:t xml:space="preserve"> up </w:t>
      </w:r>
      <w:r>
        <w:rPr>
          <w:b w:val="0"/>
          <w:i w:val="0"/>
          <w:smallCaps w:val="0"/>
          <w:strike w:val="0"/>
          <w:highlight w:val="cyan"/>
          <w:u w:val="single"/>
        </w:rPr>
        <w:t>from the internet</w:t>
      </w:r>
      <w:r>
        <w:rPr>
          <w:b w:val="0"/>
          <w:i w:val="0"/>
          <w:smallCaps w:val="0"/>
          <w:strike w:val="0"/>
          <w:u w:val="single"/>
        </w:rPr>
        <w:t xml:space="preserve">, including scientific research, news articles and Wikipedia entries. </w:t>
      </w:r>
      <w:r>
        <w:rPr>
          <w:b w:val="0"/>
          <w:i w:val="0"/>
          <w:smallCaps w:val="0"/>
          <w:strike w:val="0"/>
          <w:highlight w:val="cyan"/>
          <w:u w:val="single"/>
        </w:rPr>
        <w:t>That material is broken into tokens</w:t>
      </w:r>
      <w:r>
        <w:rPr>
          <w:b w:val="0"/>
          <w:i w:val="0"/>
          <w:smallCaps w:val="0"/>
          <w:strike w:val="0"/>
          <w:u w:val="none"/>
        </w:rPr>
        <w:t>—words and parts of words that the models use to learn how to formulate humanlike expressions.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Generally, AI models become more capable the more data they train on</w:t>
      </w:r>
      <w:r>
        <w:rPr>
          <w:b w:val="0"/>
          <w:i w:val="0"/>
          <w:smallCaps w:val="0"/>
          <w:strike w:val="0"/>
          <w:u w:val="none"/>
        </w:rPr>
        <w:t>. OpenAI bet big on this approach, helping it become the most prominent AI company in the world.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OpenAI doesn’t disclose details of the training material for its current most-advanced language model, called GPT-4, which has set the standard for advanced generative AI systems.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</w:t>
      </w:r>
      <w:r>
        <w:rPr>
          <w:b w:val="0"/>
          <w:i w:val="0"/>
          <w:smallCaps w:val="0"/>
          <w:strike w:val="0"/>
          <w:u w:val="single"/>
        </w:rPr>
        <w:t xml:space="preserve">Pablo </w:t>
      </w:r>
      <w:r>
        <w:rPr>
          <w:b w:val="0"/>
          <w:i w:val="0"/>
          <w:smallCaps w:val="0"/>
          <w:strike w:val="0"/>
          <w:highlight w:val="cyan"/>
          <w:u w:val="single"/>
        </w:rPr>
        <w:t>Villalobos, who studies a</w:t>
      </w:r>
      <w:r>
        <w:rPr>
          <w:b w:val="0"/>
          <w:i w:val="0"/>
          <w:smallCaps w:val="0"/>
          <w:strike w:val="0"/>
          <w:u w:val="single"/>
        </w:rPr>
        <w:t xml:space="preserve">rtificial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ntelligence for research institute Epoch, </w:t>
      </w:r>
      <w:r>
        <w:rPr>
          <w:b w:val="0"/>
          <w:i w:val="0"/>
          <w:smallCaps w:val="0"/>
          <w:strike w:val="0"/>
          <w:highlight w:val="cyan"/>
          <w:u w:val="single"/>
        </w:rPr>
        <w:t>estimated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GPT-4 was trained on</w:t>
      </w:r>
      <w:r>
        <w:rPr>
          <w:b w:val="0"/>
          <w:i w:val="0"/>
          <w:smallCaps w:val="0"/>
          <w:strike w:val="0"/>
          <w:u w:val="single"/>
        </w:rPr>
        <w:t xml:space="preserve"> as many as </w:t>
      </w:r>
      <w:r>
        <w:rPr>
          <w:b w:val="0"/>
          <w:i w:val="0"/>
          <w:smallCaps w:val="0"/>
          <w:strike w:val="0"/>
          <w:highlight w:val="cyan"/>
          <w:u w:val="single"/>
        </w:rPr>
        <w:t>12 trillion tokens. Based on</w:t>
      </w:r>
      <w:r>
        <w:rPr>
          <w:b w:val="0"/>
          <w:i w:val="0"/>
          <w:smallCaps w:val="0"/>
          <w:strike w:val="0"/>
          <w:u w:val="single"/>
        </w:rPr>
        <w:t xml:space="preserve"> a computer-science principle called the </w:t>
      </w:r>
      <w:r>
        <w:rPr>
          <w:b w:val="0"/>
          <w:i w:val="0"/>
          <w:smallCaps w:val="0"/>
          <w:strike w:val="0"/>
          <w:highlight w:val="cyan"/>
          <w:u w:val="single"/>
        </w:rPr>
        <w:t>Chinchilla scaling laws</w:t>
      </w:r>
      <w:r>
        <w:rPr>
          <w:b w:val="0"/>
          <w:i w:val="0"/>
          <w:smallCaps w:val="0"/>
          <w:strike w:val="0"/>
          <w:u w:val="single"/>
        </w:rPr>
        <w:t xml:space="preserve">, an AI system like </w:t>
      </w:r>
      <w:r>
        <w:rPr>
          <w:b w:val="0"/>
          <w:i w:val="0"/>
          <w:smallCaps w:val="0"/>
          <w:strike w:val="0"/>
          <w:highlight w:val="cyan"/>
          <w:u w:val="single"/>
        </w:rPr>
        <w:t>GPT-5 would need</w:t>
      </w:r>
      <w:r>
        <w:rPr>
          <w:b w:val="0"/>
          <w:i w:val="0"/>
          <w:smallCaps w:val="0"/>
          <w:strike w:val="0"/>
          <w:u w:val="single"/>
        </w:rPr>
        <w:t xml:space="preserve"> 60 trillion to </w:t>
      </w:r>
      <w:r>
        <w:rPr>
          <w:b/>
          <w:i w:val="0"/>
          <w:smallCaps w:val="0"/>
          <w:strike w:val="0"/>
          <w:highlight w:val="cyan"/>
          <w:u w:val="single"/>
        </w:rPr>
        <w:t>100 trillion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tokens</w:t>
      </w:r>
      <w:r>
        <w:rPr>
          <w:b w:val="0"/>
          <w:i w:val="0"/>
          <w:smallCaps w:val="0"/>
          <w:strike w:val="0"/>
          <w:u w:val="single"/>
        </w:rPr>
        <w:t xml:space="preserve"> of data </w:t>
      </w:r>
      <w:r>
        <w:rPr>
          <w:b w:val="0"/>
          <w:i w:val="0"/>
          <w:smallCaps w:val="0"/>
          <w:strike w:val="0"/>
          <w:highlight w:val="cyan"/>
          <w:u w:val="single"/>
        </w:rPr>
        <w:t>if researchers continued to follow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current growth</w:t>
      </w:r>
      <w:r>
        <w:rPr>
          <w:b w:val="0"/>
          <w:i w:val="0"/>
          <w:smallCaps w:val="0"/>
          <w:strike w:val="0"/>
          <w:u w:val="single"/>
        </w:rPr>
        <w:t xml:space="preserve"> trajectory, Villalobos and other researchers have estimated.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Harnessing all the high-quality</w:t>
      </w:r>
      <w:r>
        <w:rPr>
          <w:b w:val="0"/>
          <w:i w:val="0"/>
          <w:smallCaps w:val="0"/>
          <w:strike w:val="0"/>
          <w:u w:val="single"/>
        </w:rPr>
        <w:t xml:space="preserve"> language and image </w:t>
      </w:r>
      <w:r>
        <w:rPr>
          <w:b w:val="0"/>
          <w:i w:val="0"/>
          <w:smallCaps w:val="0"/>
          <w:strike w:val="0"/>
          <w:highlight w:val="cyan"/>
          <w:u w:val="single"/>
        </w:rPr>
        <w:t>data available could</w:t>
      </w:r>
      <w:r>
        <w:rPr>
          <w:b w:val="0"/>
          <w:i w:val="0"/>
          <w:smallCaps w:val="0"/>
          <w:strike w:val="0"/>
          <w:u w:val="single"/>
        </w:rPr>
        <w:t xml:space="preserve"> still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leave a </w:t>
      </w:r>
      <w:r>
        <w:rPr>
          <w:b/>
          <w:i w:val="0"/>
          <w:smallCaps w:val="0"/>
          <w:strike w:val="0"/>
          <w:highlight w:val="cyan"/>
          <w:u w:val="single"/>
        </w:rPr>
        <w:t>shortfall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single"/>
        </w:rPr>
        <w:t xml:space="preserve"> 10 trillion to </w:t>
      </w:r>
      <w:r>
        <w:rPr>
          <w:b/>
          <w:i w:val="0"/>
          <w:smallCaps w:val="0"/>
          <w:strike w:val="0"/>
          <w:highlight w:val="cyan"/>
          <w:u w:val="single"/>
        </w:rPr>
        <w:t>20 trillion tokens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 more</w:t>
      </w:r>
      <w:r>
        <w:rPr>
          <w:b w:val="0"/>
          <w:i w:val="0"/>
          <w:smallCaps w:val="0"/>
          <w:strike w:val="0"/>
          <w:u w:val="single"/>
        </w:rPr>
        <w:t xml:space="preserve">, Villalobos said. </w:t>
      </w:r>
      <w:r>
        <w:rPr>
          <w:b w:val="0"/>
          <w:i w:val="0"/>
          <w:smallCaps w:val="0"/>
          <w:strike w:val="0"/>
          <w:highlight w:val="cyan"/>
          <w:u w:val="single"/>
        </w:rPr>
        <w:t>And it isn’t clear how to bridge that gap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Two years ago, Villalobos and his colleagues wrote that there was a 50% chance that the demand for high-quality data would outstrip supply by mid-2024 and a 90% chance that it would happen by 2026.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They have since become a bit more optimistic, and plan to update their estimate to 2028.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Most of the data</w:t>
      </w:r>
      <w:r>
        <w:rPr>
          <w:b w:val="0"/>
          <w:i w:val="0"/>
          <w:smallCaps w:val="0"/>
          <w:strike w:val="0"/>
          <w:u w:val="single"/>
        </w:rPr>
        <w:t xml:space="preserve"> available </w:t>
      </w:r>
      <w:r>
        <w:rPr>
          <w:b w:val="0"/>
          <w:i w:val="0"/>
          <w:smallCaps w:val="0"/>
          <w:strike w:val="0"/>
          <w:highlight w:val="cyan"/>
          <w:u w:val="single"/>
        </w:rPr>
        <w:t>online is useless</w:t>
      </w:r>
      <w:r>
        <w:rPr>
          <w:b w:val="0"/>
          <w:i w:val="0"/>
          <w:smallCaps w:val="0"/>
          <w:strike w:val="0"/>
          <w:u w:val="single"/>
        </w:rPr>
        <w:t xml:space="preserve"> for AI training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because it contains </w:t>
      </w:r>
      <w:r>
        <w:rPr>
          <w:b/>
          <w:i w:val="0"/>
          <w:smallCaps w:val="0"/>
          <w:strike w:val="0"/>
          <w:highlight w:val="cyan"/>
          <w:u w:val="single"/>
        </w:rPr>
        <w:t>flaws</w:t>
      </w:r>
      <w:r>
        <w:rPr>
          <w:b w:val="0"/>
          <w:i w:val="0"/>
          <w:smallCaps w:val="0"/>
          <w:strike w:val="0"/>
          <w:u w:val="single"/>
        </w:rPr>
        <w:t xml:space="preserve"> such as sentence fragments or doesn’t add to a model’s knowledge. </w:t>
      </w:r>
      <w:r>
        <w:rPr>
          <w:b w:val="0"/>
          <w:i w:val="0"/>
          <w:smallCaps w:val="0"/>
          <w:strike w:val="0"/>
          <w:highlight w:val="cyan"/>
          <w:u w:val="single"/>
        </w:rPr>
        <w:t>Villalobos estimated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only a sliver of the internet is useful</w:t>
      </w:r>
      <w:r>
        <w:rPr>
          <w:b w:val="0"/>
          <w:i w:val="0"/>
          <w:smallCaps w:val="0"/>
          <w:strike w:val="0"/>
          <w:u w:val="single"/>
        </w:rPr>
        <w:t xml:space="preserve"> for such training—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perhaps just </w:t>
      </w:r>
      <w:r>
        <w:rPr>
          <w:b/>
          <w:i w:val="0"/>
          <w:smallCaps w:val="0"/>
          <w:strike w:val="0"/>
          <w:highlight w:val="cyan"/>
          <w:u w:val="single"/>
        </w:rPr>
        <w:t>one-tenth</w:t>
      </w:r>
      <w:r>
        <w:rPr>
          <w:b w:val="0"/>
          <w:i w:val="0"/>
          <w:smallCaps w:val="0"/>
          <w:strike w:val="0"/>
          <w:u w:val="single"/>
        </w:rPr>
        <w:t xml:space="preserve"> of the information gathered by the nonprofit Common Crawl</w:t>
      </w:r>
      <w:r>
        <w:rPr>
          <w:b w:val="0"/>
          <w:i w:val="0"/>
          <w:smallCaps w:val="0"/>
          <w:strike w:val="0"/>
          <w:u w:val="none"/>
        </w:rPr>
        <w:t>, whose web archive is widely used by AI developers.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At the same time, </w:t>
      </w:r>
      <w:r>
        <w:rPr>
          <w:b w:val="0"/>
          <w:i w:val="0"/>
          <w:smallCaps w:val="0"/>
          <w:strike w:val="0"/>
          <w:highlight w:val="cyan"/>
          <w:u w:val="single"/>
        </w:rPr>
        <w:t>social-media</w:t>
      </w:r>
      <w:r>
        <w:rPr>
          <w:b w:val="0"/>
          <w:i w:val="0"/>
          <w:smallCaps w:val="0"/>
          <w:strike w:val="0"/>
          <w:u w:val="single"/>
        </w:rPr>
        <w:t xml:space="preserve"> platforms, news </w:t>
      </w:r>
      <w:r>
        <w:rPr>
          <w:b w:val="0"/>
          <w:i w:val="0"/>
          <w:smallCaps w:val="0"/>
          <w:strike w:val="0"/>
          <w:highlight w:val="cyan"/>
          <w:u w:val="single"/>
        </w:rPr>
        <w:t>publishers and others have been curbing access to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data for</w:t>
      </w:r>
      <w:r>
        <w:rPr>
          <w:b w:val="0"/>
          <w:i w:val="0"/>
          <w:smallCaps w:val="0"/>
          <w:strike w:val="0"/>
          <w:u w:val="single"/>
        </w:rPr>
        <w:t xml:space="preserve"> AI training over </w:t>
      </w:r>
      <w:r>
        <w:rPr>
          <w:b w:val="0"/>
          <w:i w:val="0"/>
          <w:smallCaps w:val="0"/>
          <w:strike w:val="0"/>
          <w:highlight w:val="cyan"/>
          <w:u w:val="single"/>
        </w:rPr>
        <w:t>concerns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u w:val="single"/>
        </w:rPr>
        <w:t xml:space="preserve"> issues including </w:t>
      </w:r>
      <w:r>
        <w:rPr>
          <w:b w:val="0"/>
          <w:i w:val="0"/>
          <w:smallCaps w:val="0"/>
          <w:strike w:val="0"/>
          <w:highlight w:val="cyan"/>
          <w:u w:val="single"/>
        </w:rPr>
        <w:t>fair compensation</w:t>
      </w:r>
      <w:r>
        <w:rPr>
          <w:b w:val="0"/>
          <w:i w:val="0"/>
          <w:smallCaps w:val="0"/>
          <w:strike w:val="0"/>
          <w:u w:val="single"/>
        </w:rPr>
        <w:t xml:space="preserve">. And </w:t>
      </w:r>
      <w:r>
        <w:rPr>
          <w:b w:val="0"/>
          <w:i w:val="0"/>
          <w:smallCaps w:val="0"/>
          <w:strike w:val="0"/>
          <w:highlight w:val="cyan"/>
          <w:u w:val="single"/>
        </w:rPr>
        <w:t>there is little public will to hand over private conversational data</w:t>
      </w:r>
      <w:r>
        <w:rPr>
          <w:b w:val="0"/>
          <w:i w:val="0"/>
          <w:smallCaps w:val="0"/>
          <w:strike w:val="0"/>
          <w:u w:val="single"/>
        </w:rPr>
        <w:t>—such as chats over iMessage—</w:t>
      </w:r>
      <w:r>
        <w:rPr>
          <w:b w:val="0"/>
          <w:i w:val="0"/>
          <w:smallCaps w:val="0"/>
          <w:strike w:val="0"/>
          <w:highlight w:val="cyan"/>
          <w:u w:val="single"/>
        </w:rPr>
        <w:t>to help train</w:t>
      </w:r>
      <w:r>
        <w:rPr>
          <w:b w:val="0"/>
          <w:i w:val="0"/>
          <w:smallCaps w:val="0"/>
          <w:strike w:val="0"/>
          <w:u w:val="single"/>
        </w:rPr>
        <w:t xml:space="preserve"> these </w:t>
      </w:r>
      <w:r>
        <w:rPr>
          <w:b w:val="0"/>
          <w:i w:val="0"/>
          <w:smallCaps w:val="0"/>
          <w:strike w:val="0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Mark </w:t>
      </w:r>
      <w:r>
        <w:rPr>
          <w:b w:val="0"/>
          <w:i w:val="0"/>
          <w:smallCaps w:val="0"/>
          <w:strike w:val="0"/>
          <w:highlight w:val="cyan"/>
          <w:u w:val="single"/>
        </w:rPr>
        <w:t>Zuckerberg</w:t>
      </w:r>
      <w:r>
        <w:rPr>
          <w:b w:val="0"/>
          <w:i w:val="0"/>
          <w:smallCaps w:val="0"/>
          <w:strike w:val="0"/>
          <w:u w:val="single"/>
        </w:rPr>
        <w:t xml:space="preserve"> recently touted Meta’s access to data on its platforms as a significant advantage in its AI efforts. He </w:t>
      </w:r>
      <w:r>
        <w:rPr>
          <w:b w:val="0"/>
          <w:i w:val="0"/>
          <w:smallCaps w:val="0"/>
          <w:strike w:val="0"/>
          <w:highlight w:val="cyan"/>
          <w:u w:val="single"/>
        </w:rPr>
        <w:t>said Meta can mine</w:t>
      </w:r>
      <w:r>
        <w:rPr>
          <w:b w:val="0"/>
          <w:i w:val="0"/>
          <w:smallCaps w:val="0"/>
          <w:strike w:val="0"/>
          <w:u w:val="single"/>
        </w:rPr>
        <w:t xml:space="preserve"> hundreds of billions of </w:t>
      </w:r>
      <w:r>
        <w:rPr>
          <w:b w:val="0"/>
          <w:i w:val="0"/>
          <w:smallCaps w:val="0"/>
          <w:strike w:val="0"/>
          <w:highlight w:val="cyan"/>
          <w:u w:val="single"/>
        </w:rPr>
        <w:t>publicly shared images and videos across its networks</w:t>
      </w:r>
      <w:r>
        <w:rPr>
          <w:b w:val="0"/>
          <w:i w:val="0"/>
          <w:smallCaps w:val="0"/>
          <w:strike w:val="0"/>
          <w:u w:val="single"/>
        </w:rPr>
        <w:t xml:space="preserve">, including Facebook and Instagram, that are collectively larger than most commonly used data sets. </w:t>
      </w:r>
      <w:r>
        <w:rPr>
          <w:b w:val="0"/>
          <w:i w:val="0"/>
          <w:smallCaps w:val="0"/>
          <w:strike w:val="0"/>
          <w:highlight w:val="cyan"/>
          <w:u w:val="single"/>
        </w:rPr>
        <w:t>It isn’t clear what percentage</w:t>
      </w:r>
      <w:r>
        <w:rPr>
          <w:b w:val="0"/>
          <w:i w:val="0"/>
          <w:smallCaps w:val="0"/>
          <w:strike w:val="0"/>
          <w:u w:val="single"/>
        </w:rPr>
        <w:t xml:space="preserve"> of that data </w:t>
      </w:r>
      <w:r>
        <w:rPr>
          <w:b w:val="0"/>
          <w:i w:val="0"/>
          <w:smallCaps w:val="0"/>
          <w:strike w:val="0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u w:val="single"/>
        </w:rPr>
        <w:t xml:space="preserve"> considered </w:t>
      </w:r>
      <w:r>
        <w:rPr>
          <w:b/>
          <w:i w:val="0"/>
          <w:smallCaps w:val="0"/>
          <w:strike w:val="0"/>
          <w:highlight w:val="cyan"/>
          <w:u w:val="single"/>
        </w:rPr>
        <w:t>high quality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