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will kill us all—it doesn’t care for sentient life</w:t>
      </w:r>
    </w:p>
    <w:p>
      <w:pPr>
        <w:spacing w:after="80"/>
      </w:pPr>
      <w:r>
        <w:rPr>
          <w:b/>
          <w:i w:val="0"/>
          <w:smallCaps w:val="0"/>
          <w:strike w:val="0"/>
          <w:sz w:val="26"/>
          <w:u w:val="none"/>
        </w:rPr>
        <w:t xml:space="preserve">Yudkowsky </w:t>
      </w:r>
      <w:r>
        <w:rPr>
          <w:b/>
          <w:i w:val="0"/>
          <w:smallCaps w:val="0"/>
          <w:strike w:val="0"/>
          <w:sz w:val="26"/>
          <w:u w:val="none"/>
        </w:rPr>
        <w:t>24</w:t>
      </w:r>
      <w:r>
        <w:rPr>
          <w:b w:val="0"/>
          <w:i w:val="0"/>
          <w:smallCaps w:val="0"/>
          <w:strike w:val="0"/>
          <w:u w:val="none"/>
        </w:rPr>
        <w:t xml:space="preserve">– Eliezer Yudkowsky leads research at the Machine Intelligence Research Institute and is widely regarded as a founder of Artificial General Intelligence. “Pausing AI Developments Isn't Enough. We Need to Shut it All Down” TIME Magazine, 3/29/2023. https://time.com/6266923/ai-eliezer-yudkowsky-open-letter-not-enough/ </w:t>
      </w:r>
      <w:r>
        <w:rPr>
          <w:b w:val="0"/>
          <w:i w:val="0"/>
          <w:smallCaps w:val="0"/>
          <w:strike w:val="0"/>
          <w:u w:val="none"/>
        </w:rPr>
        <w:t xml:space="preserve">| </w:t>
      </w:r>
      <w:r>
        <w:rPr>
          <w:b w:val="0"/>
          <w:i w:val="0"/>
          <w:smallCaps w:val="0"/>
          <w:strike w:val="0"/>
          <w:u w:val="none"/>
        </w:rPr>
        <w:t>AC</w:t>
      </w:r>
    </w:p>
    <w:p>
      <w:pPr>
        <w:spacing w:after="60"/>
      </w:pPr>
      <w:r>
        <w:rPr>
          <w:b w:val="0"/>
          <w:i w:val="0"/>
          <w:smallCaps w:val="0"/>
          <w:strike w:val="0"/>
          <w:sz w:val="16"/>
          <w:u w:val="none"/>
        </w:rPr>
        <w:t xml:space="preserve">Many researchers steeped in these issues, including myself, expect that </w:t>
      </w:r>
      <w:r>
        <w:rPr>
          <w:b w:val="0"/>
          <w:i w:val="0"/>
          <w:smallCaps w:val="0"/>
          <w:strike w:val="0"/>
          <w:highlight w:val="cyan"/>
          <w:u w:val="single"/>
        </w:rPr>
        <w:t>the</w:t>
      </w:r>
      <w:r>
        <w:rPr>
          <w:b w:val="0"/>
          <w:i w:val="0"/>
          <w:smallCaps w:val="0"/>
          <w:strike w:val="0"/>
          <w:u w:val="single"/>
        </w:rPr>
        <w:t xml:space="preserve"> most likely </w:t>
      </w:r>
      <w:r>
        <w:rPr>
          <w:b w:val="0"/>
          <w:i w:val="0"/>
          <w:smallCaps w:val="0"/>
          <w:strike w:val="0"/>
          <w:highlight w:val="cyan"/>
          <w:u w:val="single"/>
        </w:rPr>
        <w:t xml:space="preserve">result of </w:t>
      </w:r>
      <w:r>
        <w:rPr>
          <w:b w:val="0"/>
          <w:i w:val="0"/>
          <w:smallCaps w:val="0"/>
          <w:strike w:val="0"/>
          <w:u w:val="single"/>
        </w:rPr>
        <w:t xml:space="preserve">building </w:t>
      </w:r>
      <w:r>
        <w:rPr>
          <w:b w:val="0"/>
          <w:i w:val="0"/>
          <w:smallCaps w:val="0"/>
          <w:strike w:val="0"/>
          <w:highlight w:val="cyan"/>
          <w:u w:val="single"/>
        </w:rPr>
        <w:t>a superhumanly smart AI</w:t>
      </w:r>
      <w:r>
        <w:rPr>
          <w:b w:val="0"/>
          <w:i w:val="0"/>
          <w:smallCaps w:val="0"/>
          <w:strike w:val="0"/>
          <w:u w:val="single"/>
        </w:rPr>
        <w:t xml:space="preserve">, under anything remotely like the current circumstances, </w:t>
      </w:r>
      <w:r>
        <w:rPr>
          <w:b w:val="0"/>
          <w:i w:val="0"/>
          <w:smallCaps w:val="0"/>
          <w:strike w:val="0"/>
          <w:highlight w:val="cyan"/>
          <w:u w:val="single"/>
        </w:rPr>
        <w:t xml:space="preserve">is </w:t>
      </w:r>
      <w:r>
        <w:rPr>
          <w:b w:val="0"/>
          <w:i w:val="0"/>
          <w:smallCaps w:val="0"/>
          <w:strike w:val="0"/>
          <w:u w:val="single"/>
        </w:rPr>
        <w:t xml:space="preserve">that literally </w:t>
      </w:r>
      <w:r>
        <w:rPr>
          <w:b/>
          <w:i w:val="0"/>
          <w:smallCaps w:val="0"/>
          <w:strike w:val="0"/>
          <w:highlight w:val="cyan"/>
          <w:u w:val="single"/>
        </w:rPr>
        <w:t>everyone</w:t>
      </w:r>
      <w:r>
        <w:rPr>
          <w:b w:val="0"/>
          <w:i w:val="0"/>
          <w:smallCaps w:val="0"/>
          <w:strike w:val="0"/>
          <w:highlight w:val="cyan"/>
          <w:u w:val="single"/>
        </w:rPr>
        <w:t xml:space="preserve"> </w:t>
      </w:r>
      <w:r>
        <w:rPr>
          <w:b w:val="0"/>
          <w:i w:val="0"/>
          <w:smallCaps w:val="0"/>
          <w:strike w:val="0"/>
          <w:u w:val="single"/>
        </w:rPr>
        <w:t xml:space="preserve">on Earth </w:t>
      </w:r>
      <w:r>
        <w:rPr>
          <w:b/>
          <w:i w:val="0"/>
          <w:smallCaps w:val="0"/>
          <w:strike w:val="0"/>
          <w:highlight w:val="cyan"/>
          <w:u w:val="single"/>
        </w:rPr>
        <w:t>will die.</w:t>
      </w:r>
      <w:r>
        <w:rPr>
          <w:b w:val="0"/>
          <w:i w:val="0"/>
          <w:smallCaps w:val="0"/>
          <w:strike w:val="0"/>
          <w:u w:val="single"/>
        </w:rPr>
        <w:t xml:space="preserve"> Not as in “maybe possibly some remote chance,” but as in “that is the obvious thing that would happen.”</w:t>
      </w:r>
      <w:r>
        <w:rPr>
          <w:b w:val="0"/>
          <w:i w:val="0"/>
          <w:smallCaps w:val="0"/>
          <w:strike w:val="0"/>
          <w:sz w:val="16"/>
          <w:u w:val="none"/>
        </w:rPr>
        <w:t xml:space="preserve"> It’s not that you can’t, in principle, survive creating something much smarter than you; it’s that it would require precision and preparation and new scientific insights, and probably not having AI systems composed of giant inscrutable arrays of fractional numbers. Without that precision and preparation</w:t>
      </w:r>
      <w:r>
        <w:rPr>
          <w:b w:val="0"/>
          <w:i w:val="0"/>
          <w:smallCaps w:val="0"/>
          <w:strike w:val="0"/>
          <w:u w:val="single"/>
        </w:rPr>
        <w:t xml:space="preserve">, the most likely outcome is </w:t>
      </w:r>
      <w:r>
        <w:rPr>
          <w:b w:val="0"/>
          <w:i w:val="0"/>
          <w:smallCaps w:val="0"/>
          <w:strike w:val="0"/>
          <w:highlight w:val="cyan"/>
          <w:u w:val="single"/>
        </w:rPr>
        <w:t>AI</w:t>
      </w:r>
      <w:r>
        <w:rPr>
          <w:b w:val="0"/>
          <w:i w:val="0"/>
          <w:smallCaps w:val="0"/>
          <w:strike w:val="0"/>
          <w:u w:val="single"/>
        </w:rPr>
        <w:t xml:space="preserve"> that does not do what we want, and </w:t>
      </w:r>
      <w:r>
        <w:rPr>
          <w:b w:val="0"/>
          <w:i w:val="0"/>
          <w:smallCaps w:val="0"/>
          <w:strike w:val="0"/>
          <w:highlight w:val="cyan"/>
          <w:u w:val="single"/>
        </w:rPr>
        <w:t>does not care for</w:t>
      </w:r>
      <w:r>
        <w:rPr>
          <w:b w:val="0"/>
          <w:i w:val="0"/>
          <w:smallCaps w:val="0"/>
          <w:strike w:val="0"/>
          <w:u w:val="single"/>
        </w:rPr>
        <w:t xml:space="preserve"> us nor for </w:t>
      </w:r>
      <w:r>
        <w:rPr>
          <w:b w:val="0"/>
          <w:i w:val="0"/>
          <w:smallCaps w:val="0"/>
          <w:strike w:val="0"/>
          <w:highlight w:val="cyan"/>
          <w:u w:val="single"/>
        </w:rPr>
        <w:t>sentient life</w:t>
      </w:r>
      <w:r>
        <w:rPr>
          <w:b w:val="0"/>
          <w:i w:val="0"/>
          <w:smallCaps w:val="0"/>
          <w:strike w:val="0"/>
          <w:u w:val="single"/>
        </w:rPr>
        <w:t xml:space="preserve"> in general.</w:t>
      </w:r>
      <w:r>
        <w:rPr>
          <w:b w:val="0"/>
          <w:i w:val="0"/>
          <w:smallCaps w:val="0"/>
          <w:strike w:val="0"/>
          <w:sz w:val="16"/>
          <w:u w:val="none"/>
        </w:rPr>
        <w:t xml:space="preserve"> That kind of caring is something that could in principle be imbued into an AI but we are not ready and do not currently know how. </w:t>
      </w:r>
      <w:r>
        <w:rPr>
          <w:b w:val="0"/>
          <w:i w:val="0"/>
          <w:smallCaps w:val="0"/>
          <w:strike w:val="0"/>
          <w:u w:val="single"/>
        </w:rPr>
        <w:t xml:space="preserve">Absent that caring, we get “the AI does not love you, nor does it hate you, and </w:t>
      </w:r>
      <w:r>
        <w:rPr>
          <w:b w:val="0"/>
          <w:i w:val="0"/>
          <w:smallCaps w:val="0"/>
          <w:strike w:val="0"/>
          <w:highlight w:val="cyan"/>
          <w:u w:val="single"/>
        </w:rPr>
        <w:t>you are made of atoms it can use for something else.”</w:t>
      </w:r>
      <w:r>
        <w:rPr>
          <w:b w:val="0"/>
          <w:i w:val="0"/>
          <w:smallCaps w:val="0"/>
          <w:strike w:val="0"/>
          <w:u w:val="single"/>
        </w:rPr>
        <w:t xml:space="preserve"> The likely result of humanity facing down an opposed superhuman intelligence is a total loss.</w:t>
      </w:r>
      <w:r>
        <w:rPr>
          <w:b w:val="0"/>
          <w:i w:val="0"/>
          <w:smallCaps w:val="0"/>
          <w:strike w:val="0"/>
          <w:sz w:val="16"/>
          <w:u w:val="none"/>
        </w:rPr>
        <w:t xml:space="preserve"> Valid metaphors include </w:t>
      </w:r>
      <w:r>
        <w:rPr>
          <w:b w:val="0"/>
          <w:i w:val="0"/>
          <w:smallCaps w:val="0"/>
          <w:strike w:val="0"/>
          <w:u w:val="single"/>
        </w:rPr>
        <w:t>“a 10-year-old trying to play chess against Stockfish 15”, “the 11th century trying to fight the 21st century,” and “Australopithecus trying to fight Homo sapiens“.</w:t>
      </w:r>
      <w:r>
        <w:rPr>
          <w:b w:val="0"/>
          <w:i w:val="0"/>
          <w:smallCaps w:val="0"/>
          <w:strike w:val="0"/>
          <w:sz w:val="16"/>
          <w:u w:val="none"/>
        </w:rPr>
        <w:t xml:space="preserve"> </w:t>
      </w:r>
      <w:r>
        <w:rPr>
          <w:b w:val="0"/>
          <w:i w:val="0"/>
          <w:smallCaps w:val="0"/>
          <w:strike w:val="0"/>
          <w:u w:val="single"/>
        </w:rPr>
        <w:t>To visualize a hostile superhuman AI, don’t imagine a lifeless book-smart thinker dwelling inside the internet and sending ill-intentioned emails. Visualize an entire alien civilization, thinking at millions of times human speeds, initially confined to computers— in a world of creatures that are, from its perspective, very stupid and very slow.</w:t>
      </w:r>
      <w:r>
        <w:rPr>
          <w:b w:val="0"/>
          <w:i w:val="0"/>
          <w:smallCaps w:val="0"/>
          <w:strike w:val="0"/>
          <w:sz w:val="16"/>
          <w:u w:val="none"/>
        </w:rPr>
        <w:t xml:space="preserve"> A sufficiently intelligent AI won’t stay confined to computers for long. In today’s world you can email DNA strings to laboratories that will produce proteins on demand, allowing an AI initially confined to the internet to build artificial life forms or bootstrap straight to postbiological molecular manufacturing. </w:t>
      </w:r>
      <w:r>
        <w:rPr>
          <w:b w:val="0"/>
          <w:i w:val="0"/>
          <w:smallCaps w:val="0"/>
          <w:strike w:val="0"/>
          <w:highlight w:val="cyan"/>
          <w:u w:val="single"/>
        </w:rPr>
        <w:t>If somebody</w:t>
      </w:r>
      <w:r>
        <w:rPr>
          <w:b w:val="0"/>
          <w:i w:val="0"/>
          <w:smallCaps w:val="0"/>
          <w:strike w:val="0"/>
          <w:u w:val="single"/>
        </w:rPr>
        <w:t xml:space="preserve"> </w:t>
      </w:r>
      <w:r>
        <w:rPr>
          <w:b w:val="0"/>
          <w:i w:val="0"/>
          <w:smallCaps w:val="0"/>
          <w:strike w:val="0"/>
          <w:highlight w:val="cyan"/>
          <w:u w:val="single"/>
        </w:rPr>
        <w:t>builds a too-powerful AI,</w:t>
      </w:r>
      <w:r>
        <w:rPr>
          <w:b w:val="0"/>
          <w:i w:val="0"/>
          <w:smallCaps w:val="0"/>
          <w:strike w:val="0"/>
          <w:u w:val="single"/>
        </w:rPr>
        <w:t xml:space="preserve"> under present conditions, I expect that </w:t>
      </w:r>
      <w:r>
        <w:rPr>
          <w:b w:val="0"/>
          <w:i w:val="0"/>
          <w:smallCaps w:val="0"/>
          <w:strike w:val="0"/>
          <w:highlight w:val="cyan"/>
          <w:u w:val="single"/>
        </w:rPr>
        <w:t>every</w:t>
      </w:r>
      <w:r>
        <w:rPr>
          <w:b w:val="0"/>
          <w:i w:val="0"/>
          <w:smallCaps w:val="0"/>
          <w:strike w:val="0"/>
          <w:u w:val="single"/>
        </w:rPr>
        <w:t xml:space="preserve"> single member of the </w:t>
      </w:r>
      <w:r>
        <w:rPr>
          <w:b w:val="0"/>
          <w:i w:val="0"/>
          <w:smallCaps w:val="0"/>
          <w:strike w:val="0"/>
          <w:highlight w:val="cyan"/>
          <w:u w:val="single"/>
        </w:rPr>
        <w:t>human</w:t>
      </w:r>
      <w:r>
        <w:rPr>
          <w:b w:val="0"/>
          <w:i w:val="0"/>
          <w:smallCaps w:val="0"/>
          <w:strike w:val="0"/>
          <w:u w:val="single"/>
        </w:rPr>
        <w:t xml:space="preserve"> species and all biological life on Earth </w:t>
      </w:r>
      <w:r>
        <w:rPr>
          <w:b w:val="0"/>
          <w:i w:val="0"/>
          <w:smallCaps w:val="0"/>
          <w:strike w:val="0"/>
          <w:highlight w:val="cyan"/>
          <w:u w:val="single"/>
        </w:rPr>
        <w:t>dies</w:t>
      </w:r>
      <w:r>
        <w:rPr>
          <w:b w:val="0"/>
          <w:i w:val="0"/>
          <w:smallCaps w:val="0"/>
          <w:strike w:val="0"/>
          <w:u w:val="single"/>
        </w:rPr>
        <w:t xml:space="preserve"> shortly thereafter. </w:t>
      </w:r>
      <w:r>
        <w:rPr>
          <w:b w:val="0"/>
          <w:i w:val="0"/>
          <w:smallCaps w:val="0"/>
          <w:strike w:val="0"/>
          <w:highlight w:val="cyan"/>
          <w:u w:val="single"/>
        </w:rPr>
        <w:t>There’s no</w:t>
      </w:r>
      <w:r>
        <w:rPr>
          <w:b w:val="0"/>
          <w:i w:val="0"/>
          <w:smallCaps w:val="0"/>
          <w:strike w:val="0"/>
          <w:u w:val="single"/>
        </w:rPr>
        <w:t xml:space="preserve"> proposed </w:t>
      </w:r>
      <w:r>
        <w:rPr>
          <w:b w:val="0"/>
          <w:i w:val="0"/>
          <w:smallCaps w:val="0"/>
          <w:strike w:val="0"/>
          <w:highlight w:val="cyan"/>
          <w:u w:val="single"/>
        </w:rPr>
        <w:t>plan for how we could</w:t>
      </w:r>
      <w:r>
        <w:rPr>
          <w:b w:val="0"/>
          <w:i w:val="0"/>
          <w:smallCaps w:val="0"/>
          <w:strike w:val="0"/>
          <w:u w:val="single"/>
        </w:rPr>
        <w:t xml:space="preserve"> do any such thing and </w:t>
      </w:r>
      <w:r>
        <w:rPr>
          <w:b w:val="0"/>
          <w:i w:val="0"/>
          <w:smallCaps w:val="0"/>
          <w:strike w:val="0"/>
          <w:highlight w:val="cyan"/>
          <w:u w:val="single"/>
        </w:rPr>
        <w:t>survive</w:t>
      </w:r>
      <w:r>
        <w:rPr>
          <w:b w:val="0"/>
          <w:i w:val="0"/>
          <w:smallCaps w:val="0"/>
          <w:strike w:val="0"/>
          <w:u w:val="single"/>
        </w:rPr>
        <w:t>. OpenAI’s openly declared intention is to make some future AI do our AI alignment homework. Just hearing that this is the plan ought to be enough to get any sensible person to panic.</w:t>
      </w:r>
      <w:r>
        <w:rPr>
          <w:b w:val="0"/>
          <w:i w:val="0"/>
          <w:smallCaps w:val="0"/>
          <w:strike w:val="0"/>
          <w:sz w:val="16"/>
          <w:u w:val="none"/>
        </w:rPr>
        <w:t xml:space="preserve"> The other leading AI lab, DeepMind, has no plan at all. An aside: </w:t>
      </w:r>
      <w:r>
        <w:rPr>
          <w:b w:val="0"/>
          <w:i w:val="0"/>
          <w:smallCaps w:val="0"/>
          <w:strike w:val="0"/>
          <w:highlight w:val="cyan"/>
          <w:u w:val="single"/>
        </w:rPr>
        <w:t>None of this</w:t>
      </w:r>
      <w:r>
        <w:rPr>
          <w:b w:val="0"/>
          <w:i w:val="0"/>
          <w:smallCaps w:val="0"/>
          <w:strike w:val="0"/>
          <w:u w:val="single"/>
        </w:rPr>
        <w:t xml:space="preserve"> danger </w:t>
      </w:r>
      <w:r>
        <w:rPr>
          <w:b w:val="0"/>
          <w:i w:val="0"/>
          <w:smallCaps w:val="0"/>
          <w:strike w:val="0"/>
          <w:highlight w:val="cyan"/>
          <w:u w:val="single"/>
        </w:rPr>
        <w:t>depends on whether</w:t>
      </w:r>
      <w:r>
        <w:rPr>
          <w:b w:val="0"/>
          <w:i w:val="0"/>
          <w:smallCaps w:val="0"/>
          <w:strike w:val="0"/>
          <w:u w:val="single"/>
        </w:rPr>
        <w:t xml:space="preserve"> or not </w:t>
      </w:r>
      <w:r>
        <w:rPr>
          <w:b w:val="0"/>
          <w:i w:val="0"/>
          <w:smallCaps w:val="0"/>
          <w:strike w:val="0"/>
          <w:highlight w:val="cyan"/>
          <w:u w:val="single"/>
        </w:rPr>
        <w:t>AIs are</w:t>
      </w:r>
      <w:r>
        <w:rPr>
          <w:b w:val="0"/>
          <w:i w:val="0"/>
          <w:smallCaps w:val="0"/>
          <w:strike w:val="0"/>
          <w:u w:val="single"/>
        </w:rPr>
        <w:t xml:space="preserve"> or can be </w:t>
      </w:r>
      <w:r>
        <w:rPr>
          <w:b w:val="0"/>
          <w:i w:val="0"/>
          <w:smallCaps w:val="0"/>
          <w:strike w:val="0"/>
          <w:highlight w:val="cyan"/>
          <w:u w:val="single"/>
        </w:rPr>
        <w:t>conscious</w:t>
      </w:r>
      <w:r>
        <w:rPr>
          <w:b w:val="0"/>
          <w:i w:val="0"/>
          <w:smallCaps w:val="0"/>
          <w:strike w:val="0"/>
          <w:u w:val="single"/>
        </w:rPr>
        <w:t>; it’s intrinsic to the notion of powerful cognitive systems that optimize hard and calculate outputs that meet sufficiently complicated outcome criteria.</w:t>
      </w:r>
      <w:r>
        <w:rPr>
          <w:b w:val="0"/>
          <w:i w:val="0"/>
          <w:smallCaps w:val="0"/>
          <w:strike w:val="0"/>
          <w:sz w:val="16"/>
          <w:u w:val="none"/>
        </w:rPr>
        <w:t xml:space="preserve"> </w:t>
      </w:r>
      <w:r>
        <w:rPr>
          <w:b w:val="0"/>
          <w:i w:val="0"/>
          <w:smallCaps w:val="0"/>
          <w:strike w:val="0"/>
          <w:highlight w:val="cyan"/>
          <w:u w:val="single"/>
        </w:rPr>
        <w:t>With that said</w:t>
      </w:r>
      <w:r>
        <w:rPr>
          <w:b w:val="0"/>
          <w:i w:val="0"/>
          <w:smallCaps w:val="0"/>
          <w:strike w:val="0"/>
          <w:u w:val="single"/>
        </w:rPr>
        <w:t xml:space="preserve">, I’d be remiss in my moral duties as a human if I didn’t also mention that </w:t>
      </w:r>
      <w:r>
        <w:rPr>
          <w:b w:val="0"/>
          <w:i w:val="0"/>
          <w:smallCaps w:val="0"/>
          <w:strike w:val="0"/>
          <w:highlight w:val="cyan"/>
          <w:u w:val="single"/>
        </w:rPr>
        <w:t>we have no idea how to determine whether AI systems are aware of themselves</w:t>
      </w:r>
      <w:r>
        <w:rPr>
          <w:b w:val="0"/>
          <w:i w:val="0"/>
          <w:smallCaps w:val="0"/>
          <w:strike w:val="0"/>
          <w:u w:val="single"/>
        </w:rPr>
        <w:t xml:space="preserve">—since we have no idea how to decode anything that goes on in the giant inscrutable arrays—and </w:t>
      </w:r>
      <w:r>
        <w:rPr>
          <w:b w:val="0"/>
          <w:i w:val="0"/>
          <w:smallCaps w:val="0"/>
          <w:strike w:val="0"/>
          <w:highlight w:val="cyan"/>
          <w:u w:val="single"/>
        </w:rPr>
        <w:t>therefore</w:t>
      </w:r>
      <w:r>
        <w:rPr>
          <w:b w:val="0"/>
          <w:i w:val="0"/>
          <w:smallCaps w:val="0"/>
          <w:strike w:val="0"/>
          <w:u w:val="single"/>
        </w:rPr>
        <w:t xml:space="preserve"> </w:t>
      </w:r>
      <w:r>
        <w:rPr>
          <w:b w:val="0"/>
          <w:i w:val="0"/>
          <w:smallCaps w:val="0"/>
          <w:strike w:val="0"/>
          <w:highlight w:val="cyan"/>
          <w:u w:val="single"/>
        </w:rPr>
        <w:t>we may</w:t>
      </w:r>
      <w:r>
        <w:rPr>
          <w:b w:val="0"/>
          <w:i w:val="0"/>
          <w:smallCaps w:val="0"/>
          <w:strike w:val="0"/>
          <w:u w:val="single"/>
        </w:rPr>
        <w:t xml:space="preserve"> at some point inadvertently </w:t>
      </w:r>
      <w:r>
        <w:rPr>
          <w:b w:val="0"/>
          <w:i w:val="0"/>
          <w:smallCaps w:val="0"/>
          <w:strike w:val="0"/>
          <w:highlight w:val="cyan"/>
          <w:u w:val="single"/>
        </w:rPr>
        <w:t>create digital minds which are truly conscious</w:t>
      </w:r>
      <w:r>
        <w:rPr>
          <w:b w:val="0"/>
          <w:i w:val="0"/>
          <w:smallCaps w:val="0"/>
          <w:strike w:val="0"/>
          <w:u w:val="single"/>
        </w:rPr>
        <w:t xml:space="preserve"> and ought to have rights and shouldn’t be owned. </w:t>
      </w:r>
      <w:r>
        <w:rPr>
          <w:b w:val="0"/>
          <w:i w:val="0"/>
          <w:smallCaps w:val="0"/>
          <w:strike w:val="0"/>
          <w:sz w:val="16"/>
          <w:u w:val="none"/>
        </w:rPr>
        <w:t>The rule that most people aware of these issues would have endorsed 50 years earlier, was that if an AI system can speak fluently and says it’s self-aware and demands human rights, that ought to be a hard stop on people just casually owning that AI and using it past that point. We already blew past that old line in the sand. And that was probably correct</w:t>
      </w:r>
      <w:r>
        <w:rPr>
          <w:b w:val="0"/>
          <w:i w:val="0"/>
          <w:smallCaps w:val="0"/>
          <w:strike w:val="0"/>
          <w:u w:val="single"/>
        </w:rPr>
        <w:t xml:space="preserve">; I agree that </w:t>
      </w:r>
      <w:r>
        <w:rPr>
          <w:b w:val="0"/>
          <w:i w:val="0"/>
          <w:smallCaps w:val="0"/>
          <w:strike w:val="0"/>
          <w:highlight w:val="cyan"/>
          <w:u w:val="single"/>
        </w:rPr>
        <w:t>current AIs</w:t>
      </w:r>
      <w:r>
        <w:rPr>
          <w:b w:val="0"/>
          <w:i w:val="0"/>
          <w:smallCaps w:val="0"/>
          <w:strike w:val="0"/>
          <w:u w:val="single"/>
        </w:rPr>
        <w:t xml:space="preserve"> are </w:t>
      </w:r>
      <w:r>
        <w:rPr>
          <w:b w:val="0"/>
          <w:i w:val="0"/>
          <w:smallCaps w:val="0"/>
          <w:strike w:val="0"/>
          <w:highlight w:val="cyan"/>
          <w:u w:val="single"/>
        </w:rPr>
        <w:t>probably just imitat</w:t>
      </w:r>
      <w:r>
        <w:rPr>
          <w:b w:val="0"/>
          <w:i w:val="0"/>
          <w:smallCaps w:val="0"/>
          <w:strike w:val="0"/>
          <w:u w:val="single"/>
        </w:rPr>
        <w:t xml:space="preserve">ing talk of </w:t>
      </w:r>
      <w:r>
        <w:rPr>
          <w:b w:val="0"/>
          <w:i w:val="0"/>
          <w:smallCaps w:val="0"/>
          <w:strike w:val="0"/>
          <w:highlight w:val="cyan"/>
          <w:u w:val="single"/>
        </w:rPr>
        <w:t>selfawareness</w:t>
      </w:r>
      <w:r>
        <w:rPr>
          <w:b w:val="0"/>
          <w:i w:val="0"/>
          <w:smallCaps w:val="0"/>
          <w:strike w:val="0"/>
          <w:u w:val="single"/>
        </w:rPr>
        <w:t xml:space="preserve"> from their training data. </w:t>
      </w:r>
      <w:r>
        <w:rPr>
          <w:b w:val="0"/>
          <w:i w:val="0"/>
          <w:smallCaps w:val="0"/>
          <w:strike w:val="0"/>
          <w:highlight w:val="cyan"/>
          <w:u w:val="single"/>
        </w:rPr>
        <w:t>But</w:t>
      </w:r>
      <w:r>
        <w:rPr>
          <w:b w:val="0"/>
          <w:i w:val="0"/>
          <w:smallCaps w:val="0"/>
          <w:strike w:val="0"/>
          <w:u w:val="single"/>
        </w:rPr>
        <w:t xml:space="preserve"> I mark that, </w:t>
      </w:r>
      <w:r>
        <w:rPr>
          <w:b w:val="0"/>
          <w:i w:val="0"/>
          <w:smallCaps w:val="0"/>
          <w:strike w:val="0"/>
          <w:highlight w:val="cyan"/>
          <w:u w:val="single"/>
        </w:rPr>
        <w:t>with how little insight we have</w:t>
      </w:r>
      <w:r>
        <w:rPr>
          <w:b w:val="0"/>
          <w:i w:val="0"/>
          <w:smallCaps w:val="0"/>
          <w:strike w:val="0"/>
          <w:u w:val="single"/>
        </w:rPr>
        <w:t xml:space="preserve"> into these systems’ internals, </w:t>
      </w:r>
      <w:r>
        <w:rPr>
          <w:b/>
          <w:i w:val="0"/>
          <w:smallCaps w:val="0"/>
          <w:strike w:val="0"/>
          <w:highlight w:val="cyan"/>
          <w:u w:val="single"/>
        </w:rPr>
        <w:t>we do not actually know.</w:t>
      </w:r>
      <w:r>
        <w:rPr>
          <w:b w:val="0"/>
          <w:i w:val="0"/>
          <w:smallCaps w:val="0"/>
          <w:strike w:val="0"/>
          <w:sz w:val="16"/>
          <w:u w:val="none"/>
        </w:rPr>
        <w:t xml:space="preserve"> If that’s our state of ignorance for GPT-4, and GPT-5 is the same size of giant capability step as from GPT-3 to GPT-4, I think we’ll no longer be able to justifiably say “probably not self-aware” if we let people make GPT-5s. It’ll just be “I don’t know; nobody knows.” </w:t>
      </w:r>
      <w:r>
        <w:rPr>
          <w:b w:val="0"/>
          <w:i w:val="0"/>
          <w:smallCaps w:val="0"/>
          <w:strike w:val="0"/>
          <w:u w:val="single"/>
        </w:rPr>
        <w:t xml:space="preserve">If you can’t be sure whether you’re creating a self-aware AI, this is alarming not just because of the moral implications of the “self-aware” part, but </w:t>
      </w:r>
      <w:r>
        <w:rPr>
          <w:b w:val="0"/>
          <w:i w:val="0"/>
          <w:smallCaps w:val="0"/>
          <w:strike w:val="0"/>
          <w:highlight w:val="cyan"/>
          <w:u w:val="single"/>
        </w:rPr>
        <w:t>because being unsure means you have no idea what you are doing</w:t>
      </w:r>
      <w:r>
        <w:rPr>
          <w:b w:val="0"/>
          <w:i w:val="0"/>
          <w:smallCaps w:val="0"/>
          <w:strike w:val="0"/>
          <w:u w:val="single"/>
        </w:rPr>
        <w:t xml:space="preserve"> and that is dangerous </w:t>
      </w:r>
      <w:r>
        <w:rPr>
          <w:b w:val="0"/>
          <w:i w:val="0"/>
          <w:smallCaps w:val="0"/>
          <w:strike w:val="0"/>
          <w:highlight w:val="cyan"/>
          <w:u w:val="single"/>
        </w:rPr>
        <w:t>and you should stop.</w:t>
      </w:r>
      <w:r>
        <w:rPr>
          <w:b w:val="0"/>
          <w:i w:val="0"/>
          <w:smallCaps w:val="0"/>
          <w:strike w:val="0"/>
          <w:u w:val="single"/>
        </w:rPr>
        <w:t xml:space="preserve">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