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AI creates weapons that will </w:t>
      </w:r>
      <w:r>
        <w:rPr>
          <w:b/>
          <w:i w:val="0"/>
          <w:smallCaps w:val="0"/>
          <w:strike w:val="0"/>
          <w:sz w:val="26"/>
          <w:u w:val="single"/>
        </w:rPr>
        <w:t>wipe out</w:t>
      </w:r>
      <w:r>
        <w:rPr>
          <w:b/>
          <w:i w:val="0"/>
          <w:smallCaps w:val="0"/>
          <w:strike w:val="0"/>
          <w:sz w:val="26"/>
          <w:u w:val="none"/>
        </w:rPr>
        <w:t xml:space="preserve"> humanity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Yoshua </w:t>
      </w:r>
      <w:r>
        <w:rPr>
          <w:b/>
          <w:i w:val="0"/>
          <w:smallCaps w:val="0"/>
          <w:strike w:val="0"/>
          <w:sz w:val="26"/>
          <w:u w:val="none"/>
        </w:rPr>
        <w:t xml:space="preserve">Bengio ’23, </w:t>
      </w:r>
      <w:r>
        <w:rPr>
          <w:b w:val="0"/>
          <w:i w:val="0"/>
          <w:smallCaps w:val="0"/>
          <w:strike w:val="0"/>
          <w:u w:val="none"/>
        </w:rPr>
        <w:t>professor of computer science at University of Montreal, “</w:t>
      </w:r>
      <w:r>
        <w:rPr>
          <w:b w:val="0"/>
          <w:i w:val="0"/>
          <w:smallCaps w:val="0"/>
          <w:strike w:val="0"/>
          <w:u w:val="none"/>
        </w:rPr>
        <w:t>Autonomous weapons will threaten humanity</w:t>
      </w:r>
      <w:r>
        <w:rPr>
          <w:b w:val="0"/>
          <w:i w:val="0"/>
          <w:smallCaps w:val="0"/>
          <w:strike w:val="0"/>
          <w:u w:val="none"/>
        </w:rPr>
        <w:t xml:space="preserve">,” Maclean’s, 10/12/2023, </w:t>
      </w:r>
      <w:r>
        <w:rPr>
          <w:b w:val="0"/>
          <w:i w:val="0"/>
          <w:smallCaps w:val="0"/>
          <w:strike w:val="0"/>
          <w:u w:val="none"/>
        </w:rPr>
        <w:t>https://macleans.ca/society/technology/ai-autonomous-weapons-threat/</w:t>
      </w:r>
      <w:r>
        <w:rPr>
          <w:b w:val="0"/>
          <w:i w:val="0"/>
          <w:smallCaps w:val="0"/>
          <w:strike w:val="0"/>
          <w:u w:val="none"/>
        </w:rPr>
        <w:t xml:space="preserve">, Accessed 07/18/2024 by NT-SH 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I’</w:t>
      </w:r>
      <w:r>
        <w:rPr>
          <w:b w:val="0"/>
          <w:i w:val="0"/>
          <w:smallCaps w:val="0"/>
          <w:strike w:val="0"/>
          <w:u w:val="none"/>
        </w:rPr>
        <w:t xml:space="preserve">ve been researching artificial intelligence and machine learning for more than 30 years. Some people call me one of the “godfathers of </w:t>
      </w:r>
      <w:r>
        <w:rPr>
          <w:b w:val="0"/>
          <w:i w:val="0"/>
          <w:smallCaps w:val="0"/>
          <w:strike w:val="0"/>
          <w:highlight w:val="cyan"/>
          <w:u w:val="single"/>
        </w:rPr>
        <w:t>AI.</w:t>
      </w:r>
      <w:r>
        <w:rPr>
          <w:b w:val="0"/>
          <w:i w:val="0"/>
          <w:smallCaps w:val="0"/>
          <w:strike w:val="0"/>
          <w:u w:val="none"/>
        </w:rPr>
        <w:t>” And yet I have grown very concerned that this technology—</w:t>
      </w:r>
      <w:r>
        <w:rPr>
          <w:b w:val="0"/>
          <w:i w:val="0"/>
          <w:smallCaps w:val="0"/>
          <w:strike w:val="0"/>
          <w:u w:val="single"/>
        </w:rPr>
        <w:t>like the atomic bomb—</w:t>
      </w:r>
      <w:r>
        <w:rPr>
          <w:b w:val="0"/>
          <w:i w:val="0"/>
          <w:smallCaps w:val="0"/>
          <w:strike w:val="0"/>
          <w:highlight w:val="cyan"/>
          <w:u w:val="single"/>
        </w:rPr>
        <w:t>will grant humanity powers that</w:t>
      </w:r>
      <w:r>
        <w:rPr>
          <w:b w:val="0"/>
          <w:i w:val="0"/>
          <w:smallCaps w:val="0"/>
          <w:strike w:val="0"/>
          <w:u w:val="single"/>
        </w:rPr>
        <w:t xml:space="preserve"> could </w:t>
      </w:r>
      <w:r>
        <w:rPr>
          <w:b w:val="0"/>
          <w:i w:val="0"/>
          <w:smallCaps w:val="0"/>
          <w:strike w:val="0"/>
          <w:highlight w:val="cyan"/>
          <w:u w:val="single"/>
        </w:rPr>
        <w:t>destabilize the world.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If we do not create policy and guardrails around the use of AI, </w:t>
      </w:r>
      <w:r>
        <w:rPr>
          <w:b w:val="0"/>
          <w:i w:val="0"/>
          <w:smallCaps w:val="0"/>
          <w:strike w:val="0"/>
          <w:u w:val="single"/>
        </w:rPr>
        <w:t xml:space="preserve">we could be looking at new </w:t>
      </w:r>
      <w:r>
        <w:rPr>
          <w:b w:val="0"/>
          <w:i w:val="0"/>
          <w:smallCaps w:val="0"/>
          <w:strike w:val="0"/>
          <w:highlight w:val="cyan"/>
          <w:u w:val="single"/>
        </w:rPr>
        <w:t>and major threats to democracy and humanity.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Right now, </w:t>
      </w:r>
      <w:r>
        <w:rPr>
          <w:b w:val="0"/>
          <w:i w:val="0"/>
          <w:smallCaps w:val="0"/>
          <w:strike w:val="0"/>
          <w:highlight w:val="cyan"/>
          <w:u w:val="none"/>
        </w:rPr>
        <w:t>AI</w:t>
      </w:r>
      <w:r>
        <w:rPr>
          <w:b w:val="0"/>
          <w:i w:val="0"/>
          <w:smallCaps w:val="0"/>
          <w:strike w:val="0"/>
          <w:u w:val="none"/>
        </w:rPr>
        <w:t xml:space="preserve">-powered systems are advanced enough to both </w:t>
      </w:r>
      <w:r>
        <w:rPr>
          <w:b w:val="0"/>
          <w:i w:val="0"/>
          <w:smallCaps w:val="0"/>
          <w:strike w:val="0"/>
          <w:highlight w:val="cyan"/>
          <w:u w:val="none"/>
        </w:rPr>
        <w:t>pilot drone</w:t>
      </w:r>
      <w:r>
        <w:rPr>
          <w:b w:val="0"/>
          <w:i w:val="0"/>
          <w:smallCaps w:val="0"/>
          <w:strike w:val="0"/>
          <w:u w:val="non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 and use high-powered facial recognition technology to target specific people. </w:t>
      </w:r>
      <w:r>
        <w:rPr>
          <w:b w:val="0"/>
          <w:i w:val="0"/>
          <w:smallCaps w:val="0"/>
          <w:strike w:val="0"/>
          <w:u w:val="single"/>
        </w:rPr>
        <w:t xml:space="preserve">There have already been reports of such drone </w:t>
      </w:r>
      <w:r>
        <w:rPr>
          <w:b w:val="0"/>
          <w:i w:val="0"/>
          <w:smallCaps w:val="0"/>
          <w:strike w:val="0"/>
          <w:highlight w:val="cyan"/>
          <w:u w:val="single"/>
        </w:rPr>
        <w:t>attacks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 civilian areas</w:t>
      </w:r>
      <w:r>
        <w:rPr>
          <w:b w:val="0"/>
          <w:i w:val="0"/>
          <w:smallCaps w:val="0"/>
          <w:strike w:val="0"/>
          <w:u w:val="single"/>
        </w:rPr>
        <w:t xml:space="preserve"> in Syria and Ukraine</w:t>
      </w:r>
      <w:r>
        <w:rPr>
          <w:b w:val="0"/>
          <w:i w:val="0"/>
          <w:smallCaps w:val="0"/>
          <w:strike w:val="0"/>
          <w:u w:val="none"/>
        </w:rPr>
        <w:t xml:space="preserve">. This is just the beginning. </w:t>
      </w:r>
      <w:r>
        <w:rPr>
          <w:b w:val="0"/>
          <w:i w:val="0"/>
          <w:smallCaps w:val="0"/>
          <w:strike w:val="0"/>
          <w:u w:val="single"/>
        </w:rPr>
        <w:t xml:space="preserve">It is becoming shockingly easy, for example, to use </w:t>
      </w:r>
      <w:r>
        <w:rPr>
          <w:b w:val="0"/>
          <w:i w:val="0"/>
          <w:smallCaps w:val="0"/>
          <w:strike w:val="0"/>
          <w:highlight w:val="cyan"/>
          <w:u w:val="single"/>
        </w:rPr>
        <w:t>AI-</w:t>
      </w:r>
      <w:r>
        <w:rPr>
          <w:b w:val="0"/>
          <w:i w:val="0"/>
          <w:smallCaps w:val="0"/>
          <w:strike w:val="0"/>
          <w:u w:val="single"/>
        </w:rPr>
        <w:t xml:space="preserve">generated </w:t>
      </w:r>
      <w:r>
        <w:rPr>
          <w:b w:val="0"/>
          <w:i w:val="0"/>
          <w:smallCaps w:val="0"/>
          <w:strike w:val="0"/>
          <w:highlight w:val="cyan"/>
          <w:u w:val="single"/>
        </w:rPr>
        <w:t>code</w:t>
      </w:r>
      <w:r>
        <w:rPr>
          <w:b w:val="0"/>
          <w:i w:val="0"/>
          <w:smallCaps w:val="0"/>
          <w:strike w:val="0"/>
          <w:u w:val="single"/>
        </w:rPr>
        <w:t xml:space="preserve"> to </w:t>
      </w:r>
      <w:r>
        <w:rPr>
          <w:b w:val="0"/>
          <w:i w:val="0"/>
          <w:smallCaps w:val="0"/>
          <w:strike w:val="0"/>
          <w:highlight w:val="cyan"/>
          <w:u w:val="single"/>
        </w:rPr>
        <w:t>invent</w:t>
      </w:r>
      <w:r>
        <w:rPr>
          <w:b w:val="0"/>
          <w:i w:val="0"/>
          <w:smallCaps w:val="0"/>
          <w:strike w:val="0"/>
          <w:u w:val="single"/>
        </w:rPr>
        <w:t xml:space="preserve"> new toxic compound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>—</w:t>
      </w:r>
      <w:r>
        <w:rPr>
          <w:b w:val="0"/>
          <w:i w:val="0"/>
          <w:smallCaps w:val="0"/>
          <w:strike w:val="0"/>
          <w:highlight w:val="cyan"/>
          <w:u w:val="single"/>
        </w:rPr>
        <w:t>potential chemical weapons</w:t>
      </w:r>
      <w:r>
        <w:rPr>
          <w:b w:val="0"/>
          <w:i w:val="0"/>
          <w:smallCaps w:val="0"/>
          <w:strike w:val="0"/>
          <w:u w:val="none"/>
        </w:rPr>
        <w:t xml:space="preserve">. Even more concerning to me are </w:t>
      </w:r>
      <w:r>
        <w:rPr>
          <w:b w:val="0"/>
          <w:i w:val="0"/>
          <w:smallCaps w:val="0"/>
          <w:strike w:val="0"/>
          <w:highlight w:val="cyan"/>
          <w:u w:val="single"/>
        </w:rPr>
        <w:t>bio</w:t>
      </w:r>
      <w:r>
        <w:rPr>
          <w:b w:val="0"/>
          <w:i w:val="0"/>
          <w:smallCaps w:val="0"/>
          <w:strike w:val="0"/>
          <w:u w:val="single"/>
        </w:rPr>
        <w:t xml:space="preserve">logical </w:t>
      </w:r>
      <w:r>
        <w:rPr>
          <w:b w:val="0"/>
          <w:i w:val="0"/>
          <w:smallCaps w:val="0"/>
          <w:strike w:val="0"/>
          <w:highlight w:val="cyan"/>
          <w:u w:val="single"/>
        </w:rPr>
        <w:t>weapons</w:t>
      </w:r>
      <w:r>
        <w:rPr>
          <w:b w:val="0"/>
          <w:i w:val="0"/>
          <w:smallCaps w:val="0"/>
          <w:strike w:val="0"/>
          <w:u w:val="single"/>
        </w:rPr>
        <w:t xml:space="preserve">, which </w:t>
      </w:r>
      <w:r>
        <w:rPr>
          <w:b w:val="0"/>
          <w:i w:val="0"/>
          <w:smallCaps w:val="0"/>
          <w:strike w:val="0"/>
          <w:highlight w:val="cyan"/>
          <w:u w:val="single"/>
        </w:rPr>
        <w:t>can</w:t>
      </w:r>
      <w:r>
        <w:rPr>
          <w:b w:val="0"/>
          <w:i w:val="0"/>
          <w:smallCaps w:val="0"/>
          <w:strike w:val="0"/>
          <w:u w:val="single"/>
        </w:rPr>
        <w:t xml:space="preserve"> replicate themselves in the </w:t>
      </w:r>
      <w:r>
        <w:rPr>
          <w:b w:val="0"/>
          <w:i w:val="0"/>
          <w:smallCaps w:val="0"/>
          <w:strike w:val="0"/>
          <w:highlight w:val="cyan"/>
          <w:u w:val="single"/>
        </w:rPr>
        <w:t>form</w:t>
      </w:r>
      <w:r>
        <w:rPr>
          <w:b w:val="0"/>
          <w:i w:val="0"/>
          <w:smallCaps w:val="0"/>
          <w:strike w:val="0"/>
          <w:u w:val="single"/>
        </w:rPr>
        <w:t xml:space="preserve"> of </w:t>
      </w:r>
      <w:r>
        <w:rPr>
          <w:b w:val="0"/>
          <w:i w:val="0"/>
          <w:smallCaps w:val="0"/>
          <w:strike w:val="0"/>
          <w:highlight w:val="cyan"/>
          <w:u w:val="single"/>
        </w:rPr>
        <w:t>viruses</w:t>
      </w:r>
      <w:r>
        <w:rPr>
          <w:b w:val="0"/>
          <w:i w:val="0"/>
          <w:smallCaps w:val="0"/>
          <w:strike w:val="0"/>
          <w:u w:val="single"/>
        </w:rPr>
        <w:t xml:space="preserve"> or bacteria.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bad actors here may not necessarily be national armies; they could also be </w:t>
      </w:r>
      <w:r>
        <w:rPr>
          <w:b w:val="0"/>
          <w:i w:val="0"/>
          <w:smallCaps w:val="0"/>
          <w:strike w:val="0"/>
          <w:highlight w:val="cyan"/>
          <w:u w:val="single"/>
        </w:rPr>
        <w:t>terrorist organizations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>have access to open-source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l</w:t>
      </w:r>
      <w:r>
        <w:rPr>
          <w:b w:val="0"/>
          <w:i w:val="0"/>
          <w:smallCaps w:val="0"/>
          <w:strike w:val="0"/>
          <w:u w:val="single"/>
        </w:rPr>
        <w:t xml:space="preserve">arge </w:t>
      </w:r>
      <w:r>
        <w:rPr>
          <w:b w:val="0"/>
          <w:i w:val="0"/>
          <w:smallCaps w:val="0"/>
          <w:strike w:val="0"/>
          <w:highlight w:val="cyan"/>
          <w:u w:val="single"/>
        </w:rPr>
        <w:t>l</w:t>
      </w:r>
      <w:r>
        <w:rPr>
          <w:b w:val="0"/>
          <w:i w:val="0"/>
          <w:smallCaps w:val="0"/>
          <w:strike w:val="0"/>
          <w:u w:val="single"/>
        </w:rPr>
        <w:t xml:space="preserve">anguage </w:t>
      </w:r>
      <w:r>
        <w:rPr>
          <w:b w:val="0"/>
          <w:i w:val="0"/>
          <w:smallCaps w:val="0"/>
          <w:strike w:val="0"/>
          <w:highlight w:val="cyan"/>
          <w:u w:val="single"/>
        </w:rPr>
        <w:t>m</w:t>
      </w:r>
      <w:r>
        <w:rPr>
          <w:b w:val="0"/>
          <w:i w:val="0"/>
          <w:smallCaps w:val="0"/>
          <w:strike w:val="0"/>
          <w:u w:val="single"/>
        </w:rPr>
        <w:t>odel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 xml:space="preserve"> similar to ChatGPT, </w:t>
      </w:r>
      <w:r>
        <w:rPr>
          <w:b w:val="0"/>
          <w:i w:val="0"/>
          <w:smallCaps w:val="0"/>
          <w:strike w:val="0"/>
          <w:u w:val="none"/>
        </w:rPr>
        <w:t>which are trained on a very broad set of documents that includes scientific papers in these areas. Future models could be fine-tuned on chemistry or biological datasets—</w:t>
      </w:r>
      <w:r>
        <w:rPr>
          <w:b w:val="0"/>
          <w:i w:val="0"/>
          <w:smallCaps w:val="0"/>
          <w:strike w:val="0"/>
          <w:u w:val="single"/>
        </w:rPr>
        <w:t xml:space="preserve">imagine a publicly available AI system </w:t>
      </w:r>
      <w:r>
        <w:rPr>
          <w:b w:val="0"/>
          <w:i w:val="0"/>
          <w:smallCaps w:val="0"/>
          <w:strike w:val="0"/>
          <w:highlight w:val="cyan"/>
          <w:u w:val="single"/>
        </w:rPr>
        <w:t>that teach</w:t>
      </w:r>
      <w:r>
        <w:rPr>
          <w:b w:val="0"/>
          <w:i w:val="0"/>
          <w:smallCaps w:val="0"/>
          <w:strike w:val="0"/>
          <w:u w:val="single"/>
        </w:rPr>
        <w:t xml:space="preserve">es non-experts </w:t>
      </w:r>
      <w:r>
        <w:rPr>
          <w:b w:val="0"/>
          <w:i w:val="0"/>
          <w:smallCaps w:val="0"/>
          <w:strike w:val="0"/>
          <w:highlight w:val="cyan"/>
          <w:u w:val="single"/>
        </w:rPr>
        <w:t>how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to create </w:t>
      </w:r>
      <w:r>
        <w:rPr>
          <w:b w:val="0"/>
          <w:i w:val="0"/>
          <w:smallCaps w:val="0"/>
          <w:strike w:val="0"/>
          <w:u w:val="single"/>
        </w:rPr>
        <w:t>chemical or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bio</w:t>
      </w:r>
      <w:r>
        <w:rPr>
          <w:b w:val="0"/>
          <w:i w:val="0"/>
          <w:smallCaps w:val="0"/>
          <w:strike w:val="0"/>
          <w:u w:val="single"/>
        </w:rPr>
        <w:t xml:space="preserve">logical </w:t>
      </w:r>
      <w:r>
        <w:rPr>
          <w:b w:val="0"/>
          <w:i w:val="0"/>
          <w:smallCaps w:val="0"/>
          <w:strike w:val="0"/>
          <w:highlight w:val="cyan"/>
          <w:u w:val="single"/>
        </w:rPr>
        <w:t>weapons.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These military scenarios, though terrifying, assume that the attackers are humans wielding war. My other fear is that, </w:t>
      </w:r>
      <w:r>
        <w:rPr>
          <w:b w:val="0"/>
          <w:i w:val="0"/>
          <w:smallCaps w:val="0"/>
          <w:strike w:val="0"/>
          <w:u w:val="single"/>
        </w:rPr>
        <w:t xml:space="preserve">in our race to develop stronger and stronger computer programs, </w:t>
      </w:r>
      <w:r>
        <w:rPr>
          <w:b w:val="0"/>
          <w:i w:val="0"/>
          <w:smallCaps w:val="0"/>
          <w:strike w:val="0"/>
          <w:highlight w:val="cyan"/>
          <w:u w:val="single"/>
        </w:rPr>
        <w:t>we</w:t>
      </w:r>
      <w:r>
        <w:rPr>
          <w:b w:val="0"/>
          <w:i w:val="0"/>
          <w:smallCaps w:val="0"/>
          <w:strike w:val="0"/>
          <w:u w:val="single"/>
        </w:rPr>
        <w:t xml:space="preserve"> i</w:t>
      </w:r>
      <w:r>
        <w:rPr>
          <w:b w:val="0"/>
          <w:i w:val="0"/>
          <w:smallCaps w:val="0"/>
          <w:strike w:val="0"/>
          <w:u w:val="single"/>
        </w:rPr>
        <w:t xml:space="preserve">nadvertently </w:t>
      </w:r>
      <w:r>
        <w:rPr>
          <w:b w:val="0"/>
          <w:i w:val="0"/>
          <w:smallCaps w:val="0"/>
          <w:strike w:val="0"/>
          <w:highlight w:val="cyan"/>
          <w:u w:val="single"/>
        </w:rPr>
        <w:t>create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rogue</w:t>
      </w:r>
      <w:r>
        <w:rPr>
          <w:b w:val="0"/>
          <w:i w:val="0"/>
          <w:smallCaps w:val="0"/>
          <w:strike w:val="0"/>
          <w:u w:val="single"/>
        </w:rPr>
        <w:t xml:space="preserve"> autonomous </w:t>
      </w:r>
      <w:r>
        <w:rPr>
          <w:b w:val="0"/>
          <w:i w:val="0"/>
          <w:smallCaps w:val="0"/>
          <w:strike w:val="0"/>
          <w:highlight w:val="cyan"/>
          <w:u w:val="single"/>
        </w:rPr>
        <w:t>AIs with their own</w:t>
      </w:r>
      <w:r>
        <w:rPr>
          <w:b w:val="0"/>
          <w:i w:val="0"/>
          <w:smallCaps w:val="0"/>
          <w:strike w:val="0"/>
          <w:u w:val="single"/>
        </w:rPr>
        <w:t xml:space="preserve"> self-preservation </w:t>
      </w:r>
      <w:r>
        <w:rPr>
          <w:b w:val="0"/>
          <w:i w:val="0"/>
          <w:smallCaps w:val="0"/>
          <w:strike w:val="0"/>
          <w:highlight w:val="cyan"/>
          <w:u w:val="single"/>
        </w:rPr>
        <w:t>goals</w:t>
      </w:r>
      <w:r>
        <w:rPr>
          <w:b w:val="0"/>
          <w:i w:val="0"/>
          <w:smallCaps w:val="0"/>
          <w:strike w:val="0"/>
          <w:u w:val="none"/>
        </w:rPr>
        <w:t xml:space="preserve">. I fear a scenario where AI develops an objective that supersedes human advancement—like its own proliferation, for example. If that happens, humans will no longer wage war against each other, but against machines. </w:t>
      </w:r>
      <w:r>
        <w:rPr>
          <w:b w:val="0"/>
          <w:i w:val="0"/>
          <w:smallCaps w:val="0"/>
          <w:strike w:val="0"/>
          <w:u w:val="single"/>
        </w:rPr>
        <w:t xml:space="preserve">The most dangerous scenario I can imagine is AI </w:t>
      </w:r>
      <w:r>
        <w:rPr>
          <w:b w:val="0"/>
          <w:i w:val="0"/>
          <w:smallCaps w:val="0"/>
          <w:strike w:val="0"/>
          <w:highlight w:val="cyan"/>
          <w:u w:val="single"/>
        </w:rPr>
        <w:t>that could</w:t>
      </w:r>
      <w:r>
        <w:rPr>
          <w:b w:val="0"/>
          <w:i w:val="0"/>
          <w:smallCaps w:val="0"/>
          <w:strike w:val="0"/>
          <w:u w:val="single"/>
        </w:rPr>
        <w:t xml:space="preserve"> autonomously </w:t>
      </w:r>
      <w:r>
        <w:rPr>
          <w:b w:val="0"/>
          <w:i w:val="0"/>
          <w:smallCaps w:val="0"/>
          <w:strike w:val="0"/>
          <w:highlight w:val="cyan"/>
          <w:u w:val="single"/>
        </w:rPr>
        <w:t>fire missiles</w:t>
      </w:r>
      <w:r>
        <w:rPr>
          <w:b w:val="0"/>
          <w:i w:val="0"/>
          <w:smallCaps w:val="0"/>
          <w:strike w:val="0"/>
          <w:u w:val="single"/>
        </w:rPr>
        <w:t xml:space="preserve">, destroying property and </w:t>
      </w:r>
      <w:r>
        <w:rPr>
          <w:b w:val="0"/>
          <w:i w:val="0"/>
          <w:smallCaps w:val="0"/>
          <w:strike w:val="0"/>
          <w:highlight w:val="cyan"/>
          <w:u w:val="single"/>
        </w:rPr>
        <w:t>killing people</w:t>
      </w:r>
      <w:r>
        <w:rPr>
          <w:b w:val="0"/>
          <w:i w:val="0"/>
          <w:smallCaps w:val="0"/>
          <w:strike w:val="0"/>
          <w:u w:val="single"/>
        </w:rPr>
        <w:t xml:space="preserve">. This could happen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 the next </w:t>
      </w:r>
      <w:r>
        <w:rPr>
          <w:b w:val="0"/>
          <w:i w:val="0"/>
          <w:smallCaps w:val="0"/>
          <w:strike w:val="0"/>
          <w:u w:val="single"/>
        </w:rPr>
        <w:t xml:space="preserve">five to </w:t>
      </w:r>
      <w:r>
        <w:rPr>
          <w:b w:val="0"/>
          <w:i w:val="0"/>
          <w:smallCaps w:val="0"/>
          <w:strike w:val="0"/>
          <w:highlight w:val="cyan"/>
          <w:u w:val="single"/>
        </w:rPr>
        <w:t>20 years and</w:t>
      </w:r>
      <w:r>
        <w:rPr>
          <w:b w:val="0"/>
          <w:i w:val="0"/>
          <w:smallCaps w:val="0"/>
          <w:strike w:val="0"/>
          <w:u w:val="single"/>
        </w:rPr>
        <w:t xml:space="preserve">, at its extreme, it could </w:t>
      </w:r>
      <w:r>
        <w:rPr>
          <w:b w:val="0"/>
          <w:i w:val="0"/>
          <w:smallCaps w:val="0"/>
          <w:strike w:val="0"/>
          <w:highlight w:val="cyan"/>
          <w:u w:val="single"/>
        </w:rPr>
        <w:t>threaten</w:t>
      </w:r>
      <w:r>
        <w:rPr>
          <w:b w:val="0"/>
          <w:i w:val="0"/>
          <w:smallCaps w:val="0"/>
          <w:strike w:val="0"/>
          <w:u w:val="single"/>
        </w:rPr>
        <w:t xml:space="preserve"> the survival of </w:t>
      </w:r>
      <w:r>
        <w:rPr>
          <w:b w:val="0"/>
          <w:i w:val="0"/>
          <w:smallCaps w:val="0"/>
          <w:strike w:val="0"/>
          <w:highlight w:val="cyan"/>
          <w:u w:val="single"/>
        </w:rPr>
        <w:t>humanity.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