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That makes escalation likely</w:t>
      </w:r>
    </w:p>
    <w:p>
      <w:pPr>
        <w:spacing w:after="80"/>
      </w:pPr>
      <w:r>
        <w:rPr>
          <w:b w:val="0"/>
          <w:i w:val="0"/>
          <w:smallCaps w:val="0"/>
          <w:strike w:val="0"/>
          <w:u w:val="none"/>
        </w:rPr>
        <w:t xml:space="preserve">Ryan </w:t>
      </w:r>
      <w:r>
        <w:rPr>
          <w:b/>
          <w:i w:val="0"/>
          <w:smallCaps w:val="0"/>
          <w:strike w:val="0"/>
          <w:sz w:val="26"/>
          <w:u w:val="none"/>
        </w:rPr>
        <w:t>Goodman 18</w:t>
      </w:r>
      <w:r>
        <w:rPr>
          <w:b w:val="0"/>
          <w:i w:val="0"/>
          <w:smallCaps w:val="0"/>
          <w:strike w:val="0"/>
          <w:u w:val="none"/>
        </w:rPr>
        <w:t>, founding co-editor-in-chief of Just Security, Professor of Law and Co-Director of the Reiss Center on Law and Security at New York University School of Law, 3/8/18,</w:t>
      </w:r>
      <w:r>
        <w:rPr>
          <w:b w:val="0"/>
          <w:i w:val="0"/>
          <w:smallCaps w:val="0"/>
          <w:strike w:val="0"/>
          <w:u w:val="none"/>
        </w:rPr>
        <w:t xml:space="preserve"> </w:t>
      </w:r>
      <w:r>
        <w:rPr>
          <w:b w:val="0"/>
          <w:i w:val="0"/>
          <w:smallCaps w:val="0"/>
          <w:strike w:val="0"/>
          <w:u w:val="none"/>
        </w:rPr>
        <w:t>“Cyber Operations and the U.S. Definition of ‘Armed Attack’,”</w:t>
      </w:r>
      <w:r>
        <w:rPr>
          <w:b w:val="0"/>
          <w:i w:val="0"/>
          <w:smallCaps w:val="0"/>
          <w:strike w:val="0"/>
          <w:u w:val="none"/>
        </w:rPr>
        <w:t xml:space="preserve"> </w:t>
      </w:r>
    </w:p>
    <w:p>
      <w:pPr>
        <w:spacing w:after="60"/>
      </w:pPr>
      <w:r>
        <w:rPr>
          <w:b w:val="0"/>
          <w:i w:val="0"/>
          <w:smallCaps w:val="0"/>
          <w:strike w:val="0"/>
          <w:sz w:val="14"/>
          <w:u w:val="none"/>
        </w:rPr>
        <w:t xml:space="preserve">These types of </w:t>
      </w:r>
      <w:r>
        <w:rPr>
          <w:b/>
          <w:i w:val="0"/>
          <w:smallCaps w:val="0"/>
          <w:strike w:val="0"/>
          <w:sz w:val="22"/>
          <w:u w:val="single"/>
        </w:rPr>
        <w:t xml:space="preserve">legal </w:t>
      </w:r>
      <w:r>
        <w:rPr>
          <w:b/>
          <w:i w:val="0"/>
          <w:smallCaps w:val="0"/>
          <w:strike w:val="0"/>
          <w:sz w:val="22"/>
          <w:highlight w:val="cyan"/>
          <w:u w:val="single"/>
        </w:rPr>
        <w:t>uncertainties</w:t>
      </w:r>
      <w:r>
        <w:rPr>
          <w:b w:val="0"/>
          <w:i w:val="0"/>
          <w:smallCaps w:val="0"/>
          <w:strike w:val="0"/>
          <w:sz w:val="22"/>
          <w:highlight w:val="cyan"/>
          <w:u w:val="single"/>
        </w:rPr>
        <w:t xml:space="preserve"> are </w:t>
      </w:r>
      <w:r>
        <w:rPr>
          <w:b/>
          <w:i w:val="0"/>
          <w:smallCaps w:val="0"/>
          <w:strike w:val="0"/>
          <w:sz w:val="22"/>
          <w:highlight w:val="cyan"/>
          <w:u w:val="single"/>
        </w:rPr>
        <w:t>compounded</w:t>
      </w:r>
      <w:r>
        <w:rPr>
          <w:b w:val="0"/>
          <w:i w:val="0"/>
          <w:smallCaps w:val="0"/>
          <w:strike w:val="0"/>
          <w:sz w:val="22"/>
          <w:u w:val="single"/>
        </w:rPr>
        <w:t xml:space="preserve"> by factual </w:t>
      </w:r>
      <w:r>
        <w:rPr>
          <w:b/>
          <w:i w:val="0"/>
          <w:smallCaps w:val="0"/>
          <w:strike w:val="0"/>
          <w:sz w:val="22"/>
          <w:u w:val="single"/>
        </w:rPr>
        <w:t xml:space="preserve">uncertainties </w:t>
      </w:r>
      <w:r>
        <w:rPr>
          <w:b/>
          <w:i w:val="0"/>
          <w:smallCaps w:val="0"/>
          <w:strike w:val="0"/>
          <w:sz w:val="22"/>
          <w:highlight w:val="cyan"/>
          <w:u w:val="single"/>
        </w:rPr>
        <w:t>in the cyber realm</w:t>
      </w:r>
      <w:r>
        <w:rPr>
          <w:b w:val="0"/>
          <w:i w:val="0"/>
          <w:smallCaps w:val="0"/>
          <w:strike w:val="0"/>
          <w:sz w:val="14"/>
          <w:u w:val="none"/>
        </w:rPr>
        <w:t xml:space="preserve">. While </w:t>
      </w:r>
      <w:r>
        <w:rPr>
          <w:b w:val="0"/>
          <w:i w:val="0"/>
          <w:smallCaps w:val="0"/>
          <w:strike w:val="0"/>
          <w:sz w:val="22"/>
          <w:highlight w:val="cyan"/>
          <w:u w:val="single"/>
        </w:rPr>
        <w:t xml:space="preserve">the </w:t>
      </w:r>
      <w:r>
        <w:rPr>
          <w:b/>
          <w:i w:val="0"/>
          <w:smallCaps w:val="0"/>
          <w:strike w:val="0"/>
          <w:sz w:val="22"/>
          <w:highlight w:val="cyan"/>
          <w:u w:val="single"/>
        </w:rPr>
        <w:t>U</w:t>
      </w:r>
      <w:r>
        <w:rPr>
          <w:b w:val="0"/>
          <w:i w:val="0"/>
          <w:smallCaps w:val="0"/>
          <w:strike w:val="0"/>
          <w:sz w:val="22"/>
          <w:u w:val="single"/>
        </w:rPr>
        <w:t xml:space="preserve">nited </w:t>
      </w:r>
      <w:r>
        <w:rPr>
          <w:b/>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appears to have an</w:t>
      </w:r>
      <w:r>
        <w:rPr>
          <w:b w:val="0"/>
          <w:i w:val="0"/>
          <w:smallCaps w:val="0"/>
          <w:strike w:val="0"/>
          <w:sz w:val="22"/>
          <w:u w:val="single"/>
        </w:rPr>
        <w:t xml:space="preserve"> increasingly </w:t>
      </w:r>
      <w:r>
        <w:rPr>
          <w:b/>
          <w:i w:val="0"/>
          <w:smallCaps w:val="0"/>
          <w:strike w:val="0"/>
          <w:sz w:val="22"/>
          <w:highlight w:val="cyan"/>
          <w:u w:val="single"/>
        </w:rPr>
        <w:t>impressive ability</w:t>
      </w:r>
      <w:r>
        <w:rPr>
          <w:b w:val="0"/>
          <w:i w:val="0"/>
          <w:smallCaps w:val="0"/>
          <w:strike w:val="0"/>
          <w:sz w:val="22"/>
          <w:highlight w:val="cyan"/>
          <w:u w:val="single"/>
        </w:rPr>
        <w:t xml:space="preserve"> to determine </w:t>
      </w:r>
      <w:r>
        <w:rPr>
          <w:b/>
          <w:i w:val="0"/>
          <w:smallCaps w:val="0"/>
          <w:strike w:val="0"/>
          <w:sz w:val="22"/>
          <w:highlight w:val="cyan"/>
          <w:u w:val="single"/>
        </w:rPr>
        <w:t>attribution</w:t>
      </w:r>
      <w:r>
        <w:rPr>
          <w:b w:val="0"/>
          <w:i w:val="0"/>
          <w:smallCaps w:val="0"/>
          <w:strike w:val="0"/>
          <w:sz w:val="22"/>
          <w:u w:val="single"/>
        </w:rPr>
        <w:t xml:space="preserve">, many </w:t>
      </w:r>
      <w:r>
        <w:rPr>
          <w:b/>
          <w:i w:val="0"/>
          <w:smallCaps w:val="0"/>
          <w:strike w:val="0"/>
          <w:sz w:val="22"/>
          <w:highlight w:val="cyan"/>
          <w:u w:val="single"/>
        </w:rPr>
        <w:t>other States</w:t>
      </w:r>
      <w:r>
        <w:rPr>
          <w:b w:val="0"/>
          <w:i w:val="0"/>
          <w:smallCaps w:val="0"/>
          <w:strike w:val="0"/>
          <w:sz w:val="22"/>
          <w:highlight w:val="cyan"/>
          <w:u w:val="single"/>
        </w:rPr>
        <w:t xml:space="preserve"> lack</w:t>
      </w:r>
      <w:r>
        <w:rPr>
          <w:b w:val="0"/>
          <w:i w:val="0"/>
          <w:smallCaps w:val="0"/>
          <w:strike w:val="0"/>
          <w:sz w:val="22"/>
          <w:u w:val="single"/>
        </w:rPr>
        <w:t xml:space="preserve"> that </w:t>
      </w:r>
      <w:r>
        <w:rPr>
          <w:b/>
          <w:i w:val="0"/>
          <w:smallCaps w:val="0"/>
          <w:strike w:val="0"/>
          <w:sz w:val="22"/>
          <w:highlight w:val="cyan"/>
          <w:u w:val="single"/>
        </w:rPr>
        <w:t>sophistication</w:t>
      </w:r>
      <w:r>
        <w:rPr>
          <w:b w:val="0"/>
          <w:i w:val="0"/>
          <w:smallCaps w:val="0"/>
          <w:strike w:val="0"/>
          <w:sz w:val="22"/>
          <w:highlight w:val="cyan"/>
          <w:u w:val="single"/>
        </w:rPr>
        <w:t xml:space="preserve"> and are</w:t>
      </w:r>
      <w:r>
        <w:rPr>
          <w:b w:val="0"/>
          <w:i w:val="0"/>
          <w:smallCaps w:val="0"/>
          <w:strike w:val="0"/>
          <w:sz w:val="22"/>
          <w:u w:val="single"/>
        </w:rPr>
        <w:t xml:space="preserve"> thus </w:t>
      </w:r>
      <w:r>
        <w:rPr>
          <w:b/>
          <w:i w:val="0"/>
          <w:smallCaps w:val="0"/>
          <w:strike w:val="0"/>
          <w:sz w:val="22"/>
          <w:highlight w:val="cyan"/>
          <w:u w:val="single"/>
        </w:rPr>
        <w:t>more likely to make costly errors</w:t>
      </w:r>
      <w:r>
        <w:rPr>
          <w:b w:val="0"/>
          <w:i w:val="0"/>
          <w:smallCaps w:val="0"/>
          <w:strike w:val="0"/>
          <w:sz w:val="22"/>
          <w:highlight w:val="cyan"/>
          <w:u w:val="single"/>
        </w:rPr>
        <w:t xml:space="preserve">. State D may mistake a </w:t>
      </w:r>
      <w:r>
        <w:rPr>
          <w:b/>
          <w:i w:val="0"/>
          <w:smallCaps w:val="0"/>
          <w:strike w:val="0"/>
          <w:sz w:val="22"/>
          <w:highlight w:val="cyan"/>
          <w:u w:val="single"/>
        </w:rPr>
        <w:t>cy</w:t>
      </w:r>
      <w:r>
        <w:rPr>
          <w:b w:val="0"/>
          <w:i w:val="0"/>
          <w:smallCaps w:val="0"/>
          <w:strike w:val="0"/>
          <w:sz w:val="22"/>
          <w:u w:val="single"/>
        </w:rPr>
        <w:t xml:space="preserve">ber </w:t>
      </w:r>
      <w:r>
        <w:rPr>
          <w:b/>
          <w:i w:val="0"/>
          <w:smallCaps w:val="0"/>
          <w:strike w:val="0"/>
          <w:sz w:val="22"/>
          <w:highlight w:val="cyan"/>
          <w:u w:val="single"/>
        </w:rPr>
        <w:t>op</w:t>
      </w:r>
      <w:r>
        <w:rPr>
          <w:b w:val="0"/>
          <w:i w:val="0"/>
          <w:smallCaps w:val="0"/>
          <w:strike w:val="0"/>
          <w:sz w:val="22"/>
          <w:u w:val="single"/>
        </w:rPr>
        <w:t xml:space="preserve">eration launched by a </w:t>
      </w:r>
      <w:r>
        <w:rPr>
          <w:b/>
          <w:i w:val="0"/>
          <w:smallCaps w:val="0"/>
          <w:strike w:val="0"/>
          <w:sz w:val="22"/>
          <w:u w:val="single"/>
        </w:rPr>
        <w:t>rogue</w:t>
      </w:r>
      <w:r>
        <w:rPr>
          <w:b w:val="0"/>
          <w:i w:val="0"/>
          <w:smallCaps w:val="0"/>
          <w:strike w:val="0"/>
          <w:sz w:val="22"/>
          <w:u w:val="single"/>
        </w:rPr>
        <w:t xml:space="preserve"> hacker or organized </w:t>
      </w:r>
      <w:r>
        <w:rPr>
          <w:b/>
          <w:i w:val="0"/>
          <w:smallCaps w:val="0"/>
          <w:strike w:val="0"/>
          <w:sz w:val="22"/>
          <w:u w:val="single"/>
        </w:rPr>
        <w:t>non-State group</w:t>
      </w:r>
      <w:r>
        <w:rPr>
          <w:b w:val="0"/>
          <w:i w:val="0"/>
          <w:smallCaps w:val="0"/>
          <w:strike w:val="0"/>
          <w:sz w:val="22"/>
          <w:u w:val="single"/>
        </w:rPr>
        <w:t xml:space="preserve"> operating out of </w:t>
      </w:r>
      <w:r>
        <w:rPr>
          <w:b/>
          <w:i w:val="0"/>
          <w:smallCaps w:val="0"/>
          <w:strike w:val="0"/>
          <w:sz w:val="22"/>
          <w:u w:val="single"/>
        </w:rPr>
        <w:t>country Y</w:t>
      </w:r>
      <w:r>
        <w:rPr>
          <w:b w:val="0"/>
          <w:i w:val="0"/>
          <w:smallCaps w:val="0"/>
          <w:strike w:val="0"/>
          <w:sz w:val="22"/>
          <w:u w:val="single"/>
        </w:rPr>
        <w:t xml:space="preserve"> </w:t>
      </w:r>
      <w:r>
        <w:rPr>
          <w:b w:val="0"/>
          <w:i w:val="0"/>
          <w:smallCaps w:val="0"/>
          <w:strike w:val="0"/>
          <w:sz w:val="22"/>
          <w:highlight w:val="cyan"/>
          <w:u w:val="single"/>
        </w:rPr>
        <w:t xml:space="preserve">as being </w:t>
      </w:r>
      <w:r>
        <w:rPr>
          <w:b/>
          <w:i w:val="0"/>
          <w:smallCaps w:val="0"/>
          <w:strike w:val="0"/>
          <w:sz w:val="22"/>
          <w:highlight w:val="cyan"/>
          <w:u w:val="single"/>
        </w:rPr>
        <w:t>perpetrated</w:t>
      </w:r>
      <w:r>
        <w:rPr>
          <w:b w:val="0"/>
          <w:i w:val="0"/>
          <w:smallCaps w:val="0"/>
          <w:strike w:val="0"/>
          <w:sz w:val="22"/>
          <w:highlight w:val="cyan"/>
          <w:u w:val="single"/>
        </w:rPr>
        <w:t xml:space="preserve"> by </w:t>
      </w:r>
      <w:r>
        <w:rPr>
          <w:b/>
          <w:i w:val="0"/>
          <w:smallCaps w:val="0"/>
          <w:strike w:val="0"/>
          <w:sz w:val="22"/>
          <w:highlight w:val="cyan"/>
          <w:u w:val="single"/>
        </w:rPr>
        <w:t>State Y</w:t>
      </w:r>
      <w:r>
        <w:rPr>
          <w:b/>
          <w:i w:val="0"/>
          <w:smallCaps w:val="0"/>
          <w:strike w:val="0"/>
          <w:sz w:val="22"/>
          <w:u w:val="single"/>
        </w:rPr>
        <w:t xml:space="preserve"> itself</w:t>
      </w:r>
      <w:r>
        <w:rPr>
          <w:b w:val="0"/>
          <w:i w:val="0"/>
          <w:smallCaps w:val="0"/>
          <w:strike w:val="0"/>
          <w:sz w:val="14"/>
          <w:u w:val="none"/>
        </w:rPr>
        <w:t xml:space="preserve">. And </w:t>
      </w:r>
      <w:r>
        <w:rPr>
          <w:b w:val="0"/>
          <w:i w:val="0"/>
          <w:smallCaps w:val="0"/>
          <w:strike w:val="0"/>
          <w:sz w:val="22"/>
          <w:u w:val="single"/>
        </w:rPr>
        <w:t xml:space="preserve">governmental or non-governmental </w:t>
      </w:r>
      <w:r>
        <w:rPr>
          <w:b w:val="0"/>
          <w:i w:val="0"/>
          <w:smallCaps w:val="0"/>
          <w:strike w:val="0"/>
          <w:sz w:val="22"/>
          <w:highlight w:val="cyan"/>
          <w:u w:val="single"/>
        </w:rPr>
        <w:t xml:space="preserve">cyber hackers in a </w:t>
      </w:r>
      <w:r>
        <w:rPr>
          <w:b/>
          <w:i w:val="0"/>
          <w:smallCaps w:val="0"/>
          <w:strike w:val="0"/>
          <w:sz w:val="22"/>
          <w:highlight w:val="cyan"/>
          <w:u w:val="single"/>
        </w:rPr>
        <w:t>third country</w:t>
      </w:r>
      <w:r>
        <w:rPr>
          <w:b w:val="0"/>
          <w:i w:val="0"/>
          <w:smallCaps w:val="0"/>
          <w:strike w:val="0"/>
          <w:sz w:val="22"/>
          <w:highlight w:val="cyan"/>
          <w:u w:val="single"/>
        </w:rPr>
        <w:t xml:space="preserve"> may</w:t>
      </w:r>
      <w:r>
        <w:rPr>
          <w:b w:val="0"/>
          <w:i w:val="0"/>
          <w:smallCaps w:val="0"/>
          <w:strike w:val="0"/>
          <w:sz w:val="22"/>
          <w:u w:val="single"/>
        </w:rPr>
        <w:t xml:space="preserve"> very </w:t>
      </w:r>
      <w:r>
        <w:rPr>
          <w:b/>
          <w:i w:val="0"/>
          <w:smallCaps w:val="0"/>
          <w:strike w:val="0"/>
          <w:sz w:val="22"/>
          <w:highlight w:val="cyan"/>
          <w:u w:val="single"/>
        </w:rPr>
        <w:t>purposefully</w:t>
      </w:r>
      <w:r>
        <w:rPr>
          <w:b w:val="0"/>
          <w:i w:val="0"/>
          <w:smallCaps w:val="0"/>
          <w:strike w:val="0"/>
          <w:sz w:val="22"/>
          <w:highlight w:val="cyan"/>
          <w:u w:val="single"/>
        </w:rPr>
        <w:t xml:space="preserve"> make it look like State Y</w:t>
      </w:r>
      <w:r>
        <w:rPr>
          <w:b w:val="0"/>
          <w:i w:val="0"/>
          <w:smallCaps w:val="0"/>
          <w:strike w:val="0"/>
          <w:sz w:val="22"/>
          <w:u w:val="single"/>
        </w:rPr>
        <w:t xml:space="preserve"> conducted a cyberattack</w:t>
      </w:r>
      <w:r>
        <w:rPr>
          <w:b w:val="0"/>
          <w:i w:val="0"/>
          <w:smallCaps w:val="0"/>
          <w:strike w:val="0"/>
          <w:sz w:val="14"/>
          <w:u w:val="none"/>
        </w:rPr>
        <w:t xml:space="preserve">. </w:t>
      </w:r>
      <w:r>
        <w:rPr>
          <w:b w:val="0"/>
          <w:i w:val="0"/>
          <w:smallCaps w:val="0"/>
          <w:strike w:val="0"/>
          <w:sz w:val="22"/>
          <w:u w:val="single"/>
        </w:rPr>
        <w:t>Another difficulty</w:t>
      </w:r>
      <w:r>
        <w:rPr>
          <w:b w:val="0"/>
          <w:i w:val="0"/>
          <w:smallCaps w:val="0"/>
          <w:strike w:val="0"/>
          <w:sz w:val="14"/>
          <w:u w:val="none"/>
        </w:rPr>
        <w:t xml:space="preserve"> in the cyber realm </w:t>
      </w:r>
      <w:r>
        <w:rPr>
          <w:b w:val="0"/>
          <w:i w:val="0"/>
          <w:smallCaps w:val="0"/>
          <w:strike w:val="0"/>
          <w:sz w:val="22"/>
          <w:u w:val="single"/>
        </w:rPr>
        <w:t xml:space="preserve">is determining whether certain effects of a hostile cyber operation were </w:t>
      </w:r>
      <w:r>
        <w:rPr>
          <w:b/>
          <w:i w:val="0"/>
          <w:smallCaps w:val="0"/>
          <w:strike w:val="0"/>
          <w:sz w:val="22"/>
          <w:u w:val="single"/>
        </w:rPr>
        <w:t>intended</w:t>
      </w:r>
      <w:r>
        <w:rPr>
          <w:b w:val="0"/>
          <w:i w:val="0"/>
          <w:smallCaps w:val="0"/>
          <w:strike w:val="0"/>
          <w:sz w:val="22"/>
          <w:u w:val="single"/>
        </w:rPr>
        <w:t xml:space="preserve"> by the attacker. </w:t>
      </w:r>
      <w:r>
        <w:rPr>
          <w:b w:val="0"/>
          <w:i w:val="0"/>
          <w:smallCaps w:val="0"/>
          <w:strike w:val="0"/>
          <w:sz w:val="14"/>
          <w:u w:val="none"/>
        </w:rPr>
        <w:t>For example, State D may detect an imminent threat of malware in its systems that appears would at least temporarily compromise its most sensitive military arsenal—but is that what the perpetrator intended (and how, as a legal issue, should that question of intentionality matter)?</w:t>
      </w:r>
    </w:p>
    <w:p>
      <w:pPr>
        <w:spacing w:after="60"/>
      </w:pPr>
      <w:r>
        <w:rPr>
          <w:b w:val="0"/>
          <w:i w:val="0"/>
          <w:smallCaps w:val="0"/>
          <w:strike w:val="0"/>
          <w:sz w:val="22"/>
          <w:u w:val="single"/>
        </w:rPr>
        <w:t xml:space="preserve">In cyberspace, many of </w:t>
      </w:r>
      <w:r>
        <w:rPr>
          <w:b w:val="0"/>
          <w:i w:val="0"/>
          <w:smallCaps w:val="0"/>
          <w:strike w:val="0"/>
          <w:sz w:val="22"/>
          <w:highlight w:val="cyan"/>
          <w:u w:val="single"/>
        </w:rPr>
        <w:t>these actions</w:t>
      </w:r>
      <w:r>
        <w:rPr>
          <w:b w:val="0"/>
          <w:i w:val="0"/>
          <w:smallCaps w:val="0"/>
          <w:strike w:val="0"/>
          <w:sz w:val="22"/>
          <w:u w:val="single"/>
        </w:rPr>
        <w:t xml:space="preserve"> and interactions will </w:t>
      </w:r>
      <w:r>
        <w:rPr>
          <w:b w:val="0"/>
          <w:i w:val="0"/>
          <w:smallCaps w:val="0"/>
          <w:strike w:val="0"/>
          <w:sz w:val="22"/>
          <w:highlight w:val="cyan"/>
          <w:u w:val="single"/>
        </w:rPr>
        <w:t xml:space="preserve">take place at </w:t>
      </w:r>
      <w:r>
        <w:rPr>
          <w:b/>
          <w:i w:val="0"/>
          <w:smallCaps w:val="0"/>
          <w:strike w:val="0"/>
          <w:sz w:val="22"/>
          <w:highlight w:val="cyan"/>
          <w:u w:val="single"/>
        </w:rPr>
        <w:t>greater speeds</w:t>
      </w:r>
      <w:r>
        <w:rPr>
          <w:b w:val="0"/>
          <w:i w:val="0"/>
          <w:smallCaps w:val="0"/>
          <w:strike w:val="0"/>
          <w:sz w:val="22"/>
          <w:u w:val="single"/>
        </w:rPr>
        <w:t xml:space="preserve"> thanks, in part, to artificial intelligence. These conditions may shrink the window of time for political and military leaders to make decisions, and place pressure on them to pre-authorize or create </w:t>
      </w:r>
      <w:r>
        <w:rPr>
          <w:b/>
          <w:i w:val="0"/>
          <w:smallCaps w:val="0"/>
          <w:strike w:val="0"/>
          <w:sz w:val="22"/>
          <w:u w:val="single"/>
        </w:rPr>
        <w:t>automated responses</w:t>
      </w:r>
      <w:r>
        <w:rPr>
          <w:b w:val="0"/>
          <w:i w:val="0"/>
          <w:smallCaps w:val="0"/>
          <w:strike w:val="0"/>
          <w:sz w:val="22"/>
          <w:u w:val="single"/>
        </w:rPr>
        <w:t xml:space="preserve">. </w:t>
      </w:r>
      <w:r>
        <w:rPr>
          <w:b w:val="0"/>
          <w:i w:val="0"/>
          <w:smallCaps w:val="0"/>
          <w:strike w:val="0"/>
          <w:sz w:val="22"/>
          <w:highlight w:val="cyan"/>
          <w:u w:val="single"/>
        </w:rPr>
        <w:t xml:space="preserve">It is not hard to imagine </w:t>
      </w:r>
      <w:r>
        <w:rPr>
          <w:b/>
          <w:i w:val="0"/>
          <w:smallCaps w:val="0"/>
          <w:strike w:val="0"/>
          <w:sz w:val="22"/>
          <w:highlight w:val="cyan"/>
          <w:u w:val="single"/>
        </w:rPr>
        <w:t>tit-for-tat uses of force quickly ascending</w:t>
      </w:r>
      <w:r>
        <w:rPr>
          <w:b w:val="0"/>
          <w:i w:val="0"/>
          <w:smallCaps w:val="0"/>
          <w:strike w:val="0"/>
          <w:sz w:val="22"/>
          <w:highlight w:val="cyan"/>
          <w:u w:val="single"/>
        </w:rPr>
        <w:t xml:space="preserve"> a ladder of </w:t>
      </w:r>
      <w:r>
        <w:rPr>
          <w:b/>
          <w:i w:val="0"/>
          <w:smallCaps w:val="0"/>
          <w:strike w:val="0"/>
          <w:sz w:val="22"/>
          <w:highlight w:val="cyan"/>
          <w:u w:val="single"/>
        </w:rPr>
        <w:t>escalation</w:t>
      </w:r>
      <w:r>
        <w:rPr>
          <w:b w:val="0"/>
          <w:i w:val="0"/>
          <w:smallCaps w:val="0"/>
          <w:strike w:val="0"/>
          <w:sz w:val="22"/>
          <w:u w:val="single"/>
        </w:rPr>
        <w:t xml:space="preserve">. And </w:t>
      </w:r>
      <w:r>
        <w:rPr>
          <w:b/>
          <w:i w:val="0"/>
          <w:smallCaps w:val="0"/>
          <w:strike w:val="0"/>
          <w:sz w:val="22"/>
          <w:highlight w:val="cyan"/>
          <w:u w:val="single"/>
        </w:rPr>
        <w:t>there is no</w:t>
      </w:r>
      <w:r>
        <w:rPr>
          <w:b w:val="0"/>
          <w:i w:val="0"/>
          <w:smallCaps w:val="0"/>
          <w:strike w:val="0"/>
          <w:sz w:val="22"/>
          <w:u w:val="single"/>
        </w:rPr>
        <w:t xml:space="preserve"> legal </w:t>
      </w:r>
      <w:r>
        <w:rPr>
          <w:b/>
          <w:i w:val="0"/>
          <w:smallCaps w:val="0"/>
          <w:strike w:val="0"/>
          <w:sz w:val="22"/>
          <w:highlight w:val="cyan"/>
          <w:u w:val="single"/>
        </w:rPr>
        <w:t>reason</w:t>
      </w:r>
      <w:r>
        <w:rPr>
          <w:b w:val="0"/>
          <w:i w:val="0"/>
          <w:smallCaps w:val="0"/>
          <w:strike w:val="0"/>
          <w:sz w:val="22"/>
          <w:u w:val="single"/>
        </w:rPr>
        <w:t xml:space="preserve"> the rungs of </w:t>
      </w:r>
      <w:r>
        <w:rPr>
          <w:b w:val="0"/>
          <w:i w:val="0"/>
          <w:smallCaps w:val="0"/>
          <w:strike w:val="0"/>
          <w:sz w:val="22"/>
          <w:highlight w:val="cyan"/>
          <w:u w:val="single"/>
        </w:rPr>
        <w:t xml:space="preserve">that ladder </w:t>
      </w:r>
      <w:r>
        <w:rPr>
          <w:b/>
          <w:i w:val="0"/>
          <w:smallCaps w:val="0"/>
          <w:strike w:val="0"/>
          <w:sz w:val="22"/>
          <w:highlight w:val="cyan"/>
          <w:u w:val="single"/>
        </w:rPr>
        <w:t>will remain confined to the cyber realm</w:t>
      </w:r>
      <w:r>
        <w:rPr>
          <w:b w:val="0"/>
          <w:i w:val="0"/>
          <w:smallCaps w:val="0"/>
          <w:strike w:val="0"/>
          <w:sz w:val="22"/>
          <w:u w:val="single"/>
        </w:rPr>
        <w:t>.</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