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AI Innovation is a societal boon – laundry list.</w:t>
      </w:r>
    </w:p>
    <w:p>
      <w:pPr>
        <w:spacing w:after="80"/>
      </w:pPr>
      <w:r>
        <w:rPr>
          <w:b w:val="0"/>
          <w:i w:val="0"/>
          <w:smallCaps w:val="0"/>
          <w:strike w:val="0"/>
          <w:color w:val="000000"/>
          <w:sz w:val="24"/>
          <w:u w:val="none"/>
        </w:rPr>
        <w:t xml:space="preserve">Ashish </w:t>
      </w:r>
      <w:r>
        <w:rPr>
          <w:b/>
          <w:i w:val="0"/>
          <w:smallCaps w:val="0"/>
          <w:strike w:val="0"/>
          <w:sz w:val="26"/>
          <w:u w:val="none"/>
        </w:rPr>
        <w:t>Sukhadeve 22</w:t>
      </w:r>
      <w:r>
        <w:rPr>
          <w:b w:val="0"/>
          <w:i w:val="0"/>
          <w:smallCaps w:val="0"/>
          <w:strike w:val="0"/>
          <w:color w:val="000000"/>
          <w:sz w:val="24"/>
          <w:u w:val="none"/>
        </w:rPr>
        <w:t xml:space="preserve"> - </w:t>
      </w:r>
      <w:r>
        <w:rPr>
          <w:b w:val="0"/>
          <w:i w:val="0"/>
          <w:smallCaps w:val="0"/>
          <w:strike w:val="0"/>
          <w:color w:val="000000"/>
          <w:sz w:val="24"/>
          <w:u w:val="none"/>
        </w:rPr>
        <w:t xml:space="preserve">Founder and CEO, Analytics Insight, providing organizations with strategic insights on disruptive. </w:t>
      </w:r>
      <w:r>
        <w:rPr>
          <w:b w:val="0"/>
          <w:i w:val="0"/>
          <w:smallCaps w:val="0"/>
          <w:strike w:val="0"/>
          <w:color w:val="000000"/>
          <w:sz w:val="24"/>
          <w:u w:val="none"/>
        </w:rPr>
        <w:t>DT// technologies.  https://www.forbes.com/sites/forbesbusinesscouncil/2021/02/09/artificial-intelligence-for-good-how-ai-is-helping-humanity/</w:t>
      </w:r>
    </w:p>
    <w:p>
      <w:pPr>
        <w:spacing w:after="60"/>
      </w:pPr>
      <w:r>
        <w:rPr>
          <w:b w:val="0"/>
          <w:i w:val="0"/>
          <w:smallCaps w:val="0"/>
          <w:strike w:val="0"/>
          <w:color w:val="000000"/>
          <w:sz w:val="16"/>
          <w:u w:val="none"/>
        </w:rPr>
        <w:t>Artificial intelligence (AI) is considered one of the most revolutionary developments in human history, and the world has already witnessed its transformative capabilities. Not surprisingly</w:t>
      </w:r>
      <w:r>
        <w:rPr>
          <w:b w:val="0"/>
          <w:i w:val="0"/>
          <w:smallCaps w:val="0"/>
          <w:strike w:val="0"/>
          <w:color w:val="000000"/>
          <w:sz w:val="16"/>
          <w:highlight w:val="cyan"/>
          <w:u w:val="none"/>
        </w:rPr>
        <w:t xml:space="preserve">, </w:t>
      </w:r>
      <w:r>
        <w:rPr>
          <w:b w:val="0"/>
          <w:i w:val="0"/>
          <w:smallCaps w:val="0"/>
          <w:strike w:val="0"/>
          <w:color w:val="000000"/>
          <w:sz w:val="24"/>
          <w:highlight w:val="cyan"/>
          <w:u w:val="single"/>
        </w:rPr>
        <w:t>AI-based innovations are</w:t>
      </w:r>
      <w:r>
        <w:rPr>
          <w:b w:val="0"/>
          <w:i w:val="0"/>
          <w:smallCaps w:val="0"/>
          <w:strike w:val="0"/>
          <w:color w:val="000000"/>
          <w:sz w:val="24"/>
          <w:u w:val="single"/>
        </w:rPr>
        <w:t xml:space="preserve"> powering </w:t>
      </w:r>
      <w:r>
        <w:rPr>
          <w:b w:val="0"/>
          <w:i w:val="0"/>
          <w:smallCaps w:val="0"/>
          <w:strike w:val="0"/>
          <w:color w:val="000000"/>
          <w:sz w:val="24"/>
          <w:highlight w:val="cyan"/>
          <w:u w:val="single"/>
        </w:rPr>
        <w:t>some of the most cutting-edge solutions</w:t>
      </w:r>
      <w:r>
        <w:rPr>
          <w:b w:val="0"/>
          <w:i w:val="0"/>
          <w:smallCaps w:val="0"/>
          <w:strike w:val="0"/>
          <w:color w:val="000000"/>
          <w:sz w:val="24"/>
          <w:u w:val="single"/>
        </w:rPr>
        <w:t xml:space="preserve"> we use </w:t>
      </w:r>
      <w:r>
        <w:rPr>
          <w:b w:val="0"/>
          <w:i w:val="0"/>
          <w:smallCaps w:val="0"/>
          <w:strike w:val="0"/>
          <w:color w:val="000000"/>
          <w:sz w:val="24"/>
          <w:highlight w:val="cyan"/>
          <w:u w:val="single"/>
        </w:rPr>
        <w:t>in our daily lives.</w:t>
      </w:r>
    </w:p>
    <w:p>
      <w:pPr>
        <w:spacing w:after="60"/>
      </w:pPr>
      <w:r>
        <w:rPr>
          <w:b w:val="0"/>
          <w:i w:val="0"/>
          <w:smallCaps w:val="0"/>
          <w:strike w:val="0"/>
          <w:color w:val="000000"/>
          <w:sz w:val="16"/>
          <w:u w:val="none"/>
        </w:rPr>
        <w:t>Today</w:t>
      </w:r>
      <w:r>
        <w:rPr>
          <w:b w:val="0"/>
          <w:i w:val="0"/>
          <w:smallCaps w:val="0"/>
          <w:strike w:val="0"/>
          <w:color w:val="000000"/>
          <w:sz w:val="24"/>
          <w:highlight w:val="cyan"/>
          <w:u w:val="single"/>
        </w:rPr>
        <w:t>, AI empowers organizations, governments and communities to build a high-performing ecosystem to serve the entire world.</w:t>
      </w:r>
      <w:r>
        <w:rPr>
          <w:b w:val="0"/>
          <w:i w:val="0"/>
          <w:smallCaps w:val="0"/>
          <w:strike w:val="0"/>
          <w:color w:val="000000"/>
          <w:sz w:val="24"/>
          <w:u w:val="single"/>
        </w:rPr>
        <w:t xml:space="preserve"> Its profound impact on human lives is solving some of the most critical challenges faced by society. </w:t>
      </w:r>
      <w:r>
        <w:rPr>
          <w:b w:val="0"/>
          <w:i w:val="0"/>
          <w:smallCaps w:val="0"/>
          <w:strike w:val="0"/>
          <w:color w:val="000000"/>
          <w:sz w:val="16"/>
          <w:u w:val="none"/>
        </w:rPr>
        <w:t xml:space="preserve">Here are a few innovations for social causes that I find most notable. </w:t>
      </w:r>
    </w:p>
    <w:p>
      <w:pPr>
        <w:spacing w:after="60"/>
      </w:pPr>
      <w:r>
        <w:rPr>
          <w:b w:val="0"/>
          <w:i w:val="0"/>
          <w:smallCaps w:val="0"/>
          <w:strike w:val="0"/>
          <w:color w:val="000000"/>
          <w:sz w:val="24"/>
          <w:u w:val="single"/>
        </w:rPr>
        <w:t xml:space="preserve">The healthcare industry is ripe with disruptive applications of </w:t>
      </w:r>
      <w:r>
        <w:rPr>
          <w:b w:val="0"/>
          <w:i w:val="0"/>
          <w:smallCaps w:val="0"/>
          <w:strike w:val="0"/>
          <w:color w:val="000000"/>
          <w:sz w:val="24"/>
          <w:highlight w:val="cyan"/>
          <w:u w:val="single"/>
        </w:rPr>
        <w:t>AI,</w:t>
      </w:r>
      <w:r>
        <w:rPr>
          <w:b w:val="0"/>
          <w:i w:val="0"/>
          <w:smallCaps w:val="0"/>
          <w:strike w:val="0"/>
          <w:color w:val="000000"/>
          <w:sz w:val="24"/>
          <w:u w:val="single"/>
        </w:rPr>
        <w:t xml:space="preserve"> including the discovery and </w:t>
      </w:r>
      <w:r>
        <w:rPr>
          <w:b w:val="0"/>
          <w:i w:val="0"/>
          <w:smallCaps w:val="0"/>
          <w:strike w:val="0"/>
          <w:color w:val="000000"/>
          <w:sz w:val="24"/>
          <w:highlight w:val="cyan"/>
          <w:u w:val="single"/>
        </w:rPr>
        <w:t>development of new drugs</w:t>
      </w:r>
      <w:r>
        <w:rPr>
          <w:b w:val="0"/>
          <w:i w:val="0"/>
          <w:smallCaps w:val="0"/>
          <w:strike w:val="0"/>
          <w:color w:val="000000"/>
          <w:sz w:val="24"/>
          <w:u w:val="single"/>
        </w:rPr>
        <w:t>.</w:t>
      </w:r>
      <w:r>
        <w:rPr>
          <w:b w:val="0"/>
          <w:i w:val="0"/>
          <w:smallCaps w:val="0"/>
          <w:strike w:val="0"/>
          <w:color w:val="000000"/>
          <w:sz w:val="16"/>
          <w:u w:val="none"/>
        </w:rPr>
        <w:t xml:space="preserve"> AI </w:t>
      </w:r>
      <w:r>
        <w:rPr>
          <w:b w:val="0"/>
          <w:i w:val="0"/>
          <w:smallCaps w:val="0"/>
          <w:strike w:val="0"/>
          <w:color w:val="000000"/>
          <w:sz w:val="16"/>
          <w:highlight w:val="cyan"/>
          <w:u w:val="none"/>
        </w:rPr>
        <w:t xml:space="preserve">and machine learning </w:t>
      </w:r>
      <w:r>
        <w:rPr>
          <w:b w:val="0"/>
          <w:i w:val="0"/>
          <w:smallCaps w:val="0"/>
          <w:strike w:val="0"/>
          <w:color w:val="000000"/>
          <w:sz w:val="16"/>
          <w:u w:val="none"/>
        </w:rPr>
        <w:t>have been</w:t>
      </w:r>
      <w:r>
        <w:rPr>
          <w:b w:val="0"/>
          <w:i w:val="0"/>
          <w:smallCaps w:val="0"/>
          <w:strike w:val="0"/>
          <w:color w:val="000000"/>
          <w:sz w:val="16"/>
          <w:highlight w:val="cyan"/>
          <w:u w:val="none"/>
        </w:rPr>
        <w:t xml:space="preserve"> used to identify potential molecules</w:t>
      </w:r>
      <w:r>
        <w:rPr>
          <w:b w:val="0"/>
          <w:i w:val="0"/>
          <w:smallCaps w:val="0"/>
          <w:strike w:val="0"/>
          <w:color w:val="000000"/>
          <w:sz w:val="16"/>
          <w:u w:val="none"/>
        </w:rPr>
        <w:t xml:space="preserve"> by </w:t>
      </w:r>
      <w:r>
        <w:rPr>
          <w:b w:val="0"/>
          <w:i w:val="0"/>
          <w:smallCaps w:val="0"/>
          <w:strike w:val="0"/>
          <w:color w:val="000000"/>
          <w:sz w:val="16"/>
          <w:highlight w:val="cyan"/>
          <w:u w:val="none"/>
        </w:rPr>
        <w:t xml:space="preserve">leveraging a large volume of data. </w:t>
      </w:r>
      <w:r>
        <w:rPr>
          <w:b w:val="0"/>
          <w:i w:val="0"/>
          <w:smallCaps w:val="0"/>
          <w:strike w:val="0"/>
          <w:color w:val="000000"/>
          <w:sz w:val="24"/>
          <w:highlight w:val="cyan"/>
          <w:u w:val="single"/>
        </w:rPr>
        <w:t>Pharma</w:t>
      </w:r>
      <w:r>
        <w:rPr>
          <w:b w:val="0"/>
          <w:i w:val="0"/>
          <w:smallCaps w:val="0"/>
          <w:strike w:val="0"/>
          <w:color w:val="000000"/>
          <w:sz w:val="24"/>
          <w:u w:val="single"/>
        </w:rPr>
        <w:t xml:space="preserve">ceutical </w:t>
      </w:r>
      <w:r>
        <w:rPr>
          <w:b w:val="0"/>
          <w:i w:val="0"/>
          <w:smallCaps w:val="0"/>
          <w:strike w:val="0"/>
          <w:color w:val="000000"/>
          <w:sz w:val="24"/>
          <w:highlight w:val="cyan"/>
          <w:u w:val="single"/>
        </w:rPr>
        <w:t>companies</w:t>
      </w:r>
      <w:r>
        <w:rPr>
          <w:b w:val="0"/>
          <w:i w:val="0"/>
          <w:smallCaps w:val="0"/>
          <w:strike w:val="0"/>
          <w:color w:val="000000"/>
          <w:sz w:val="24"/>
          <w:u w:val="single"/>
        </w:rPr>
        <w:t xml:space="preserve"> use predictive </w:t>
      </w:r>
      <w:r>
        <w:rPr>
          <w:b w:val="0"/>
          <w:i w:val="0"/>
          <w:smallCaps w:val="0"/>
          <w:strike w:val="0"/>
          <w:color w:val="000000"/>
          <w:sz w:val="24"/>
          <w:highlight w:val="cyan"/>
          <w:u w:val="single"/>
        </w:rPr>
        <w:t>analytics</w:t>
      </w:r>
      <w:r>
        <w:rPr>
          <w:b w:val="0"/>
          <w:i w:val="0"/>
          <w:smallCaps w:val="0"/>
          <w:strike w:val="0"/>
          <w:color w:val="000000"/>
          <w:sz w:val="24"/>
          <w:u w:val="single"/>
        </w:rPr>
        <w:t xml:space="preserve"> to </w:t>
      </w:r>
      <w:r>
        <w:rPr>
          <w:b w:val="0"/>
          <w:i w:val="0"/>
          <w:smallCaps w:val="0"/>
          <w:strike w:val="0"/>
          <w:color w:val="000000"/>
          <w:sz w:val="24"/>
          <w:highlight w:val="cyan"/>
          <w:u w:val="single"/>
        </w:rPr>
        <w:t xml:space="preserve">discover </w:t>
      </w:r>
      <w:r>
        <w:rPr>
          <w:b w:val="0"/>
          <w:i w:val="0"/>
          <w:smallCaps w:val="0"/>
          <w:strike w:val="0"/>
          <w:color w:val="000000"/>
          <w:sz w:val="24"/>
          <w:u w:val="single"/>
        </w:rPr>
        <w:t xml:space="preserve">these </w:t>
      </w:r>
      <w:r>
        <w:rPr>
          <w:b w:val="0"/>
          <w:i w:val="0"/>
          <w:smallCaps w:val="0"/>
          <w:strike w:val="0"/>
          <w:color w:val="000000"/>
          <w:sz w:val="24"/>
          <w:highlight w:val="cyan"/>
          <w:u w:val="single"/>
        </w:rPr>
        <w:t>molecule candidates and</w:t>
      </w:r>
      <w:r>
        <w:rPr>
          <w:b w:val="0"/>
          <w:i w:val="0"/>
          <w:smallCaps w:val="0"/>
          <w:strike w:val="0"/>
          <w:color w:val="000000"/>
          <w:sz w:val="24"/>
          <w:u w:val="single"/>
        </w:rPr>
        <w:t xml:space="preserve"> optimize them with several rounds of iteration to </w:t>
      </w:r>
      <w:r>
        <w:rPr>
          <w:b w:val="0"/>
          <w:i w:val="0"/>
          <w:smallCaps w:val="0"/>
          <w:strike w:val="0"/>
          <w:color w:val="000000"/>
          <w:sz w:val="24"/>
          <w:highlight w:val="cyan"/>
          <w:u w:val="single"/>
        </w:rPr>
        <w:t>select the best one for drug manufacturing.</w:t>
      </w:r>
    </w:p>
    <w:p>
      <w:pPr>
        <w:spacing w:after="60"/>
      </w:pPr>
      <w:r>
        <w:rPr>
          <w:b w:val="0"/>
          <w:i w:val="0"/>
          <w:smallCaps w:val="0"/>
          <w:strike w:val="0"/>
          <w:color w:val="000000"/>
          <w:sz w:val="16"/>
          <w:u w:val="none"/>
        </w:rPr>
        <w:t>Reporting Sexual Harassment: Artificial intelligence offers new ways of reporting gender-based violence, child sex abuse and more. AI programs are being designed to monitor internal communications, such as corporate documents, emails and chat, for inappropriate content. Various applications and platforms have been developed to help victims share their experiences of sexual harassment and abuse along with the time and location these events took place.</w:t>
      </w:r>
    </w:p>
    <w:p>
      <w:pPr>
        <w:spacing w:after="60"/>
      </w:pPr>
      <w:r>
        <w:rPr>
          <w:b w:val="0"/>
          <w:i w:val="0"/>
          <w:smallCaps w:val="0"/>
          <w:strike w:val="0"/>
          <w:color w:val="000000"/>
          <w:sz w:val="16"/>
          <w:u w:val="none"/>
        </w:rPr>
        <w:t>Combatting Human Trafficking: Human trafficking is a serious crime against humanity and a threat to global security. Traffickers often use the internet to place advertisements to lure potential victims. Artificial intelligence tools and computer vision algorithms scrape images from different websites used by traffickers and label objects in images to search and review suspect advertisements. Additionally, these tools analyze data from the advertisements and websites to identify the potential victims of human trafficking and alert authorities before the crime.</w:t>
      </w:r>
    </w:p>
    <w:p>
      <w:pPr>
        <w:spacing w:after="60"/>
      </w:pPr>
      <w:r>
        <w:rPr>
          <w:b w:val="0"/>
          <w:i w:val="0"/>
          <w:smallCaps w:val="0"/>
          <w:strike w:val="0"/>
          <w:color w:val="000000"/>
          <w:sz w:val="24"/>
          <w:highlight w:val="cyan"/>
          <w:u w:val="single"/>
        </w:rPr>
        <w:t>A</w:t>
      </w:r>
      <w:r>
        <w:rPr>
          <w:b w:val="0"/>
          <w:i w:val="0"/>
          <w:smallCaps w:val="0"/>
          <w:strike w:val="0"/>
          <w:color w:val="000000"/>
          <w:sz w:val="24"/>
          <w:u w:val="single"/>
        </w:rPr>
        <w:t xml:space="preserve">rtificial </w:t>
      </w:r>
      <w:r>
        <w:rPr>
          <w:b w:val="0"/>
          <w:i w:val="0"/>
          <w:smallCaps w:val="0"/>
          <w:strike w:val="0"/>
          <w:color w:val="000000"/>
          <w:sz w:val="24"/>
          <w:highlight w:val="cyan"/>
          <w:u w:val="single"/>
        </w:rPr>
        <w:t>i</w:t>
      </w:r>
      <w:r>
        <w:rPr>
          <w:b w:val="0"/>
          <w:i w:val="0"/>
          <w:smallCaps w:val="0"/>
          <w:strike w:val="0"/>
          <w:color w:val="000000"/>
          <w:sz w:val="24"/>
          <w:u w:val="single"/>
        </w:rPr>
        <w:t xml:space="preserve">ntelligence in </w:t>
      </w:r>
      <w:r>
        <w:rPr>
          <w:b w:val="0"/>
          <w:i w:val="0"/>
          <w:smallCaps w:val="0"/>
          <w:strike w:val="0"/>
          <w:color w:val="000000"/>
          <w:sz w:val="24"/>
          <w:highlight w:val="cyan"/>
          <w:u w:val="single"/>
        </w:rPr>
        <w:t>collaboration with other tech</w:t>
      </w:r>
      <w:r>
        <w:rPr>
          <w:b w:val="0"/>
          <w:i w:val="0"/>
          <w:smallCaps w:val="0"/>
          <w:strike w:val="0"/>
          <w:color w:val="000000"/>
          <w:sz w:val="24"/>
          <w:u w:val="single"/>
        </w:rPr>
        <w:t xml:space="preserve">nologies, </w:t>
      </w:r>
      <w:r>
        <w:rPr>
          <w:b w:val="0"/>
          <w:i w:val="0"/>
          <w:smallCaps w:val="0"/>
          <w:strike w:val="0"/>
          <w:color w:val="000000"/>
          <w:sz w:val="24"/>
          <w:highlight w:val="cyan"/>
          <w:u w:val="single"/>
        </w:rPr>
        <w:t>such as the</w:t>
      </w:r>
      <w:r>
        <w:rPr>
          <w:b w:val="0"/>
          <w:i w:val="0"/>
          <w:smallCaps w:val="0"/>
          <w:strike w:val="0"/>
          <w:color w:val="000000"/>
          <w:sz w:val="24"/>
          <w:u w:val="single"/>
        </w:rPr>
        <w:t xml:space="preserve"> Internet of Things </w:t>
      </w:r>
      <w:r>
        <w:rPr>
          <w:b w:val="0"/>
          <w:i w:val="0"/>
          <w:smallCaps w:val="0"/>
          <w:strike w:val="0"/>
          <w:color w:val="000000"/>
          <w:sz w:val="24"/>
          <w:highlight w:val="cyan"/>
          <w:u w:val="single"/>
        </w:rPr>
        <w:t>(IoT),</w:t>
      </w:r>
      <w:r>
        <w:rPr>
          <w:b w:val="0"/>
          <w:i w:val="0"/>
          <w:smallCaps w:val="0"/>
          <w:strike w:val="0"/>
          <w:color w:val="000000"/>
          <w:sz w:val="24"/>
          <w:u w:val="single"/>
        </w:rPr>
        <w:t xml:space="preserve"> </w:t>
      </w:r>
      <w:r>
        <w:rPr>
          <w:b w:val="0"/>
          <w:i w:val="0"/>
          <w:smallCaps w:val="0"/>
          <w:strike w:val="0"/>
          <w:color w:val="000000"/>
          <w:sz w:val="24"/>
          <w:highlight w:val="cyan"/>
          <w:u w:val="single"/>
        </w:rPr>
        <w:t>cloud computing and big data analytics, has</w:t>
      </w:r>
      <w:r>
        <w:rPr>
          <w:b w:val="0"/>
          <w:i w:val="0"/>
          <w:smallCaps w:val="0"/>
          <w:strike w:val="0"/>
          <w:color w:val="000000"/>
          <w:sz w:val="24"/>
          <w:u w:val="single"/>
        </w:rPr>
        <w:t xml:space="preserve"> significantly </w:t>
      </w:r>
      <w:r>
        <w:rPr>
          <w:b w:val="0"/>
          <w:i w:val="0"/>
          <w:smallCaps w:val="0"/>
          <w:strike w:val="0"/>
          <w:color w:val="000000"/>
          <w:sz w:val="24"/>
          <w:highlight w:val="cyan"/>
          <w:u w:val="single"/>
        </w:rPr>
        <w:t>transformed</w:t>
      </w:r>
      <w:r>
        <w:rPr>
          <w:b w:val="0"/>
          <w:i w:val="0"/>
          <w:smallCaps w:val="0"/>
          <w:strike w:val="0"/>
          <w:color w:val="000000"/>
          <w:sz w:val="24"/>
          <w:u w:val="single"/>
        </w:rPr>
        <w:t xml:space="preserve"> the </w:t>
      </w:r>
      <w:r>
        <w:rPr>
          <w:b w:val="0"/>
          <w:i w:val="0"/>
          <w:smallCaps w:val="0"/>
          <w:strike w:val="0"/>
          <w:color w:val="000000"/>
          <w:sz w:val="24"/>
          <w:highlight w:val="cyan"/>
          <w:u w:val="single"/>
        </w:rPr>
        <w:t>renewable energy sector.</w:t>
      </w:r>
      <w:r>
        <w:rPr>
          <w:b w:val="0"/>
          <w:i w:val="0"/>
          <w:smallCaps w:val="0"/>
          <w:strike w:val="0"/>
          <w:color w:val="000000"/>
          <w:sz w:val="16"/>
          <w:u w:val="none"/>
        </w:rPr>
        <w:t xml:space="preserve"> </w:t>
      </w:r>
      <w:r>
        <w:rPr>
          <w:b w:val="0"/>
          <w:i w:val="0"/>
          <w:smallCaps w:val="0"/>
          <w:strike w:val="0"/>
          <w:color w:val="000000"/>
          <w:sz w:val="16"/>
          <w:highlight w:val="cyan"/>
          <w:u w:val="none"/>
        </w:rPr>
        <w:t>AI programs have the ability to combine weather data and sensors to optimize, predict and manage energy</w:t>
      </w:r>
      <w:r>
        <w:rPr>
          <w:b w:val="0"/>
          <w:i w:val="0"/>
          <w:smallCaps w:val="0"/>
          <w:strike w:val="0"/>
          <w:color w:val="000000"/>
          <w:sz w:val="16"/>
          <w:u w:val="none"/>
        </w:rPr>
        <w:t xml:space="preserve"> consumption across different sectors. </w:t>
      </w:r>
      <w:r>
        <w:rPr>
          <w:b w:val="0"/>
          <w:i w:val="0"/>
          <w:smallCaps w:val="0"/>
          <w:strike w:val="0"/>
          <w:color w:val="000000"/>
          <w:sz w:val="24"/>
          <w:u w:val="single"/>
        </w:rPr>
        <w:t>AI-based accurate predictions result in increased dispatch efficiency and reducing the operating reserves needed.</w:t>
      </w:r>
    </w:p>
    <w:p>
      <w:pPr>
        <w:spacing w:after="60"/>
      </w:pPr>
      <w:r>
        <w:rPr>
          <w:b w:val="0"/>
          <w:i w:val="0"/>
          <w:smallCaps w:val="0"/>
          <w:strike w:val="0"/>
          <w:sz w:val="16"/>
          <w:u w:val="none"/>
        </w:rPr>
        <w:t>Helping People With Disabilities: Artificial intelligence has also assisted people living independently with disabilities. Voice-assisted AI is one of the major breakthroughs, particularly for those who are visually impaired. It helps them communicate with others using smart devices and describe their surroundings. Tools like this can significantly help in overcoming daily obstacles for those with disabilities.</w:t>
      </w:r>
    </w:p>
    <w:p>
      <w:pPr>
        <w:spacing w:after="60"/>
      </w:pPr>
      <w:r>
        <w:rPr>
          <w:b w:val="0"/>
          <w:i w:val="0"/>
          <w:smallCaps w:val="0"/>
          <w:strike w:val="0"/>
          <w:sz w:val="16"/>
          <w:u w:val="none"/>
        </w:rPr>
        <w:t>Investing In AI For Good</w:t>
      </w:r>
    </w:p>
    <w:p>
      <w:pPr>
        <w:spacing w:after="60"/>
      </w:pPr>
      <w:r>
        <w:rPr>
          <w:b w:val="0"/>
          <w:i w:val="0"/>
          <w:smallCaps w:val="0"/>
          <w:strike w:val="0"/>
          <w:sz w:val="16"/>
          <w:u w:val="none"/>
        </w:rPr>
        <w:t>While the adoption of AI technologies is increasing, challenges remain. I’ve found that some of the major challenges faced by organizations developing AI solutions for social good include the fear of risk; defining how to measure the value the solution will bring; an incomplete understanding of AI; the high cost of technology; and regulatory, ethical and security concerns. However, organizations and institutions can overcome them by investing in advanced research, human capital and infrastructure, and encouraging AI literacy in society.</w:t>
      </w:r>
    </w:p>
    <w:p>
      <w:pPr>
        <w:spacing w:after="60"/>
      </w:pPr>
      <w:r>
        <w:rPr>
          <w:b w:val="0"/>
          <w:i w:val="0"/>
          <w:smallCaps w:val="0"/>
          <w:strike w:val="0"/>
          <w:sz w:val="16"/>
          <w:u w:val="none"/>
        </w:rPr>
        <w:t>Organizations planning to invest in advanced AI research or implementing AI for social good must actively collaborate with research institutions and government bodies to apply their AI solutions for real-world impact. Moreover, workshops and forums are some of the best platforms for organizations to gather the insights they need. These platforms can be used to understand whether an organization’s solutions are the right fit to solve challenges for social good.</w:t>
      </w:r>
    </w:p>
    <w:p>
      <w:pPr>
        <w:spacing w:after="60"/>
      </w:pPr>
      <w:r>
        <w:rPr>
          <w:b w:val="0"/>
          <w:i w:val="0"/>
          <w:smallCaps w:val="0"/>
          <w:strike w:val="0"/>
          <w:sz w:val="16"/>
          <w:u w:val="none"/>
        </w:rPr>
        <w:t>Bottom Line</w:t>
      </w:r>
    </w:p>
    <w:p>
      <w:pPr>
        <w:spacing w:after="60"/>
      </w:pPr>
      <w:r>
        <w:rPr>
          <w:b w:val="0"/>
          <w:i w:val="0"/>
          <w:smallCaps w:val="0"/>
          <w:strike w:val="0"/>
          <w:color w:val="000000"/>
          <w:sz w:val="24"/>
          <w:highlight w:val="cyan"/>
          <w:u w:val="single"/>
        </w:rPr>
        <w:t>A</w:t>
      </w:r>
      <w:r>
        <w:rPr>
          <w:b w:val="0"/>
          <w:i w:val="0"/>
          <w:smallCaps w:val="0"/>
          <w:strike w:val="0"/>
          <w:color w:val="000000"/>
          <w:sz w:val="24"/>
          <w:u w:val="single"/>
        </w:rPr>
        <w:t xml:space="preserve">rtificial </w:t>
      </w:r>
      <w:r>
        <w:rPr>
          <w:b w:val="0"/>
          <w:i w:val="0"/>
          <w:smallCaps w:val="0"/>
          <w:strike w:val="0"/>
          <w:color w:val="000000"/>
          <w:sz w:val="24"/>
          <w:highlight w:val="cyan"/>
          <w:u w:val="single"/>
        </w:rPr>
        <w:t>i</w:t>
      </w:r>
      <w:r>
        <w:rPr>
          <w:b w:val="0"/>
          <w:i w:val="0"/>
          <w:smallCaps w:val="0"/>
          <w:strike w:val="0"/>
          <w:color w:val="000000"/>
          <w:sz w:val="24"/>
          <w:u w:val="single"/>
        </w:rPr>
        <w:t xml:space="preserve">ntelligence </w:t>
      </w:r>
      <w:r>
        <w:rPr>
          <w:b w:val="0"/>
          <w:i w:val="0"/>
          <w:smallCaps w:val="0"/>
          <w:strike w:val="0"/>
          <w:color w:val="000000"/>
          <w:sz w:val="24"/>
          <w:highlight w:val="cyan"/>
          <w:u w:val="single"/>
        </w:rPr>
        <w:t>has enormous potential to serve society, bringing</w:t>
      </w:r>
      <w:r>
        <w:rPr>
          <w:b w:val="0"/>
          <w:i w:val="0"/>
          <w:smallCaps w:val="0"/>
          <w:strike w:val="0"/>
          <w:color w:val="000000"/>
          <w:sz w:val="24"/>
          <w:u w:val="single"/>
        </w:rPr>
        <w:t xml:space="preserve"> more </w:t>
      </w:r>
      <w:r>
        <w:rPr>
          <w:b w:val="0"/>
          <w:i w:val="0"/>
          <w:smallCaps w:val="0"/>
          <w:strike w:val="0"/>
          <w:color w:val="000000"/>
          <w:sz w:val="24"/>
          <w:highlight w:val="cyan"/>
          <w:u w:val="single"/>
        </w:rPr>
        <w:t>radical innovations for humans in the future.</w:t>
      </w:r>
      <w:r>
        <w:rPr>
          <w:b w:val="0"/>
          <w:i w:val="0"/>
          <w:smallCaps w:val="0"/>
          <w:strike w:val="0"/>
          <w:color w:val="000000"/>
          <w:sz w:val="16"/>
          <w:u w:val="none"/>
        </w:rPr>
        <w:t xml:space="preserve"> Its </w:t>
      </w:r>
      <w:r>
        <w:rPr>
          <w:b w:val="0"/>
          <w:i w:val="0"/>
          <w:smallCaps w:val="0"/>
          <w:strike w:val="0"/>
          <w:color w:val="000000"/>
          <w:sz w:val="16"/>
          <w:highlight w:val="cyan"/>
          <w:u w:val="none"/>
        </w:rPr>
        <w:t>problem-solving ability</w:t>
      </w:r>
      <w:r>
        <w:rPr>
          <w:b w:val="0"/>
          <w:i w:val="0"/>
          <w:smallCaps w:val="0"/>
          <w:strike w:val="0"/>
          <w:color w:val="000000"/>
          <w:sz w:val="16"/>
          <w:u w:val="none"/>
        </w:rPr>
        <w:t xml:space="preserve"> could </w:t>
      </w:r>
      <w:r>
        <w:rPr>
          <w:b w:val="0"/>
          <w:i w:val="0"/>
          <w:smallCaps w:val="0"/>
          <w:strike w:val="0"/>
          <w:color w:val="000000"/>
          <w:sz w:val="16"/>
          <w:highlight w:val="cyan"/>
          <w:u w:val="none"/>
        </w:rPr>
        <w:t>help people and communities around the world by solving today’s toughest challenges</w:t>
      </w:r>
      <w:r>
        <w:rPr>
          <w:b w:val="0"/>
          <w:i w:val="0"/>
          <w:smallCaps w:val="0"/>
          <w:strike w:val="0"/>
          <w:color w:val="000000"/>
          <w:sz w:val="16"/>
          <w:u w:val="none"/>
        </w:rPr>
        <w:t xml:space="preserve">. </w:t>
      </w:r>
      <w:r>
        <w:rPr>
          <w:b w:val="0"/>
          <w:i w:val="0"/>
          <w:smallCaps w:val="0"/>
          <w:strike w:val="0"/>
          <w:color w:val="000000"/>
          <w:sz w:val="24"/>
          <w:u w:val="single"/>
        </w:rPr>
        <w:t xml:space="preserve">With sensible use of </w:t>
      </w:r>
      <w:r>
        <w:rPr>
          <w:b w:val="0"/>
          <w:i w:val="0"/>
          <w:smallCaps w:val="0"/>
          <w:strike w:val="0"/>
          <w:color w:val="000000"/>
          <w:sz w:val="24"/>
          <w:highlight w:val="cyan"/>
          <w:u w:val="single"/>
        </w:rPr>
        <w:t>AI,</w:t>
      </w:r>
      <w:r>
        <w:rPr>
          <w:b w:val="0"/>
          <w:i w:val="0"/>
          <w:smallCaps w:val="0"/>
          <w:strike w:val="0"/>
          <w:color w:val="000000"/>
          <w:sz w:val="24"/>
          <w:u w:val="single"/>
        </w:rPr>
        <w:t xml:space="preserve"> we </w:t>
      </w:r>
      <w:r>
        <w:rPr>
          <w:b w:val="0"/>
          <w:i w:val="0"/>
          <w:smallCaps w:val="0"/>
          <w:strike w:val="0"/>
          <w:color w:val="000000"/>
          <w:sz w:val="24"/>
          <w:highlight w:val="cyan"/>
          <w:u w:val="single"/>
        </w:rPr>
        <w:t>should continue</w:t>
      </w:r>
      <w:r>
        <w:rPr>
          <w:b w:val="0"/>
          <w:i w:val="0"/>
          <w:smallCaps w:val="0"/>
          <w:strike w:val="0"/>
          <w:color w:val="000000"/>
          <w:sz w:val="24"/>
          <w:u w:val="single"/>
        </w:rPr>
        <w:t xml:space="preserve"> to see a wide scope of AI applications and </w:t>
      </w:r>
      <w:r>
        <w:rPr>
          <w:b w:val="0"/>
          <w:i w:val="0"/>
          <w:smallCaps w:val="0"/>
          <w:strike w:val="0"/>
          <w:color w:val="000000"/>
          <w:sz w:val="24"/>
          <w:highlight w:val="cyan"/>
          <w:u w:val="single"/>
        </w:rPr>
        <w:t>new developments for social good.</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