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 is good and won’t cause extinction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Shermer 17</w:t>
      </w:r>
      <w:r>
        <w:rPr>
          <w:b w:val="0"/>
          <w:i w:val="0"/>
          <w:smallCaps w:val="0"/>
          <w:strike w:val="0"/>
          <w:sz w:val="13"/>
          <w:u w:val="none"/>
        </w:rPr>
        <w:t>—Dr</w:t>
      </w:r>
      <w:r>
        <w:rPr>
          <w:b w:val="0"/>
          <w:i w:val="0"/>
          <w:smallCaps w:val="0"/>
          <w:strike w:val="0"/>
          <w:sz w:val="13"/>
          <w:u w:val="none"/>
        </w:rPr>
        <w:t xml:space="preserve">. Michael Shermer is the Founding Publisher of Skeptic magazine, the host of the Science Salon Podcast, and a Presidential Fellow at Chapman University. ("Why artificial intelligence is not an existential threat", </w:t>
      </w:r>
      <w:r>
        <w:rPr>
          <w:b w:val="0"/>
          <w:i/>
          <w:smallCaps w:val="0"/>
          <w:strike w:val="0"/>
          <w:sz w:val="13"/>
          <w:u w:val="none"/>
        </w:rPr>
        <w:t>Skeptic</w:t>
      </w:r>
      <w:r>
        <w:rPr>
          <w:b w:val="0"/>
          <w:i w:val="0"/>
          <w:smallCaps w:val="0"/>
          <w:strike w:val="0"/>
          <w:sz w:val="13"/>
          <w:u w:val="none"/>
        </w:rPr>
        <w:t>, Vol. 22, No. 2, 2017, link.gale.com/apps/doc/A497859054/AONE?u=ksstate_ukans&amp;sid=AONE&amp;xid=dc2288db) | A</w:t>
      </w:r>
      <w:r>
        <w:rPr>
          <w:b w:val="0"/>
          <w:i w:val="0"/>
          <w:smallCaps w:val="0"/>
          <w:strike w:val="0"/>
          <w:sz w:val="13"/>
          <w:u w:val="none"/>
        </w:rPr>
        <w:t>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This brings to mind the "hard problem" of consciousness—if we don't understand how this happens in humans, how could we </w:t>
      </w:r>
      <w:r>
        <w:rPr>
          <w:b/>
          <w:i w:val="0"/>
          <w:smallCaps w:val="0"/>
          <w:strike w:val="0"/>
          <w:sz w:val="22"/>
          <w:u w:val="single"/>
        </w:rPr>
        <w:t xml:space="preserve">program it into </w:t>
      </w:r>
      <w:r>
        <w:rPr>
          <w:b/>
          <w:i w:val="0"/>
          <w:smallCaps w:val="0"/>
          <w:strike w:val="0"/>
          <w:sz w:val="22"/>
          <w:u w:val="single"/>
        </w:rPr>
        <w:t>computers?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As Steven Pinker elucidated in his answer to the 2015 Edge Question on what to think about machines that think, "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AI dystopias project a </w:t>
      </w:r>
      <w:r>
        <w:rPr>
          <w:b/>
          <w:i w:val="0"/>
          <w:smallCaps w:val="0"/>
          <w:strike w:val="0"/>
          <w:sz w:val="22"/>
          <w:u w:val="single"/>
        </w:rPr>
        <w:t>parochial alpha-male psychology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onto the </w:t>
      </w:r>
      <w:r>
        <w:rPr>
          <w:b/>
          <w:i w:val="0"/>
          <w:smallCaps w:val="0"/>
          <w:strike w:val="0"/>
          <w:sz w:val="22"/>
          <w:u w:val="single"/>
        </w:rPr>
        <w:t>concept of intelligence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assume that </w:t>
      </w:r>
      <w:r>
        <w:rPr>
          <w:b/>
          <w:i w:val="0"/>
          <w:smallCaps w:val="0"/>
          <w:strike w:val="0"/>
          <w:sz w:val="22"/>
          <w:u w:val="single"/>
        </w:rPr>
        <w:t>superhumanly intelligent robots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develop goals like </w:t>
      </w:r>
      <w:r>
        <w:rPr>
          <w:b/>
          <w:i w:val="0"/>
          <w:smallCaps w:val="0"/>
          <w:strike w:val="0"/>
          <w:sz w:val="22"/>
          <w:u w:val="single"/>
        </w:rPr>
        <w:t>deposing their masters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taking over the world</w:t>
      </w:r>
      <w:r>
        <w:rPr>
          <w:b w:val="0"/>
          <w:i w:val="0"/>
          <w:smallCaps w:val="0"/>
          <w:strike w:val="0"/>
          <w:u w:val="none"/>
        </w:rPr>
        <w:t xml:space="preserve">."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</w:t>
      </w:r>
      <w:r>
        <w:rPr>
          <w:b/>
          <w:i w:val="0"/>
          <w:smallCaps w:val="0"/>
          <w:strike w:val="0"/>
          <w:sz w:val="22"/>
          <w:u w:val="single"/>
        </w:rPr>
        <w:t>equally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possible</w:t>
      </w:r>
      <w:r>
        <w:rPr>
          <w:b w:val="0"/>
          <w:i w:val="0"/>
          <w:smallCaps w:val="0"/>
          <w:strike w:val="0"/>
          <w:u w:val="none"/>
        </w:rPr>
        <w:t xml:space="preserve">, Pinker suggests, </w:t>
      </w:r>
      <w:r>
        <w:rPr>
          <w:b w:val="0"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u w:val="none"/>
        </w:rPr>
        <w:t xml:space="preserve"> "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rtificial </w:t>
      </w: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u w:val="none"/>
        </w:rPr>
        <w:t xml:space="preserve">ntelligence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will naturally develop along female lines: </w:t>
      </w:r>
      <w:r>
        <w:rPr>
          <w:b/>
          <w:i w:val="0"/>
          <w:smallCaps w:val="0"/>
          <w:strike w:val="0"/>
          <w:sz w:val="22"/>
          <w:u w:val="single"/>
        </w:rPr>
        <w:t>fully capable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solving problems, but with </w:t>
      </w:r>
      <w:r>
        <w:rPr>
          <w:b/>
          <w:i w:val="0"/>
          <w:smallCaps w:val="0"/>
          <w:strike w:val="0"/>
          <w:sz w:val="22"/>
          <w:u w:val="single"/>
        </w:rPr>
        <w:t>no desire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annihilate innocents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dominate the civilization</w:t>
      </w:r>
      <w:r>
        <w:rPr>
          <w:b w:val="0"/>
          <w:i w:val="0"/>
          <w:smallCaps w:val="0"/>
          <w:strike w:val="0"/>
          <w:u w:val="none"/>
        </w:rPr>
        <w:t xml:space="preserve">." (14) 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fear that computers will become emotionally </w:t>
      </w:r>
      <w:r>
        <w:rPr>
          <w:b/>
          <w:i w:val="0"/>
          <w:smallCaps w:val="0"/>
          <w:strike w:val="0"/>
          <w:sz w:val="22"/>
          <w:u w:val="single"/>
        </w:rPr>
        <w:t>evil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u w:val="single"/>
        </w:rPr>
        <w:t>unfounded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because without the suite of these evolved </w:t>
      </w:r>
      <w:r>
        <w:rPr>
          <w:b/>
          <w:i w:val="0"/>
          <w:smallCaps w:val="0"/>
          <w:strike w:val="0"/>
          <w:sz w:val="22"/>
          <w:u w:val="single"/>
        </w:rPr>
        <w:t>emotions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will </w:t>
      </w:r>
      <w:r>
        <w:rPr>
          <w:b/>
          <w:i w:val="0"/>
          <w:smallCaps w:val="0"/>
          <w:strike w:val="0"/>
          <w:sz w:val="22"/>
          <w:u w:val="single"/>
        </w:rPr>
        <w:t>never occur to AIs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take such actions against us.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