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Upsets global stability.</w:t>
      </w:r>
    </w:p>
    <w:p>
      <w:pPr>
        <w:spacing w:after="80"/>
      </w:pPr>
      <w:r>
        <w:rPr>
          <w:b/>
          <w:i w:val="0"/>
          <w:smallCaps w:val="0"/>
          <w:strike w:val="0"/>
          <w:sz w:val="26"/>
          <w:u w:val="none"/>
        </w:rPr>
        <w:t>Rashid et al</w:t>
      </w:r>
      <w:r>
        <w:rPr>
          <w:b/>
          <w:i w:val="0"/>
          <w:smallCaps w:val="0"/>
          <w:strike w:val="0"/>
          <w:sz w:val="26"/>
          <w:u w:val="none"/>
        </w:rPr>
        <w:t>,</w:t>
      </w:r>
      <w:r>
        <w:rPr>
          <w:b/>
          <w:i w:val="0"/>
          <w:smallCaps w:val="0"/>
          <w:strike w:val="0"/>
          <w:sz w:val="26"/>
          <w:u w:val="none"/>
        </w:rPr>
        <w:t xml:space="preserve"> ’23</w:t>
      </w:r>
      <w:r>
        <w:rPr>
          <w:b/>
          <w:i w:val="0"/>
          <w:smallCaps w:val="0"/>
          <w:strike w:val="0"/>
          <w:sz w:val="26"/>
          <w:u w:val="none"/>
        </w:rPr>
        <w:t>,</w:t>
      </w:r>
      <w:r>
        <w:rPr>
          <w:b/>
          <w:i w:val="0"/>
          <w:smallCaps w:val="0"/>
          <w:strike w:val="0"/>
          <w:sz w:val="16"/>
          <w:u w:val="none"/>
        </w:rPr>
        <w:t xml:space="preserve"> </w:t>
      </w:r>
      <w:r>
        <w:rPr>
          <w:b/>
          <w:i w:val="0"/>
          <w:smallCaps w:val="0"/>
          <w:strike w:val="0"/>
          <w:sz w:val="16"/>
          <w:u w:val="none"/>
        </w:rPr>
        <w:t>Adib Bin, Masters in mechanical engineering at Military Institute of Science and Technology Assistant Professor, assistant professor at Department of Industrial and Production Engineering (IPE),[Rashid, Adib Bin, Kausik, Ashfakul Karim, Al Hassan Sunny, Ahamed, Bappy, Mehedy Hassan, Artificial Intelligence in the Military: An Overview of the Capabilities, Applications, and Challenges, International Journal of Intelligent Systems, 2023, 8676366, 31 pages, 2023. https://doi.org/10.1155/2023/8676366]</w:t>
      </w:r>
    </w:p>
    <w:p>
      <w:pPr>
        <w:spacing w:after="60"/>
      </w:pPr>
      <w:r>
        <w:rPr>
          <w:b w:val="0"/>
          <w:i w:val="0"/>
          <w:smallCaps w:val="0"/>
          <w:strike w:val="0"/>
          <w:sz w:val="16"/>
          <w:u w:val="none"/>
        </w:rPr>
        <w:t xml:space="preserve">4.6. The Overall Uncertainties, Threats, and Challenges of AI Overall, aside from its own challenges, it can also </w:t>
      </w:r>
      <w:r>
        <w:rPr>
          <w:b w:val="0"/>
          <w:i w:val="0"/>
          <w:smallCaps w:val="0"/>
          <w:strike w:val="0"/>
          <w:highlight w:val="cyan"/>
          <w:u w:val="single"/>
        </w:rPr>
        <w:t>create</w:t>
      </w:r>
      <w:r>
        <w:rPr>
          <w:b w:val="0"/>
          <w:i w:val="0"/>
          <w:smallCaps w:val="0"/>
          <w:strike w:val="0"/>
          <w:u w:val="single"/>
        </w:rPr>
        <w:t xml:space="preserve"> challenges of its own which could be termed as </w:t>
      </w:r>
      <w:r>
        <w:rPr>
          <w:b w:val="0"/>
          <w:i w:val="0"/>
          <w:smallCaps w:val="0"/>
          <w:strike w:val="0"/>
          <w:highlight w:val="cyan"/>
          <w:u w:val="single"/>
        </w:rPr>
        <w:t>threats</w:t>
      </w:r>
      <w:r>
        <w:rPr>
          <w:b w:val="0"/>
          <w:i w:val="0"/>
          <w:smallCaps w:val="0"/>
          <w:strike w:val="0"/>
          <w:sz w:val="16"/>
          <w:u w:val="none"/>
        </w:rPr>
        <w:t xml:space="preserve">. The paper has already discussed how </w:t>
      </w:r>
      <w:r>
        <w:rPr>
          <w:b w:val="0"/>
          <w:i w:val="0"/>
          <w:smallCaps w:val="0"/>
          <w:strike w:val="0"/>
          <w:highlight w:val="cyan"/>
          <w:u w:val="single"/>
        </w:rPr>
        <w:t>AI could be used for worldwide instability and can bring so much chaos in the same field of military capabilities</w:t>
      </w:r>
      <w:r>
        <w:rPr>
          <w:b w:val="0"/>
          <w:i w:val="0"/>
          <w:smallCaps w:val="0"/>
          <w:strike w:val="0"/>
          <w:sz w:val="16"/>
          <w:u w:val="none"/>
        </w:rPr>
        <w:t xml:space="preserve">, which has been helping the globe to develop for a long time. </w:t>
      </w:r>
      <w:r>
        <w:rPr>
          <w:b w:val="0"/>
          <w:i w:val="0"/>
          <w:smallCaps w:val="0"/>
          <w:strike w:val="0"/>
          <w:u w:val="single"/>
        </w:rPr>
        <w:t>AI in the military can be a double-edged sword if not implied following global ethics</w:t>
      </w:r>
      <w:r>
        <w:rPr>
          <w:b w:val="0"/>
          <w:i w:val="0"/>
          <w:smallCaps w:val="0"/>
          <w:strike w:val="0"/>
          <w:sz w:val="16"/>
          <w:u w:val="none"/>
        </w:rPr>
        <w:t xml:space="preserve"> (Table 2 is one of the examples) and not observed frequently with the right moderators and evaluators. </w:t>
      </w:r>
      <w:r>
        <w:rPr>
          <w:b w:val="0"/>
          <w:i w:val="0"/>
          <w:smallCaps w:val="0"/>
          <w:strike w:val="0"/>
          <w:u w:val="single"/>
        </w:rPr>
        <w:t xml:space="preserve">A </w:t>
      </w:r>
      <w:r>
        <w:rPr>
          <w:b w:val="0"/>
          <w:i w:val="0"/>
          <w:smallCaps w:val="0"/>
          <w:strike w:val="0"/>
          <w:highlight w:val="cyan"/>
          <w:u w:val="single"/>
        </w:rPr>
        <w:t>slight misguidance and negligence can lead any nation’s military to the verge of collapse resulting in global instability or an alarming scenario</w:t>
      </w:r>
      <w:r>
        <w:rPr>
          <w:b w:val="0"/>
          <w:i w:val="0"/>
          <w:smallCaps w:val="0"/>
          <w:strike w:val="0"/>
          <w:u w:val="single"/>
        </w:rPr>
        <w:t xml:space="preserve"> that no one expected</w:t>
      </w:r>
      <w:r>
        <w:rPr>
          <w:b w:val="0"/>
          <w:i w:val="0"/>
          <w:smallCaps w:val="0"/>
          <w:strike w:val="0"/>
          <w:sz w:val="16"/>
          <w:u w:val="none"/>
        </w:rPr>
        <w:t xml:space="preserve">. For a better summarization, let us explore and highlight the major uncertainties, threats, and challenges of AI in the current domain of military applications and implementations: (1) Ethical concerns: </w:t>
      </w:r>
      <w:r>
        <w:rPr>
          <w:b w:val="0"/>
          <w:i w:val="0"/>
          <w:smallCaps w:val="0"/>
          <w:strike w:val="0"/>
          <w:u w:val="single"/>
        </w:rPr>
        <w:t xml:space="preserve">The use of </w:t>
      </w:r>
      <w:r>
        <w:rPr>
          <w:b w:val="0"/>
          <w:i w:val="0"/>
          <w:smallCaps w:val="0"/>
          <w:strike w:val="0"/>
          <w:highlight w:val="cyan"/>
          <w:u w:val="single"/>
        </w:rPr>
        <w:t>AI in the military raises</w:t>
      </w:r>
      <w:r>
        <w:rPr>
          <w:b w:val="0"/>
          <w:i w:val="0"/>
          <w:smallCaps w:val="0"/>
          <w:strike w:val="0"/>
          <w:u w:val="single"/>
        </w:rPr>
        <w:t xml:space="preserve"> several ethical concerns, including the potential </w:t>
      </w:r>
      <w:r>
        <w:rPr>
          <w:b w:val="0"/>
          <w:i w:val="0"/>
          <w:smallCaps w:val="0"/>
          <w:strike w:val="0"/>
          <w:highlight w:val="cyan"/>
          <w:u w:val="single"/>
        </w:rPr>
        <w:t>for autonomous weapons systems to make life-or-death decisions without human oversight</w:t>
      </w:r>
      <w:r>
        <w:rPr>
          <w:b w:val="0"/>
          <w:i w:val="0"/>
          <w:smallCaps w:val="0"/>
          <w:strike w:val="0"/>
          <w:sz w:val="16"/>
          <w:u w:val="none"/>
        </w:rPr>
        <w:t xml:space="preserve">. There is a </w:t>
      </w:r>
      <w:r>
        <w:rPr>
          <w:b w:val="0"/>
          <w:i w:val="0"/>
          <w:smallCaps w:val="0"/>
          <w:strike w:val="0"/>
          <w:u w:val="single"/>
        </w:rPr>
        <w:t>need to ensure that the use of AI in military applications aligns with ethical standards and principles.</w:t>
      </w:r>
      <w:r>
        <w:rPr>
          <w:b w:val="0"/>
          <w:i w:val="0"/>
          <w:smallCaps w:val="0"/>
          <w:strike w:val="0"/>
          <w:u w:val="single"/>
        </w:rPr>
        <w:t xml:space="preserve"> </w:t>
      </w:r>
      <w:r>
        <w:rPr>
          <w:b w:val="0"/>
          <w:i w:val="0"/>
          <w:smallCaps w:val="0"/>
          <w:strike w:val="0"/>
          <w:sz w:val="16"/>
          <w:u w:val="none"/>
        </w:rPr>
        <w:t xml:space="preserve">(2) Reliability: One of the </w:t>
      </w:r>
      <w:r>
        <w:rPr>
          <w:b w:val="0"/>
          <w:i w:val="0"/>
          <w:smallCaps w:val="0"/>
          <w:strike w:val="0"/>
          <w:u w:val="single"/>
        </w:rPr>
        <w:t>main challenges of using AI in military applications is ensuring its reliability</w:t>
      </w:r>
      <w:r>
        <w:rPr>
          <w:b w:val="0"/>
          <w:i w:val="0"/>
          <w:smallCaps w:val="0"/>
          <w:strike w:val="0"/>
          <w:sz w:val="16"/>
          <w:u w:val="none"/>
        </w:rPr>
        <w:t xml:space="preserve">. The accuracy of AI models heavily depends on the quality and quantity of data used for training, and </w:t>
      </w:r>
      <w:r>
        <w:rPr>
          <w:b w:val="0"/>
          <w:i w:val="0"/>
          <w:smallCaps w:val="0"/>
          <w:strike w:val="0"/>
          <w:u w:val="single"/>
        </w:rPr>
        <w:t xml:space="preserve">there is </w:t>
      </w:r>
      <w:r>
        <w:rPr>
          <w:b w:val="0"/>
          <w:i w:val="0"/>
          <w:smallCaps w:val="0"/>
          <w:strike w:val="0"/>
          <w:highlight w:val="cyan"/>
          <w:u w:val="single"/>
        </w:rPr>
        <w:t>always a risk of errors and bias in the data</w:t>
      </w:r>
      <w:r>
        <w:rPr>
          <w:b w:val="0"/>
          <w:i w:val="0"/>
          <w:smallCaps w:val="0"/>
          <w:strike w:val="0"/>
          <w:sz w:val="16"/>
          <w:u w:val="none"/>
        </w:rPr>
        <w:t xml:space="preserve">. </w:t>
      </w:r>
      <w:r>
        <w:rPr>
          <w:b w:val="0"/>
          <w:i w:val="0"/>
          <w:smallCaps w:val="0"/>
          <w:strike w:val="0"/>
          <w:highlight w:val="cyan"/>
          <w:u w:val="single"/>
        </w:rPr>
        <w:t>Any inaccuracies</w:t>
      </w:r>
      <w:r>
        <w:rPr>
          <w:b w:val="0"/>
          <w:i w:val="0"/>
          <w:smallCaps w:val="0"/>
          <w:strike w:val="0"/>
          <w:u w:val="single"/>
        </w:rPr>
        <w:t xml:space="preserve"> in the output of an AI </w:t>
      </w:r>
      <w:r>
        <w:rPr>
          <w:b w:val="0"/>
          <w:i w:val="0"/>
          <w:smallCaps w:val="0"/>
          <w:strike w:val="0"/>
          <w:highlight w:val="cyan"/>
          <w:u w:val="single"/>
        </w:rPr>
        <w:t>system could have severe consequences</w:t>
      </w:r>
      <w:r>
        <w:rPr>
          <w:b w:val="0"/>
          <w:i w:val="0"/>
          <w:smallCaps w:val="0"/>
          <w:strike w:val="0"/>
          <w:u w:val="single"/>
        </w:rPr>
        <w:t>, particularly in military operations.</w:t>
      </w:r>
      <w:r>
        <w:rPr>
          <w:b w:val="0"/>
          <w:i w:val="0"/>
          <w:smallCaps w:val="0"/>
          <w:strike w:val="0"/>
          <w:u w:val="single"/>
        </w:rPr>
        <w:t xml:space="preserve"> </w:t>
      </w:r>
      <w:r>
        <w:rPr>
          <w:b w:val="0"/>
          <w:i w:val="0"/>
          <w:smallCaps w:val="0"/>
          <w:strike w:val="0"/>
          <w:sz w:val="16"/>
          <w:u w:val="none"/>
        </w:rPr>
        <w:t>(3) Cybersecurity</w:t>
      </w:r>
      <w:r>
        <w:rPr>
          <w:b w:val="0"/>
          <w:i w:val="0"/>
          <w:smallCaps w:val="0"/>
          <w:strike w:val="0"/>
          <w:u w:val="single"/>
        </w:rPr>
        <w:t>: AI systems in the military are often interconnected with other systems</w:t>
      </w:r>
      <w:r>
        <w:rPr>
          <w:b w:val="0"/>
          <w:i w:val="0"/>
          <w:smallCaps w:val="0"/>
          <w:strike w:val="0"/>
          <w:sz w:val="16"/>
          <w:u w:val="none"/>
        </w:rPr>
        <w:t xml:space="preserve"> and, therefore, are vulnerable to cyberattacks. The malicious use of </w:t>
      </w:r>
      <w:r>
        <w:rPr>
          <w:b w:val="0"/>
          <w:i w:val="0"/>
          <w:smallCaps w:val="0"/>
          <w:strike w:val="0"/>
          <w:u w:val="single"/>
        </w:rPr>
        <w:t xml:space="preserve">AI can </w:t>
      </w:r>
      <w:r>
        <w:rPr>
          <w:b w:val="0"/>
          <w:i w:val="0"/>
          <w:smallCaps w:val="0"/>
          <w:strike w:val="0"/>
          <w:u w:val="single"/>
        </w:rPr>
        <w:t>cause significant harm to the military’s infrastructure, personnel, and operations</w:t>
      </w:r>
      <w:r>
        <w:rPr>
          <w:b w:val="0"/>
          <w:i w:val="0"/>
          <w:smallCaps w:val="0"/>
          <w:strike w:val="0"/>
          <w:sz w:val="16"/>
          <w:u w:val="none"/>
        </w:rPr>
        <w:t xml:space="preserve">. Moreover, </w:t>
      </w:r>
      <w:r>
        <w:rPr>
          <w:b w:val="0"/>
          <w:i w:val="0"/>
          <w:smallCaps w:val="0"/>
          <w:strike w:val="0"/>
          <w:highlight w:val="cyan"/>
          <w:u w:val="single"/>
        </w:rPr>
        <w:t>AI-powered cyberattacks could be difficult to detect and prevent</w:t>
      </w:r>
      <w:r>
        <w:rPr>
          <w:b w:val="0"/>
          <w:i w:val="0"/>
          <w:smallCaps w:val="0"/>
          <w:strike w:val="0"/>
          <w:u w:val="single"/>
        </w:rPr>
        <w:t>.</w:t>
      </w:r>
      <w:r>
        <w:rPr>
          <w:b w:val="0"/>
          <w:i w:val="0"/>
          <w:smallCaps w:val="0"/>
          <w:strike w:val="0"/>
          <w:u w:val="single"/>
        </w:rPr>
        <w:t xml:space="preserve"> </w:t>
      </w:r>
      <w:r>
        <w:rPr>
          <w:b w:val="0"/>
          <w:i w:val="0"/>
          <w:smallCaps w:val="0"/>
          <w:strike w:val="0"/>
          <w:sz w:val="16"/>
          <w:u w:val="none"/>
        </w:rPr>
        <w:t>(4) Adversarial attacks</w:t>
      </w:r>
      <w:r>
        <w:rPr>
          <w:b w:val="0"/>
          <w:i w:val="0"/>
          <w:smallCaps w:val="0"/>
          <w:strike w:val="0"/>
          <w:sz w:val="16"/>
          <w:highlight w:val="cyan"/>
          <w:u w:val="none"/>
        </w:rPr>
        <w:t xml:space="preserve">: </w:t>
      </w:r>
      <w:r>
        <w:rPr>
          <w:b w:val="0"/>
          <w:i w:val="0"/>
          <w:smallCaps w:val="0"/>
          <w:strike w:val="0"/>
          <w:highlight w:val="cyan"/>
          <w:u w:val="single"/>
        </w:rPr>
        <w:t>Adversarial attacks</w:t>
      </w:r>
      <w:r>
        <w:rPr>
          <w:b w:val="0"/>
          <w:i w:val="0"/>
          <w:smallCaps w:val="0"/>
          <w:strike w:val="0"/>
          <w:sz w:val="16"/>
          <w:u w:val="none"/>
        </w:rPr>
        <w:t xml:space="preserve"> are a type of attack that can </w:t>
      </w:r>
      <w:r>
        <w:rPr>
          <w:b w:val="0"/>
          <w:i w:val="0"/>
          <w:smallCaps w:val="0"/>
          <w:strike w:val="0"/>
          <w:u w:val="single"/>
        </w:rPr>
        <w:t>cause AI systems to produce incorrect results</w:t>
      </w:r>
      <w:r>
        <w:rPr>
          <w:b w:val="0"/>
          <w:i w:val="0"/>
          <w:smallCaps w:val="0"/>
          <w:strike w:val="0"/>
          <w:sz w:val="16"/>
          <w:u w:val="none"/>
        </w:rPr>
        <w:t xml:space="preserve"> by manipulating the input data. In a military context, adversarial attacks </w:t>
      </w:r>
      <w:r>
        <w:rPr>
          <w:b w:val="0"/>
          <w:i w:val="0"/>
          <w:smallCaps w:val="0"/>
          <w:strike w:val="0"/>
          <w:highlight w:val="cyan"/>
          <w:u w:val="single"/>
        </w:rPr>
        <w:t>could cause an AI system to misidentify targets or provide misleading information</w:t>
      </w:r>
      <w:r>
        <w:rPr>
          <w:b w:val="0"/>
          <w:i w:val="0"/>
          <w:smallCaps w:val="0"/>
          <w:strike w:val="0"/>
          <w:sz w:val="16"/>
          <w:u w:val="none"/>
        </w:rPr>
        <w:t xml:space="preserve">. (5) Training: Developing and training AI systems for military applications requires significant resources and expertise. Moreover, the quality and quantity of data available for training can be limited, making it difficult to create accurate and reliable AI models. (6) Integration: Integrating AI systems with existing military infrastructure and processes can be challenging. This requires significant changes to existing systems and processes, which can be time-consuming and expensive. (7) Public perception and conception: The </w:t>
      </w:r>
      <w:r>
        <w:rPr>
          <w:b w:val="0"/>
          <w:i w:val="0"/>
          <w:smallCaps w:val="0"/>
          <w:strike w:val="0"/>
          <w:u w:val="single"/>
        </w:rPr>
        <w:t xml:space="preserve">use of AI in military applications raises concerns among the public about the </w:t>
      </w:r>
      <w:r>
        <w:rPr>
          <w:b w:val="0"/>
          <w:i w:val="0"/>
          <w:smallCaps w:val="0"/>
          <w:strike w:val="0"/>
          <w:highlight w:val="cyan"/>
          <w:u w:val="single"/>
        </w:rPr>
        <w:t>potential for machines to replace human soldiers, reduce accountability, and increase the risk of harm to civilians</w:t>
      </w:r>
      <w:r>
        <w:rPr>
          <w:b w:val="0"/>
          <w:i w:val="0"/>
          <w:smallCaps w:val="0"/>
          <w:strike w:val="0"/>
          <w:u w:val="single"/>
        </w:rPr>
        <w:t>.</w:t>
      </w:r>
      <w:r>
        <w:rPr>
          <w:b w:val="0"/>
          <w:i w:val="0"/>
          <w:smallCaps w:val="0"/>
          <w:strike w:val="0"/>
          <w:u w:val="single"/>
        </w:rPr>
        <w:t xml:space="preserve"> </w:t>
      </w:r>
      <w:r>
        <w:rPr>
          <w:b w:val="0"/>
          <w:i w:val="0"/>
          <w:smallCaps w:val="0"/>
          <w:strike w:val="0"/>
          <w:sz w:val="16"/>
          <w:u w:val="none"/>
        </w:rPr>
        <w:t>Last but not least, the rectitude of AI augmentation and processing systems are particularly susceptible to deception, even though it is a persistent intelligence and strategic issue that predates the cyber age</w:t>
      </w:r>
      <w:r>
        <w:rPr>
          <w:b w:val="0"/>
          <w:i w:val="0"/>
          <w:smallCaps w:val="0"/>
          <w:strike w:val="0"/>
          <w:u w:val="single"/>
        </w:rPr>
        <w:t xml:space="preserve">. Reliance on AI coupled with </w:t>
      </w:r>
      <w:r>
        <w:rPr>
          <w:b w:val="0"/>
          <w:i w:val="0"/>
          <w:smallCaps w:val="0"/>
          <w:strike w:val="0"/>
          <w:highlight w:val="cyan"/>
          <w:u w:val="single"/>
        </w:rPr>
        <w:t>malicious actors’ exploitation of technology could significantly exacerbate the disruptive consequences</w:t>
      </w:r>
      <w:r>
        <w:rPr>
          <w:b w:val="0"/>
          <w:i w:val="0"/>
          <w:smallCaps w:val="0"/>
          <w:strike w:val="0"/>
          <w:u w:val="single"/>
        </w:rPr>
        <w:t xml:space="preserve"> of disinformation operations</w:t>
      </w:r>
      <w:r>
        <w:rPr>
          <w:b w:val="0"/>
          <w:i w:val="0"/>
          <w:smallCaps w:val="0"/>
          <w:strike w:val="0"/>
          <w:sz w:val="16"/>
          <w:u w:val="none"/>
        </w:rPr>
        <w:t>. Establishing legislative frameworks that determine how new technology interacts with the current arsenal of disinformation tools, such as social media, should be a crucial responsibility of governments</w:t>
      </w:r>
      <w:r>
        <w:rPr>
          <w:b w:val="0"/>
          <w:i w:val="0"/>
          <w:smallCaps w:val="0"/>
          <w:strike w:val="0"/>
          <w:u w:val="single"/>
        </w:rPr>
        <w:t>. Time constraints prevented a more thorough investigation of an AI system’s vulnerability</w:t>
      </w:r>
      <w:r>
        <w:rPr>
          <w:b w:val="0"/>
          <w:i w:val="0"/>
          <w:smallCaps w:val="0"/>
          <w:strike w:val="0"/>
          <w:sz w:val="16"/>
          <w:u w:val="none"/>
        </w:rPr>
        <w:t>, but the tabletop exercise was riddled with indications and suspicions of AI-related espionage. They will probably endure in the real world as well</w:t>
      </w:r>
      <w:r>
        <w:rPr>
          <w:b w:val="0"/>
          <w:i w:val="0"/>
          <w:smallCaps w:val="0"/>
          <w:strike w:val="0"/>
          <w:u w:val="single"/>
        </w:rPr>
        <w:t xml:space="preserve">. </w:t>
      </w:r>
      <w:r>
        <w:rPr>
          <w:b w:val="0"/>
          <w:i w:val="0"/>
          <w:smallCaps w:val="0"/>
          <w:strike w:val="0"/>
          <w:highlight w:val="cyan"/>
          <w:u w:val="single"/>
        </w:rPr>
        <w:t>These AI-related facts must be considered since they threaten world peace and stability</w:t>
      </w:r>
      <w:r>
        <w:rPr>
          <w:b w:val="0"/>
          <w:i w:val="0"/>
          <w:smallCaps w:val="0"/>
          <w:strike w:val="0"/>
          <w:sz w:val="16"/>
          <w:u w:val="none"/>
        </w:rPr>
        <w:t xml:space="preserve"> [116, 117].</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