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Military AI makes </w:t>
      </w:r>
      <w:r>
        <w:rPr>
          <w:b/>
          <w:i w:val="0"/>
          <w:smallCaps w:val="0"/>
          <w:strike w:val="0"/>
          <w:sz w:val="26"/>
          <w:u w:val="single"/>
        </w:rPr>
        <w:t>better</w:t>
      </w:r>
      <w:r>
        <w:rPr>
          <w:b/>
          <w:i w:val="0"/>
          <w:smallCaps w:val="0"/>
          <w:strike w:val="0"/>
          <w:sz w:val="26"/>
          <w:u w:val="none"/>
        </w:rPr>
        <w:t xml:space="preserve"> decisions than humans.</w:t>
      </w:r>
    </w:p>
    <w:p>
      <w:pPr>
        <w:spacing w:after="80"/>
      </w:pPr>
      <w:r>
        <w:rPr>
          <w:b/>
          <w:i w:val="0"/>
          <w:smallCaps w:val="0"/>
          <w:strike w:val="0"/>
          <w:sz w:val="26"/>
          <w:u w:val="none"/>
        </w:rPr>
        <w:t>S</w:t>
      </w:r>
      <w:r>
        <w:rPr>
          <w:b w:val="0"/>
          <w:i w:val="0"/>
          <w:smallCaps w:val="0"/>
          <w:strike w:val="0"/>
          <w:u w:val="none"/>
        </w:rPr>
        <w:t xml:space="preserve">entient </w:t>
      </w:r>
      <w:r>
        <w:rPr>
          <w:b/>
          <w:i w:val="0"/>
          <w:smallCaps w:val="0"/>
          <w:strike w:val="0"/>
          <w:sz w:val="26"/>
          <w:u w:val="none"/>
        </w:rPr>
        <w:t>D</w:t>
      </w:r>
      <w:r>
        <w:rPr>
          <w:b w:val="0"/>
          <w:i w:val="0"/>
          <w:smallCaps w:val="0"/>
          <w:strike w:val="0"/>
          <w:u w:val="none"/>
        </w:rPr>
        <w:t xml:space="preserve">igital, </w:t>
      </w:r>
      <w:r>
        <w:rPr>
          <w:b/>
          <w:i w:val="0"/>
          <w:smallCaps w:val="0"/>
          <w:strike w:val="0"/>
          <w:sz w:val="26"/>
          <w:u w:val="none"/>
        </w:rPr>
        <w:t>I</w:t>
      </w:r>
      <w:r>
        <w:rPr>
          <w:b w:val="0"/>
          <w:i w:val="0"/>
          <w:smallCaps w:val="0"/>
          <w:strike w:val="0"/>
          <w:u w:val="none"/>
        </w:rPr>
        <w:t>nc</w:t>
      </w:r>
      <w:r>
        <w:rPr>
          <w:b/>
          <w:i w:val="0"/>
          <w:smallCaps w:val="0"/>
          <w:strike w:val="0"/>
          <w:sz w:val="26"/>
          <w:u w:val="none"/>
        </w:rPr>
        <w:t xml:space="preserve">. 24, </w:t>
      </w:r>
      <w:r>
        <w:rPr>
          <w:b w:val="0"/>
          <w:i w:val="0"/>
          <w:smallCaps w:val="0"/>
          <w:strike w:val="0"/>
          <w:u w:val="none"/>
        </w:rPr>
        <w:t>03-15-2024, Sentient Digital, Inc. is a technology solutions provider for government and commercial clients."The Most Useful Military Applications of AI", https://sdi.ai/blog/the-most-useful-military-applications-of-ai/</w:t>
      </w:r>
    </w:p>
    <w:p>
      <w:pPr>
        <w:spacing w:after="60"/>
      </w:pPr>
      <w:r>
        <w:rPr>
          <w:b w:val="0"/>
          <w:i w:val="0"/>
          <w:smallCaps w:val="0"/>
          <w:strike w:val="0"/>
          <w:u w:val="none"/>
        </w:rPr>
        <w:t xml:space="preserve">One of the best benefits of artificial intelligence in the military is in an area that military commanders might feel hesitant to let AI contribute. That is helping with strategic decision making. </w:t>
      </w:r>
      <w:r>
        <w:rPr>
          <w:b w:val="0"/>
          <w:i w:val="0"/>
          <w:smallCaps w:val="0"/>
          <w:strike w:val="0"/>
          <w:sz w:val="22"/>
          <w:highlight w:val="cyan"/>
          <w:u w:val="single"/>
        </w:rPr>
        <w:t>AI</w:t>
      </w:r>
      <w:r>
        <w:rPr>
          <w:b w:val="0"/>
          <w:i w:val="0"/>
          <w:smallCaps w:val="0"/>
          <w:strike w:val="0"/>
          <w:sz w:val="22"/>
          <w:u w:val="single"/>
        </w:rPr>
        <w:t xml:space="preserve">’s </w:t>
      </w:r>
      <w:r>
        <w:rPr>
          <w:b w:val="0"/>
          <w:i w:val="0"/>
          <w:smallCaps w:val="0"/>
          <w:strike w:val="0"/>
          <w:sz w:val="22"/>
          <w:highlight w:val="cyan"/>
          <w:u w:val="single"/>
        </w:rPr>
        <w:t>algorithms</w:t>
      </w:r>
      <w:r>
        <w:rPr>
          <w:b w:val="0"/>
          <w:i w:val="0"/>
          <w:smallCaps w:val="0"/>
          <w:strike w:val="0"/>
          <w:sz w:val="22"/>
          <w:u w:val="single"/>
        </w:rPr>
        <w:t xml:space="preserve"> </w:t>
      </w:r>
      <w:r>
        <w:rPr>
          <w:b w:val="0"/>
          <w:i w:val="0"/>
          <w:smallCaps w:val="0"/>
          <w:strike w:val="0"/>
          <w:sz w:val="22"/>
          <w:highlight w:val="cyan"/>
          <w:u w:val="single"/>
        </w:rPr>
        <w:t>are able</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collect and </w:t>
      </w:r>
      <w:r>
        <w:rPr>
          <w:b w:val="0"/>
          <w:i w:val="0"/>
          <w:smallCaps w:val="0"/>
          <w:strike w:val="0"/>
          <w:sz w:val="22"/>
          <w:highlight w:val="cyan"/>
          <w:u w:val="single"/>
        </w:rPr>
        <w:t>process data from numerous different sources</w:t>
      </w:r>
      <w:r>
        <w:rPr>
          <w:b w:val="0"/>
          <w:i w:val="0"/>
          <w:smallCaps w:val="0"/>
          <w:strike w:val="0"/>
          <w:sz w:val="22"/>
          <w:u w:val="single"/>
        </w:rPr>
        <w:t xml:space="preserve"> to aid in decision making, </w:t>
      </w:r>
      <w:r>
        <w:rPr>
          <w:b w:val="0"/>
          <w:i w:val="0"/>
          <w:smallCaps w:val="0"/>
          <w:strike w:val="0"/>
          <w:sz w:val="22"/>
          <w:highlight w:val="cyan"/>
          <w:u w:val="single"/>
        </w:rPr>
        <w:t>especially in high-stress situations</w:t>
      </w:r>
      <w:r>
        <w:rPr>
          <w:b w:val="0"/>
          <w:i w:val="0"/>
          <w:smallCaps w:val="0"/>
          <w:strike w:val="0"/>
          <w:sz w:val="22"/>
          <w:u w:val="single"/>
        </w:rPr>
        <w:t xml:space="preserve">. In many circumstances </w:t>
      </w:r>
      <w:r>
        <w:rPr>
          <w:b w:val="0"/>
          <w:i w:val="0"/>
          <w:smallCaps w:val="0"/>
          <w:strike w:val="0"/>
          <w:sz w:val="22"/>
          <w:highlight w:val="cyan"/>
          <w:u w:val="single"/>
        </w:rPr>
        <w:t>AI systems can quickly and efficiently analyze a situation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make the best decision in a critical situation</w:t>
      </w:r>
      <w:r>
        <w:rPr>
          <w:b w:val="0"/>
          <w:i w:val="0"/>
          <w:smallCaps w:val="0"/>
          <w:strike w:val="0"/>
          <w:u w:val="none"/>
        </w:rPr>
        <w:t xml:space="preserve">. It is also able to </w:t>
      </w:r>
      <w:r>
        <w:rPr>
          <w:b w:val="0"/>
          <w:i w:val="0"/>
          <w:smallCaps w:val="0"/>
          <w:strike w:val="0"/>
          <w:sz w:val="22"/>
          <w:highlight w:val="cyan"/>
          <w:u w:val="single"/>
        </w:rPr>
        <w:t>neutralize prejudices</w:t>
      </w:r>
      <w:r>
        <w:rPr>
          <w:b w:val="0"/>
          <w:i w:val="0"/>
          <w:smallCaps w:val="0"/>
          <w:strike w:val="0"/>
          <w:u w:val="none"/>
        </w:rPr>
        <w:t xml:space="preserve"> that may come with human input, with the caveat that AI may not yet have a fully developed understanding of human ethical concerns and there is a danger of AI learning from the biases that may exist in materials in its database. However, </w:t>
      </w:r>
      <w:r>
        <w:rPr>
          <w:b w:val="0"/>
          <w:i w:val="0"/>
          <w:smallCaps w:val="0"/>
          <w:strike w:val="0"/>
          <w:sz w:val="22"/>
          <w:u w:val="single"/>
        </w:rPr>
        <w:t xml:space="preserve">decision making under pressure is a critical part of being a service member, and AI and humans can work together to make this process easier. The combination of humans’ ethical understanding and </w:t>
      </w:r>
      <w:r>
        <w:rPr>
          <w:b w:val="0"/>
          <w:i w:val="0"/>
          <w:smallCaps w:val="0"/>
          <w:strike w:val="0"/>
          <w:sz w:val="22"/>
          <w:highlight w:val="cyan"/>
          <w:u w:val="single"/>
        </w:rPr>
        <w:t>AI’s quick analytical abilities</w:t>
      </w:r>
      <w:r>
        <w:rPr>
          <w:b w:val="0"/>
          <w:i w:val="0"/>
          <w:smallCaps w:val="0"/>
          <w:strike w:val="0"/>
          <w:sz w:val="22"/>
          <w:u w:val="single"/>
        </w:rPr>
        <w:t xml:space="preserve"> can </w:t>
      </w:r>
      <w:r>
        <w:rPr>
          <w:b w:val="0"/>
          <w:i w:val="0"/>
          <w:smallCaps w:val="0"/>
          <w:strike w:val="0"/>
          <w:sz w:val="22"/>
          <w:highlight w:val="cyan"/>
          <w:u w:val="single"/>
        </w:rPr>
        <w:t>speed</w:t>
      </w:r>
      <w:r>
        <w:rPr>
          <w:b w:val="0"/>
          <w:i w:val="0"/>
          <w:smallCaps w:val="0"/>
          <w:strike w:val="0"/>
          <w:sz w:val="22"/>
          <w:u w:val="single"/>
        </w:rPr>
        <w:t xml:space="preserve"> </w:t>
      </w:r>
      <w:r>
        <w:rPr>
          <w:b w:val="0"/>
          <w:i w:val="0"/>
          <w:smallCaps w:val="0"/>
          <w:strike w:val="0"/>
          <w:sz w:val="22"/>
          <w:highlight w:val="cyan"/>
          <w:u w:val="single"/>
        </w:rPr>
        <w:t>up the decision making process</w:t>
      </w:r>
      <w:r>
        <w:rPr>
          <w:b w:val="0"/>
          <w:i w:val="0"/>
          <w:smallCaps w:val="0"/>
          <w:strike w:val="0"/>
          <w:u w:val="none"/>
        </w:rPr>
        <w:t xml:space="preserve">. Generative AI can contribute to the decision-making process in military settings. Rapidly sorting through large amounts of data, generative models can show connections, patterns, and potential implications that humans alone would take a longer time to find. This information can be presented to human decision makers not only as reports but also in a conversational format, facilitating human-AI collaboration. </w:t>
      </w:r>
      <w:r>
        <w:rPr>
          <w:b w:val="0"/>
          <w:i w:val="0"/>
          <w:smallCaps w:val="0"/>
          <w:strike w:val="0"/>
          <w:sz w:val="22"/>
          <w:highlight w:val="cyan"/>
          <w:u w:val="single"/>
        </w:rPr>
        <w:t>AI can also create simulations to test out possible scenarios</w:t>
      </w:r>
      <w:r>
        <w:rPr>
          <w:b w:val="0"/>
          <w:i w:val="0"/>
          <w:smallCaps w:val="0"/>
          <w:strike w:val="0"/>
          <w:sz w:val="22"/>
          <w:u w:val="single"/>
        </w:rPr>
        <w:t xml:space="preserve">, </w:t>
      </w:r>
      <w:r>
        <w:rPr>
          <w:b w:val="0"/>
          <w:i w:val="0"/>
          <w:smallCaps w:val="0"/>
          <w:strike w:val="0"/>
          <w:sz w:val="22"/>
          <w:highlight w:val="cyan"/>
          <w:u w:val="single"/>
        </w:rPr>
        <w:t xml:space="preserve">allowing for </w:t>
      </w:r>
      <w:r>
        <w:rPr>
          <w:b w:val="0"/>
          <w:i w:val="0"/>
          <w:smallCaps w:val="0"/>
          <w:strike w:val="0"/>
          <w:sz w:val="22"/>
          <w:u w:val="single"/>
        </w:rPr>
        <w:t xml:space="preserve">more </w:t>
      </w:r>
      <w:r>
        <w:rPr>
          <w:b w:val="0"/>
          <w:i w:val="0"/>
          <w:smallCaps w:val="0"/>
          <w:strike w:val="0"/>
          <w:sz w:val="22"/>
          <w:highlight w:val="cyan"/>
          <w:u w:val="single"/>
        </w:rPr>
        <w:t>informed decision making</w:t>
      </w:r>
      <w:r>
        <w:rPr>
          <w:b w:val="0"/>
          <w:i w:val="0"/>
          <w:smallCaps w:val="0"/>
          <w:strike w:val="0"/>
          <w:sz w:val="22"/>
          <w:u w:val="single"/>
        </w:rPr>
        <w:t>. Upon receiving this information from AI, humans must fill in the gaps, using their understanding of ethical principles, national security interests, and situational nuances to create optimal outcomes</w:t>
      </w:r>
      <w:r>
        <w:rPr>
          <w:b w:val="0"/>
          <w:i w:val="0"/>
          <w:smallCaps w:val="0"/>
          <w:strike w:val="0"/>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