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sz w:val="26"/>
          <w:u w:val="none"/>
        </w:rPr>
        <w:t xml:space="preserve">AI improves the military while combined with human process </w:t>
      </w:r>
    </w:p>
    <w:p>
      <w:pPr>
        <w:spacing w:after="80"/>
      </w:pPr>
      <w:r>
        <w:rPr>
          <w:b/>
          <w:i w:val="0"/>
          <w:smallCaps w:val="0"/>
          <w:strike w:val="0"/>
          <w:u w:val="none"/>
        </w:rPr>
        <w:t>National Security Technology Accelerator 1/24/24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sz w:val="16"/>
          <w:u w:val="none"/>
        </w:rPr>
        <w:t>[https://nstxl.org/how-artificial-intelligence-is-changing-the-future-of-military-defense-strategies/]</w:t>
      </w:r>
    </w:p>
    <w:p>
      <w:pPr>
        <w:spacing w:after="60"/>
      </w:pPr>
      <w:r>
        <w:rPr>
          <w:b w:val="0"/>
          <w:i w:val="0"/>
          <w:smallCaps w:val="0"/>
          <w:strike w:val="0"/>
          <w:highlight w:val="cyan"/>
          <w:u w:val="single"/>
        </w:rPr>
        <w:t>The</w:t>
      </w:r>
      <w:r>
        <w:rPr>
          <w:b w:val="0"/>
          <w:i w:val="0"/>
          <w:smallCaps w:val="0"/>
          <w:strike w:val="0"/>
          <w:u w:val="single"/>
        </w:rPr>
        <w:t xml:space="preserve"> sheer volume of </w:t>
      </w:r>
      <w:r>
        <w:rPr>
          <w:b w:val="0"/>
          <w:i w:val="0"/>
          <w:smallCaps w:val="0"/>
          <w:strike w:val="0"/>
          <w:highlight w:val="cyan"/>
          <w:u w:val="single"/>
        </w:rPr>
        <w:t>data</w:t>
      </w:r>
      <w:r>
        <w:rPr>
          <w:b w:val="0"/>
          <w:i w:val="0"/>
          <w:smallCaps w:val="0"/>
          <w:strike w:val="0"/>
          <w:u w:val="single"/>
        </w:rPr>
        <w:t xml:space="preserve"> that </w:t>
      </w:r>
      <w:r>
        <w:rPr>
          <w:b w:val="0"/>
          <w:i w:val="0"/>
          <w:smallCaps w:val="0"/>
          <w:strike w:val="0"/>
          <w:highlight w:val="cyan"/>
          <w:u w:val="single"/>
        </w:rPr>
        <w:t>the military collects</w:t>
      </w:r>
      <w:r>
        <w:rPr>
          <w:b w:val="0"/>
          <w:i w:val="0"/>
          <w:smallCaps w:val="0"/>
          <w:strike w:val="0"/>
          <w:u w:val="single"/>
        </w:rPr>
        <w:t xml:space="preserve"> is overwhelming and </w:t>
      </w:r>
      <w:r>
        <w:rPr>
          <w:b w:val="0"/>
          <w:i w:val="0"/>
          <w:smallCaps w:val="0"/>
          <w:strike w:val="0"/>
          <w:highlight w:val="cyan"/>
          <w:u w:val="single"/>
        </w:rPr>
        <w:t>requires</w:t>
      </w:r>
      <w:r>
        <w:rPr>
          <w:b w:val="0"/>
          <w:i w:val="0"/>
          <w:smallCaps w:val="0"/>
          <w:strike w:val="0"/>
          <w:u w:val="single"/>
        </w:rPr>
        <w:t xml:space="preserve"> the </w:t>
      </w:r>
      <w:r>
        <w:rPr>
          <w:b w:val="0"/>
          <w:i w:val="0"/>
          <w:smallCaps w:val="0"/>
          <w:strike w:val="0"/>
          <w:highlight w:val="cyan"/>
          <w:u w:val="single"/>
        </w:rPr>
        <w:t>help of computer analysis</w:t>
      </w:r>
      <w:r>
        <w:rPr>
          <w:b w:val="0"/>
          <w:i w:val="0"/>
          <w:smallCaps w:val="0"/>
          <w:strike w:val="0"/>
          <w:u w:val="single"/>
        </w:rPr>
        <w:t xml:space="preserve">. </w:t>
      </w:r>
      <w:r>
        <w:rPr>
          <w:b w:val="0"/>
          <w:i w:val="0"/>
          <w:smallCaps w:val="0"/>
          <w:strike w:val="0"/>
          <w:highlight w:val="cyan"/>
          <w:u w:val="single"/>
        </w:rPr>
        <w:t>Running an algorithm is</w:t>
      </w:r>
      <w:r>
        <w:rPr>
          <w:b w:val="0"/>
          <w:i w:val="0"/>
          <w:smallCaps w:val="0"/>
          <w:strike w:val="0"/>
          <w:u w:val="single"/>
        </w:rPr>
        <w:t xml:space="preserve"> a much </w:t>
      </w:r>
      <w:r>
        <w:rPr>
          <w:b w:val="0"/>
          <w:i w:val="0"/>
          <w:smallCaps w:val="0"/>
          <w:strike w:val="0"/>
          <w:highlight w:val="cyan"/>
          <w:u w:val="single"/>
        </w:rPr>
        <w:t>more effective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way to make sense of all the raw data. It reduces big data into a digestible amount of information that a human can understand.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 w:val="0"/>
          <w:i w:val="0"/>
          <w:smallCaps w:val="0"/>
          <w:strike w:val="0"/>
          <w:sz w:val="16"/>
          <w:u w:val="none"/>
        </w:rPr>
        <w:t xml:space="preserve">This is how military leadership can make actionable decisions based on facts. </w:t>
      </w:r>
      <w:r>
        <w:rPr>
          <w:b w:val="0"/>
          <w:i w:val="0"/>
          <w:smallCaps w:val="0"/>
          <w:strike w:val="0"/>
          <w:highlight w:val="cyan"/>
          <w:u w:val="single"/>
        </w:rPr>
        <w:t>The military can</w:t>
      </w:r>
      <w:r>
        <w:rPr>
          <w:b w:val="0"/>
          <w:i w:val="0"/>
          <w:smallCaps w:val="0"/>
          <w:strike w:val="0"/>
          <w:u w:val="single"/>
        </w:rPr>
        <w:t xml:space="preserve"> make tremendous </w:t>
      </w:r>
      <w:r>
        <w:rPr>
          <w:b w:val="0"/>
          <w:i w:val="0"/>
          <w:smallCaps w:val="0"/>
          <w:strike w:val="0"/>
          <w:highlight w:val="cyan"/>
          <w:u w:val="single"/>
        </w:rPr>
        <w:t>improve</w:t>
      </w:r>
      <w:r>
        <w:rPr>
          <w:b w:val="0"/>
          <w:i w:val="0"/>
          <w:smallCaps w:val="0"/>
          <w:strike w:val="0"/>
          <w:u w:val="single"/>
        </w:rPr>
        <w:t xml:space="preserve">ments with their </w:t>
      </w:r>
      <w:r>
        <w:rPr>
          <w:b w:val="0"/>
          <w:i w:val="0"/>
          <w:smallCaps w:val="0"/>
          <w:strike w:val="0"/>
          <w:highlight w:val="cyan"/>
          <w:u w:val="single"/>
        </w:rPr>
        <w:t>strategic decision-making</w:t>
      </w:r>
      <w:r>
        <w:rPr>
          <w:b w:val="0"/>
          <w:i w:val="0"/>
          <w:smallCaps w:val="0"/>
          <w:strike w:val="0"/>
          <w:u w:val="single"/>
        </w:rPr>
        <w:t xml:space="preserve">, </w:t>
      </w:r>
      <w:r>
        <w:rPr>
          <w:b w:val="0"/>
          <w:i w:val="0"/>
          <w:smallCaps w:val="0"/>
          <w:strike w:val="0"/>
          <w:sz w:val="16"/>
          <w:u w:val="none"/>
        </w:rPr>
        <w:t>including quick and exact scenario analyses. During</w:t>
      </w:r>
      <w:r>
        <w:rPr>
          <w:b w:val="0"/>
          <w:i w:val="0"/>
          <w:smallCaps w:val="0"/>
          <w:strike w:val="0"/>
          <w:u w:val="single"/>
        </w:rPr>
        <w:t xml:space="preserve"> urgent circumstances, </w:t>
      </w:r>
      <w:r>
        <w:rPr>
          <w:b w:val="0"/>
          <w:i w:val="0"/>
          <w:smallCaps w:val="0"/>
          <w:strike w:val="0"/>
          <w:highlight w:val="cyan"/>
          <w:u w:val="single"/>
        </w:rPr>
        <w:t>AI can neutralize biases</w:t>
      </w:r>
      <w:r>
        <w:rPr>
          <w:b w:val="0"/>
          <w:i w:val="0"/>
          <w:smallCaps w:val="0"/>
          <w:strike w:val="0"/>
          <w:u w:val="single"/>
        </w:rPr>
        <w:t>.</w:t>
      </w:r>
      <w:r>
        <w:rPr>
          <w:b w:val="0"/>
          <w:i w:val="0"/>
          <w:smallCaps w:val="0"/>
          <w:strike w:val="0"/>
          <w:u w:val="single"/>
        </w:rPr>
        <w:t xml:space="preserve"> </w:t>
      </w:r>
      <w:r>
        <w:rPr>
          <w:b w:val="0"/>
          <w:i w:val="0"/>
          <w:smallCaps w:val="0"/>
          <w:strike w:val="0"/>
          <w:u w:val="single"/>
        </w:rPr>
        <w:t>Artificial intelligence is a prime tool for training, lending itself to opportunities to give soldiers and personnel individualized instruction</w:t>
      </w:r>
      <w:r>
        <w:rPr>
          <w:b w:val="0"/>
          <w:i w:val="0"/>
          <w:smallCaps w:val="0"/>
          <w:strike w:val="0"/>
          <w:sz w:val="16"/>
          <w:u w:val="none"/>
        </w:rPr>
        <w:t>. Computer models and technology are reliable. Simulations and exercises of the future are becoming more and more real, helping the military better prepare for times of warfare.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 w:val="0"/>
          <w:i w:val="0"/>
          <w:smallCaps w:val="0"/>
          <w:strike w:val="0"/>
          <w:u w:val="single"/>
        </w:rPr>
        <w:t xml:space="preserve">AI can bridge gaps in military defenses, </w:t>
      </w:r>
      <w:r>
        <w:rPr>
          <w:b w:val="0"/>
          <w:i w:val="0"/>
          <w:smallCaps w:val="0"/>
          <w:strike w:val="0"/>
          <w:highlight w:val="cyan"/>
          <w:u w:val="single"/>
        </w:rPr>
        <w:t>making departments less fragmented</w:t>
      </w:r>
      <w:r>
        <w:rPr>
          <w:b w:val="0"/>
          <w:i w:val="0"/>
          <w:smallCaps w:val="0"/>
          <w:strike w:val="0"/>
          <w:sz w:val="16"/>
          <w:u w:val="none"/>
        </w:rPr>
        <w:t xml:space="preserve">. Data processing runs more efficiently from various sources. Logistics is more proactive because it can make administrative tasks easier. </w:t>
      </w:r>
      <w:r>
        <w:rPr>
          <w:b w:val="0"/>
          <w:i w:val="0"/>
          <w:smallCaps w:val="0"/>
          <w:strike w:val="0"/>
          <w:highlight w:val="cyan"/>
          <w:u w:val="single"/>
        </w:rPr>
        <w:t>Thanks to autonomous logistics, troops are in less danger, and support systems are more enhanced.</w:t>
      </w:r>
    </w:p>
    <w:p>
      <w:pPr>
        <w:pStyle w:val="Caption"/>
      </w:pPr>
      <w:r>
        <w:t>Source: Innovation Good Bad Supplement - Michigan 2024 BLP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