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warming.</w:t>
      </w:r>
    </w:p>
    <w:p>
      <w:pPr>
        <w:spacing w:after="80"/>
      </w:pPr>
      <w:r>
        <w:rPr>
          <w:b/>
          <w:i w:val="0"/>
          <w:smallCaps w:val="0"/>
          <w:strike w:val="0"/>
          <w:sz w:val="26"/>
          <w:u w:val="none"/>
        </w:rPr>
        <w:t>Hill ‘20</w:t>
      </w:r>
      <w:r>
        <w:rPr>
          <w:b w:val="0"/>
          <w:i w:val="0"/>
          <w:smallCaps w:val="0"/>
          <w:strike w:val="0"/>
          <w:u w:val="none"/>
        </w:rPr>
        <w:t xml:space="preserve"> [Victor; 11/3/20; Financial Economist with the International Finance Corporation at the World Bank, lead writer for Master Investor, holds degrees from the University of Oxford, </w:t>
      </w:r>
      <w:r>
        <w:rPr>
          <w:b w:val="0"/>
          <w:i w:val="0"/>
          <w:smallCaps w:val="0"/>
          <w:strike w:val="0"/>
          <w:u w:val="none"/>
        </w:rPr>
        <w:t>Institut</w:t>
      </w:r>
      <w:r>
        <w:rPr>
          <w:b w:val="0"/>
          <w:i w:val="0"/>
          <w:smallCaps w:val="0"/>
          <w:strike w:val="0"/>
          <w:u w:val="none"/>
        </w:rPr>
        <w:t xml:space="preserve"> </w:t>
      </w:r>
      <w:r>
        <w:rPr>
          <w:b w:val="0"/>
          <w:i w:val="0"/>
          <w:smallCaps w:val="0"/>
          <w:strike w:val="0"/>
          <w:u w:val="none"/>
        </w:rPr>
        <w:t>Européen</w:t>
      </w:r>
      <w:r>
        <w:rPr>
          <w:b w:val="0"/>
          <w:i w:val="0"/>
          <w:smallCaps w:val="0"/>
          <w:strike w:val="0"/>
          <w:u w:val="none"/>
        </w:rPr>
        <w:t xml:space="preserve"> </w:t>
      </w:r>
      <w:r>
        <w:rPr>
          <w:b w:val="0"/>
          <w:i w:val="0"/>
          <w:smallCaps w:val="0"/>
          <w:strike w:val="0"/>
          <w:u w:val="none"/>
        </w:rPr>
        <w:t>d'Administration</w:t>
      </w:r>
      <w:r>
        <w:rPr>
          <w:b w:val="0"/>
          <w:i w:val="0"/>
          <w:smallCaps w:val="0"/>
          <w:strike w:val="0"/>
          <w:u w:val="none"/>
        </w:rPr>
        <w:t xml:space="preserve"> des Affaires, and Canterbury Christ Church University; "Only capitalism will save the planet," https://masterinvestor.co.uk/economics/only-capitalism-will-save-the-planet/]</w:t>
      </w:r>
    </w:p>
    <w:p>
      <w:pPr>
        <w:spacing w:after="60"/>
      </w:pPr>
      <w:r>
        <w:rPr>
          <w:b/>
          <w:i w:val="0"/>
          <w:smallCaps w:val="0"/>
          <w:strike w:val="0"/>
          <w:u w:val="single"/>
        </w:rPr>
        <w:t>While</w:t>
      </w:r>
      <w:r>
        <w:rPr>
          <w:b w:val="0"/>
          <w:i w:val="0"/>
          <w:smallCaps w:val="0"/>
          <w:strike w:val="0"/>
          <w:sz w:val="16"/>
          <w:u w:val="none"/>
        </w:rPr>
        <w:t xml:space="preserve"> the global </w:t>
      </w:r>
      <w:r>
        <w:rPr>
          <w:b/>
          <w:i w:val="0"/>
          <w:smallCaps w:val="0"/>
          <w:strike w:val="0"/>
          <w:u w:val="single"/>
        </w:rPr>
        <w:t>coronavirus</w:t>
      </w:r>
      <w:r>
        <w:rPr>
          <w:b w:val="0"/>
          <w:i w:val="0"/>
          <w:smallCaps w:val="0"/>
          <w:strike w:val="0"/>
          <w:sz w:val="16"/>
          <w:u w:val="none"/>
        </w:rPr>
        <w:t xml:space="preserve"> pandemic has </w:t>
      </w:r>
      <w:r>
        <w:rPr>
          <w:b/>
          <w:i w:val="0"/>
          <w:smallCaps w:val="0"/>
          <w:strike w:val="0"/>
          <w:u w:val="single"/>
        </w:rPr>
        <w:t>diverted attention away from</w:t>
      </w:r>
      <w:r>
        <w:rPr>
          <w:b w:val="0"/>
          <w:i w:val="0"/>
          <w:smallCaps w:val="0"/>
          <w:strike w:val="0"/>
          <w:sz w:val="16"/>
          <w:u w:val="none"/>
        </w:rPr>
        <w:t xml:space="preserve"> the fraught issue of </w:t>
      </w:r>
      <w:r>
        <w:rPr>
          <w:b/>
          <w:i w:val="0"/>
          <w:smallCaps w:val="0"/>
          <w:strike w:val="0"/>
          <w:u w:val="single"/>
        </w:rPr>
        <w:t>climate change</w:t>
      </w:r>
      <w:r>
        <w:rPr>
          <w:b w:val="0"/>
          <w:i w:val="0"/>
          <w:smallCaps w:val="0"/>
          <w:strike w:val="0"/>
          <w:sz w:val="16"/>
          <w:u w:val="none"/>
        </w:rPr>
        <w:t xml:space="preserve"> and what to do about it, the </w:t>
      </w:r>
      <w:r>
        <w:rPr>
          <w:b/>
          <w:i w:val="0"/>
          <w:smallCaps w:val="0"/>
          <w:strike w:val="0"/>
          <w:u w:val="single"/>
        </w:rPr>
        <w:t>environmental activism of groups</w:t>
      </w:r>
      <w:r>
        <w:rPr>
          <w:b w:val="0"/>
          <w:i w:val="0"/>
          <w:smallCaps w:val="0"/>
          <w:strike w:val="0"/>
          <w:sz w:val="16"/>
          <w:u w:val="none"/>
        </w:rPr>
        <w:t xml:space="preserve"> such as Extinction Rebellion (XR) </w:t>
      </w:r>
      <w:r>
        <w:rPr>
          <w:b/>
          <w:i w:val="0"/>
          <w:smallCaps w:val="0"/>
          <w:strike w:val="0"/>
          <w:u w:val="single"/>
        </w:rPr>
        <w:t>has continued</w:t>
      </w:r>
      <w:r>
        <w:rPr>
          <w:b w:val="0"/>
          <w:i w:val="0"/>
          <w:smallCaps w:val="0"/>
          <w:strike w:val="0"/>
          <w:sz w:val="16"/>
          <w:u w:val="none"/>
        </w:rPr>
        <w:t xml:space="preserve"> to simmer. In fact, this year XR has blended with the Black Lives Matter (BLM) movement such that explicitly anti-capitalist environmental protest and anti-patriarchal, anti-colonial wokery have become intimately entwined. </w:t>
      </w:r>
      <w:r>
        <w:rPr>
          <w:b/>
          <w:i w:val="0"/>
          <w:smallCaps w:val="0"/>
          <w:strike w:val="0"/>
          <w:u w:val="single"/>
        </w:rPr>
        <w:t>The</w:t>
      </w:r>
      <w:r>
        <w:rPr>
          <w:b w:val="0"/>
          <w:i w:val="0"/>
          <w:smallCaps w:val="0"/>
          <w:strike w:val="0"/>
          <w:sz w:val="16"/>
          <w:u w:val="none"/>
        </w:rPr>
        <w:t xml:space="preserve"> underlying </w:t>
      </w:r>
      <w:r>
        <w:rPr>
          <w:b/>
          <w:i w:val="0"/>
          <w:smallCaps w:val="0"/>
          <w:strike w:val="0"/>
          <w:u w:val="single"/>
        </w:rPr>
        <w:t>message</w:t>
      </w:r>
      <w:r>
        <w:rPr>
          <w:b w:val="0"/>
          <w:i w:val="0"/>
          <w:smallCaps w:val="0"/>
          <w:strike w:val="0"/>
          <w:sz w:val="16"/>
          <w:u w:val="none"/>
        </w:rPr>
        <w:t xml:space="preserve"> is: </w:t>
      </w:r>
      <w:r>
        <w:rPr>
          <w:b/>
          <w:i w:val="0"/>
          <w:smallCaps w:val="0"/>
          <w:strike w:val="0"/>
          <w:u w:val="single"/>
        </w:rPr>
        <w:t>If you want to save the planet</w:t>
      </w:r>
      <w:r>
        <w:rPr>
          <w:b w:val="0"/>
          <w:i w:val="0"/>
          <w:smallCaps w:val="0"/>
          <w:strike w:val="0"/>
          <w:sz w:val="16"/>
          <w:u w:val="none"/>
        </w:rPr>
        <w:t xml:space="preserve"> you have to </w:t>
      </w:r>
      <w:r>
        <w:rPr>
          <w:b/>
          <w:i w:val="0"/>
          <w:smallCaps w:val="0"/>
          <w:strike w:val="0"/>
          <w:u w:val="single"/>
        </w:rPr>
        <w:t>change the system</w:t>
      </w:r>
      <w:r>
        <w:rPr>
          <w:b w:val="0"/>
          <w:i w:val="0"/>
          <w:smallCaps w:val="0"/>
          <w:strike w:val="0"/>
          <w:sz w:val="16"/>
          <w:u w:val="none"/>
        </w:rPr>
        <w:t>. In practice, all protest movements have many threads – just look at the two-year campaign of the gilets jaunes in France – but the unifying thread is always resentment.</w:t>
      </w:r>
    </w:p>
    <w:p>
      <w:pPr>
        <w:spacing w:after="60"/>
      </w:pPr>
      <w:r>
        <w:rPr>
          <w:b/>
          <w:i w:val="0"/>
          <w:smallCaps w:val="0"/>
          <w:strike w:val="0"/>
          <w:u w:val="single"/>
        </w:rPr>
        <w:t xml:space="preserve">The </w:t>
      </w:r>
      <w:r>
        <w:rPr>
          <w:b/>
          <w:i w:val="0"/>
          <w:smallCaps w:val="0"/>
          <w:strike w:val="0"/>
          <w:sz w:val="22"/>
          <w:u w:val="single"/>
        </w:rPr>
        <w:t>irony</w:t>
      </w:r>
      <w:r>
        <w:rPr>
          <w:b/>
          <w:i w:val="0"/>
          <w:smallCaps w:val="0"/>
          <w:strike w:val="0"/>
          <w:u w:val="single"/>
        </w:rPr>
        <w:t xml:space="preserve"> is that both aspects of</w:t>
      </w:r>
      <w:r>
        <w:rPr>
          <w:b w:val="0"/>
          <w:i w:val="0"/>
          <w:smallCaps w:val="0"/>
          <w:strike w:val="0"/>
          <w:sz w:val="16"/>
          <w:u w:val="none"/>
        </w:rPr>
        <w:t xml:space="preserve"> this </w:t>
      </w:r>
      <w:r>
        <w:rPr>
          <w:b/>
          <w:i w:val="0"/>
          <w:smallCaps w:val="0"/>
          <w:strike w:val="0"/>
          <w:sz w:val="22"/>
          <w:u w:val="single"/>
        </w:rPr>
        <w:t>counterculture</w:t>
      </w:r>
      <w:r>
        <w:rPr>
          <w:b/>
          <w:i w:val="0"/>
          <w:smallCaps w:val="0"/>
          <w:strike w:val="0"/>
          <w:u w:val="single"/>
        </w:rPr>
        <w:t xml:space="preserve"> are out-of-date. Rapid </w:t>
      </w:r>
      <w:r>
        <w:rPr>
          <w:b/>
          <w:i w:val="0"/>
          <w:smallCaps w:val="0"/>
          <w:strike w:val="0"/>
          <w:sz w:val="22"/>
          <w:highlight w:val="cyan"/>
          <w:u w:val="single"/>
        </w:rPr>
        <w:t>advances</w:t>
      </w:r>
      <w:r>
        <w:rPr>
          <w:b/>
          <w:i w:val="0"/>
          <w:smallCaps w:val="0"/>
          <w:strike w:val="0"/>
          <w:highlight w:val="cyan"/>
          <w:u w:val="single"/>
        </w:rPr>
        <w:t xml:space="preserve"> in </w:t>
      </w:r>
      <w:r>
        <w:rPr>
          <w:b/>
          <w:i w:val="0"/>
          <w:smallCaps w:val="0"/>
          <w:strike w:val="0"/>
          <w:sz w:val="22"/>
          <w:highlight w:val="cyan"/>
          <w:u w:val="single"/>
        </w:rPr>
        <w:t>tech</w:t>
      </w:r>
      <w:r>
        <w:rPr>
          <w:b/>
          <w:i w:val="0"/>
          <w:smallCaps w:val="0"/>
          <w:strike w:val="0"/>
          <w:sz w:val="22"/>
          <w:u w:val="single"/>
        </w:rPr>
        <w:t>nology</w:t>
      </w:r>
      <w:r>
        <w:rPr>
          <w:b/>
          <w:i w:val="0"/>
          <w:smallCaps w:val="0"/>
          <w:strike w:val="0"/>
          <w:u w:val="single"/>
        </w:rPr>
        <w:t xml:space="preserve">, </w:t>
      </w:r>
      <w:r>
        <w:rPr>
          <w:b/>
          <w:i w:val="0"/>
          <w:smallCaps w:val="0"/>
          <w:strike w:val="0"/>
          <w:highlight w:val="cyan"/>
          <w:u w:val="single"/>
        </w:rPr>
        <w:t>facilitated by</w:t>
      </w:r>
      <w:r>
        <w:rPr>
          <w:b/>
          <w:i w:val="0"/>
          <w:smallCaps w:val="0"/>
          <w:strike w:val="0"/>
          <w:u w:val="single"/>
        </w:rPr>
        <w:t xml:space="preserve"> the </w:t>
      </w:r>
      <w:r>
        <w:rPr>
          <w:b/>
          <w:i w:val="0"/>
          <w:smallCaps w:val="0"/>
          <w:strike w:val="0"/>
          <w:sz w:val="22"/>
          <w:highlight w:val="cyan"/>
          <w:u w:val="single"/>
        </w:rPr>
        <w:t>free market</w:t>
      </w:r>
      <w:r>
        <w:rPr>
          <w:b/>
          <w:i w:val="0"/>
          <w:smallCaps w:val="0"/>
          <w:strike w:val="0"/>
          <w:u w:val="single"/>
        </w:rPr>
        <w:t>, have transformed the climate conversation</w:t>
      </w:r>
      <w:r>
        <w:rPr>
          <w:b w:val="0"/>
          <w:i w:val="0"/>
          <w:smallCaps w:val="0"/>
          <w:strike w:val="0"/>
          <w:sz w:val="16"/>
          <w:u w:val="none"/>
        </w:rPr>
        <w:t xml:space="preserve">. Whatever </w:t>
      </w:r>
      <w:r>
        <w:rPr>
          <w:b w:val="0"/>
          <w:i w:val="0"/>
          <w:smallCaps w:val="0"/>
          <w:strike w:val="0"/>
          <w:sz w:val="16"/>
          <w:u w:val="none"/>
        </w:rPr>
        <w:t>Mr</w:t>
      </w:r>
      <w:r>
        <w:rPr>
          <w:b w:val="0"/>
          <w:i w:val="0"/>
          <w:smallCaps w:val="0"/>
          <w:strike w:val="0"/>
          <w:sz w:val="16"/>
          <w:u w:val="none"/>
        </w:rPr>
        <w:t xml:space="preserve"> Trump’s rhetoric on the issue (and he may well be in the departure lounge by the time you read this), </w:t>
      </w:r>
      <w:r>
        <w:rPr>
          <w:b/>
          <w:i w:val="0"/>
          <w:smallCaps w:val="0"/>
          <w:strike w:val="0"/>
          <w:u w:val="single"/>
        </w:rPr>
        <w:t xml:space="preserve">the big </w:t>
      </w:r>
      <w:r>
        <w:rPr>
          <w:b/>
          <w:i w:val="0"/>
          <w:smallCaps w:val="0"/>
          <w:strike w:val="0"/>
          <w:sz w:val="22"/>
          <w:u w:val="single"/>
        </w:rPr>
        <w:t>energy companies</w:t>
      </w:r>
      <w:r>
        <w:rPr>
          <w:b/>
          <w:i w:val="0"/>
          <w:smallCaps w:val="0"/>
          <w:strike w:val="0"/>
          <w:u w:val="single"/>
        </w:rPr>
        <w:t>, backed by</w:t>
      </w:r>
      <w:r>
        <w:rPr>
          <w:b w:val="0"/>
          <w:i w:val="0"/>
          <w:smallCaps w:val="0"/>
          <w:strike w:val="0"/>
          <w:sz w:val="16"/>
          <w:u w:val="none"/>
        </w:rPr>
        <w:t xml:space="preserve"> a raft of </w:t>
      </w:r>
      <w:r>
        <w:rPr>
          <w:b/>
          <w:i w:val="0"/>
          <w:smallCaps w:val="0"/>
          <w:strike w:val="0"/>
          <w:u w:val="single"/>
        </w:rPr>
        <w:t xml:space="preserve">environmentally conscious </w:t>
      </w:r>
      <w:r>
        <w:rPr>
          <w:b/>
          <w:i w:val="0"/>
          <w:smallCaps w:val="0"/>
          <w:strike w:val="0"/>
          <w:sz w:val="22"/>
          <w:u w:val="single"/>
        </w:rPr>
        <w:t>investors</w:t>
      </w:r>
      <w:r>
        <w:rPr>
          <w:b/>
          <w:i w:val="0"/>
          <w:smallCaps w:val="0"/>
          <w:strike w:val="0"/>
          <w:u w:val="single"/>
        </w:rPr>
        <w:t xml:space="preserve">, </w:t>
      </w:r>
      <w:r>
        <w:rPr>
          <w:b/>
          <w:i w:val="0"/>
          <w:smallCaps w:val="0"/>
          <w:strike w:val="0"/>
          <w:highlight w:val="cyan"/>
          <w:u w:val="single"/>
        </w:rPr>
        <w:t>are</w:t>
      </w:r>
      <w:r>
        <w:rPr>
          <w:b/>
          <w:i w:val="0"/>
          <w:smallCaps w:val="0"/>
          <w:strike w:val="0"/>
          <w:u w:val="single"/>
        </w:rPr>
        <w:t xml:space="preserve"> </w:t>
      </w:r>
      <w:r>
        <w:rPr>
          <w:b/>
          <w:i w:val="0"/>
          <w:smallCaps w:val="0"/>
          <w:strike w:val="0"/>
          <w:sz w:val="22"/>
          <w:u w:val="single"/>
        </w:rPr>
        <w:t xml:space="preserve">already </w:t>
      </w:r>
      <w:r>
        <w:rPr>
          <w:b/>
          <w:i w:val="0"/>
          <w:smallCaps w:val="0"/>
          <w:strike w:val="0"/>
          <w:sz w:val="22"/>
          <w:highlight w:val="cyan"/>
          <w:u w:val="single"/>
        </w:rPr>
        <w:t>transitioning</w:t>
      </w:r>
      <w:r>
        <w:rPr>
          <w:b/>
          <w:i w:val="0"/>
          <w:smallCaps w:val="0"/>
          <w:strike w:val="0"/>
          <w:highlight w:val="cyan"/>
          <w:u w:val="single"/>
        </w:rPr>
        <w:t xml:space="preserve"> to</w:t>
      </w:r>
      <w:r>
        <w:rPr>
          <w:b/>
          <w:i w:val="0"/>
          <w:smallCaps w:val="0"/>
          <w:strike w:val="0"/>
          <w:u w:val="single"/>
        </w:rPr>
        <w:t xml:space="preserve">wards </w:t>
      </w:r>
      <w:r>
        <w:rPr>
          <w:b/>
          <w:i w:val="0"/>
          <w:smallCaps w:val="0"/>
          <w:strike w:val="0"/>
          <w:sz w:val="22"/>
          <w:u w:val="single"/>
        </w:rPr>
        <w:t>renewable</w:t>
      </w:r>
      <w:r>
        <w:rPr>
          <w:b/>
          <w:i w:val="0"/>
          <w:smallCaps w:val="0"/>
          <w:strike w:val="0"/>
          <w:u w:val="single"/>
        </w:rPr>
        <w:t xml:space="preserve"> and </w:t>
      </w:r>
      <w:r>
        <w:rPr>
          <w:b/>
          <w:i w:val="0"/>
          <w:smallCaps w:val="0"/>
          <w:strike w:val="0"/>
          <w:sz w:val="22"/>
          <w:highlight w:val="cyan"/>
          <w:u w:val="single"/>
        </w:rPr>
        <w:t>zero-fossil fuel</w:t>
      </w:r>
      <w:r>
        <w:rPr>
          <w:b/>
          <w:i w:val="0"/>
          <w:smallCaps w:val="0"/>
          <w:strike w:val="0"/>
          <w:u w:val="single"/>
        </w:rPr>
        <w:t xml:space="preserve"> energy precisely </w:t>
      </w:r>
      <w:r>
        <w:rPr>
          <w:b/>
          <w:i w:val="0"/>
          <w:smallCaps w:val="0"/>
          <w:strike w:val="0"/>
          <w:highlight w:val="cyan"/>
          <w:u w:val="single"/>
        </w:rPr>
        <w:t>because it is</w:t>
      </w:r>
      <w:r>
        <w:rPr>
          <w:b/>
          <w:i w:val="0"/>
          <w:smallCaps w:val="0"/>
          <w:strike w:val="0"/>
          <w:u w:val="single"/>
        </w:rPr>
        <w:t xml:space="preserve"> now </w:t>
      </w:r>
      <w:r>
        <w:rPr>
          <w:b/>
          <w:i w:val="0"/>
          <w:smallCaps w:val="0"/>
          <w:strike w:val="0"/>
          <w:sz w:val="22"/>
          <w:highlight w:val="cyan"/>
          <w:u w:val="single"/>
        </w:rPr>
        <w:t>economically viable</w:t>
      </w:r>
      <w:r>
        <w:rPr>
          <w:b w:val="0"/>
          <w:i w:val="0"/>
          <w:smallCaps w:val="0"/>
          <w:strike w:val="0"/>
          <w:sz w:val="16"/>
          <w:u w:val="none"/>
        </w:rPr>
        <w:t xml:space="preserve"> to do so. And in that process, they are making money. Win-win.</w:t>
      </w:r>
    </w:p>
    <w:p>
      <w:pPr>
        <w:spacing w:after="60"/>
      </w:pPr>
      <w:r>
        <w:rPr>
          <w:b w:val="0"/>
          <w:i w:val="0"/>
          <w:smallCaps w:val="0"/>
          <w:strike w:val="0"/>
          <w:sz w:val="16"/>
          <w:u w:val="none"/>
        </w:rPr>
        <w:t xml:space="preserve">Outright climate change denial was always a marginal school of thought. </w:t>
      </w:r>
      <w:r>
        <w:rPr>
          <w:b/>
          <w:i w:val="0"/>
          <w:smallCaps w:val="0"/>
          <w:strike w:val="0"/>
          <w:u w:val="single"/>
        </w:rPr>
        <w:t>Thinking people</w:t>
      </w:r>
      <w:r>
        <w:rPr>
          <w:b w:val="0"/>
          <w:i w:val="0"/>
          <w:smallCaps w:val="0"/>
          <w:strike w:val="0"/>
          <w:sz w:val="16"/>
          <w:u w:val="none"/>
        </w:rPr>
        <w:t xml:space="preserve"> – of which </w:t>
      </w:r>
      <w:r>
        <w:rPr>
          <w:b/>
          <w:i w:val="0"/>
          <w:smallCaps w:val="0"/>
          <w:strike w:val="0"/>
          <w:u w:val="single"/>
        </w:rPr>
        <w:t xml:space="preserve">the </w:t>
      </w:r>
      <w:r>
        <w:rPr>
          <w:b/>
          <w:i w:val="0"/>
          <w:smallCaps w:val="0"/>
          <w:strike w:val="0"/>
          <w:sz w:val="22"/>
          <w:highlight w:val="cyan"/>
          <w:u w:val="single"/>
        </w:rPr>
        <w:t>business</w:t>
      </w:r>
      <w:r>
        <w:rPr>
          <w:b/>
          <w:i w:val="0"/>
          <w:smallCaps w:val="0"/>
          <w:strike w:val="0"/>
          <w:u w:val="single"/>
        </w:rPr>
        <w:t xml:space="preserve"> and </w:t>
      </w:r>
      <w:r>
        <w:rPr>
          <w:b/>
          <w:i w:val="0"/>
          <w:smallCaps w:val="0"/>
          <w:strike w:val="0"/>
          <w:sz w:val="22"/>
          <w:u w:val="single"/>
        </w:rPr>
        <w:t>investment</w:t>
      </w:r>
      <w:r>
        <w:rPr>
          <w:b/>
          <w:i w:val="0"/>
          <w:smallCaps w:val="0"/>
          <w:strike w:val="0"/>
          <w:u w:val="single"/>
        </w:rPr>
        <w:t xml:space="preserve"> </w:t>
      </w:r>
      <w:r>
        <w:rPr>
          <w:b/>
          <w:i w:val="0"/>
          <w:smallCaps w:val="0"/>
          <w:strike w:val="0"/>
          <w:highlight w:val="cyan"/>
          <w:u w:val="single"/>
        </w:rPr>
        <w:t>community</w:t>
      </w:r>
      <w:r>
        <w:rPr>
          <w:b/>
          <w:i w:val="0"/>
          <w:smallCaps w:val="0"/>
          <w:strike w:val="0"/>
          <w:u w:val="single"/>
        </w:rPr>
        <w:t xml:space="preserve"> – </w:t>
      </w:r>
      <w:r>
        <w:rPr>
          <w:b/>
          <w:i w:val="0"/>
          <w:smallCaps w:val="0"/>
          <w:strike w:val="0"/>
          <w:highlight w:val="cyan"/>
          <w:u w:val="single"/>
        </w:rPr>
        <w:t>understand</w:t>
      </w:r>
      <w:r>
        <w:rPr>
          <w:b/>
          <w:i w:val="0"/>
          <w:smallCaps w:val="0"/>
          <w:strike w:val="0"/>
          <w:u w:val="single"/>
        </w:rPr>
        <w:t xml:space="preserve"> well</w:t>
      </w:r>
      <w:r>
        <w:rPr>
          <w:b w:val="0"/>
          <w:i w:val="0"/>
          <w:smallCaps w:val="0"/>
          <w:strike w:val="0"/>
          <w:sz w:val="16"/>
          <w:u w:val="none"/>
        </w:rPr>
        <w:t xml:space="preserve"> that manmade </w:t>
      </w:r>
      <w:r>
        <w:rPr>
          <w:b/>
          <w:i w:val="0"/>
          <w:smallCaps w:val="0"/>
          <w:strike w:val="0"/>
          <w:u w:val="single"/>
        </w:rPr>
        <w:t>carbon emissions increase</w:t>
      </w:r>
      <w:r>
        <w:rPr>
          <w:b w:val="0"/>
          <w:i w:val="0"/>
          <w:smallCaps w:val="0"/>
          <w:strike w:val="0"/>
          <w:sz w:val="16"/>
          <w:u w:val="none"/>
        </w:rPr>
        <w:t xml:space="preserve"> the concentration of </w:t>
      </w:r>
      <w:r>
        <w:rPr>
          <w:b/>
          <w:i w:val="0"/>
          <w:smallCaps w:val="0"/>
          <w:strike w:val="0"/>
          <w:highlight w:val="cyan"/>
          <w:u w:val="single"/>
        </w:rPr>
        <w:t>CO2</w:t>
      </w:r>
      <w:r>
        <w:rPr>
          <w:b/>
          <w:i w:val="0"/>
          <w:smallCaps w:val="0"/>
          <w:strike w:val="0"/>
          <w:u w:val="single"/>
        </w:rPr>
        <w:t xml:space="preserve"> in the atmosphere</w:t>
      </w:r>
      <w:r>
        <w:rPr>
          <w:b w:val="0"/>
          <w:i w:val="0"/>
          <w:smallCaps w:val="0"/>
          <w:strike w:val="0"/>
          <w:sz w:val="16"/>
          <w:u w:val="none"/>
        </w:rPr>
        <w:t xml:space="preserve"> and thus precipitate a greenhouse effect by which the Earth’s atmosphere and seas warm up. That said, </w:t>
      </w:r>
      <w:r>
        <w:rPr>
          <w:b/>
          <w:i w:val="0"/>
          <w:smallCaps w:val="0"/>
          <w:strike w:val="0"/>
          <w:u w:val="single"/>
        </w:rPr>
        <w:t xml:space="preserve">there is a respectable </w:t>
      </w:r>
      <w:r>
        <w:rPr>
          <w:b/>
          <w:i w:val="0"/>
          <w:smallCaps w:val="0"/>
          <w:strike w:val="0"/>
          <w:sz w:val="22"/>
          <w:u w:val="single"/>
        </w:rPr>
        <w:t>scientific debate</w:t>
      </w:r>
      <w:r>
        <w:rPr>
          <w:b/>
          <w:i w:val="0"/>
          <w:smallCaps w:val="0"/>
          <w:strike w:val="0"/>
          <w:u w:val="single"/>
        </w:rPr>
        <w:t xml:space="preserve"> about </w:t>
      </w:r>
      <w:r>
        <w:rPr>
          <w:b/>
          <w:i w:val="0"/>
          <w:smallCaps w:val="0"/>
          <w:strike w:val="0"/>
          <w:sz w:val="22"/>
          <w:u w:val="single"/>
        </w:rPr>
        <w:t>how quickly</w:t>
      </w:r>
      <w:r>
        <w:rPr>
          <w:b/>
          <w:i w:val="0"/>
          <w:smallCaps w:val="0"/>
          <w:strike w:val="0"/>
          <w:u w:val="single"/>
        </w:rPr>
        <w:t xml:space="preserve"> that process is taking place and how quickly it will cause </w:t>
      </w:r>
      <w:r>
        <w:rPr>
          <w:b/>
          <w:i w:val="0"/>
          <w:smallCaps w:val="0"/>
          <w:strike w:val="0"/>
          <w:sz w:val="22"/>
          <w:u w:val="single"/>
        </w:rPr>
        <w:t>irreversible results</w:t>
      </w:r>
      <w:r>
        <w:rPr>
          <w:b w:val="0"/>
          <w:i w:val="0"/>
          <w:smallCaps w:val="0"/>
          <w:strike w:val="0"/>
          <w:sz w:val="16"/>
          <w:u w:val="none"/>
        </w:rPr>
        <w:t xml:space="preserve"> such as desertification. And </w:t>
      </w:r>
      <w:r>
        <w:rPr>
          <w:b/>
          <w:i w:val="0"/>
          <w:smallCaps w:val="0"/>
          <w:strike w:val="0"/>
          <w:u w:val="single"/>
        </w:rPr>
        <w:t xml:space="preserve">it is </w:t>
      </w:r>
      <w:r>
        <w:rPr>
          <w:b/>
          <w:i w:val="0"/>
          <w:smallCaps w:val="0"/>
          <w:strike w:val="0"/>
          <w:sz w:val="22"/>
          <w:u w:val="single"/>
        </w:rPr>
        <w:t>perfectly legitimate</w:t>
      </w:r>
      <w:r>
        <w:rPr>
          <w:b/>
          <w:i w:val="0"/>
          <w:smallCaps w:val="0"/>
          <w:strike w:val="0"/>
          <w:u w:val="single"/>
        </w:rPr>
        <w:t xml:space="preserve"> to question the </w:t>
      </w:r>
      <w:r>
        <w:rPr>
          <w:b/>
          <w:i w:val="0"/>
          <w:smallCaps w:val="0"/>
          <w:strike w:val="0"/>
          <w:sz w:val="22"/>
          <w:u w:val="single"/>
        </w:rPr>
        <w:t>climate models</w:t>
      </w:r>
      <w:r>
        <w:rPr>
          <w:b/>
          <w:i w:val="0"/>
          <w:smallCaps w:val="0"/>
          <w:strike w:val="0"/>
          <w:u w:val="single"/>
        </w:rPr>
        <w:t xml:space="preserve"> which climate scientists construct</w:t>
      </w:r>
      <w:r>
        <w:rPr>
          <w:b w:val="0"/>
          <w:i w:val="0"/>
          <w:smallCaps w:val="0"/>
          <w:strike w:val="0"/>
          <w:sz w:val="16"/>
          <w:u w:val="none"/>
        </w:rPr>
        <w:t xml:space="preserve"> to estimate these outcomes, </w:t>
      </w:r>
      <w:r>
        <w:rPr>
          <w:b/>
          <w:i w:val="0"/>
          <w:smallCaps w:val="0"/>
          <w:strike w:val="0"/>
          <w:u w:val="single"/>
        </w:rPr>
        <w:t xml:space="preserve">since many have </w:t>
      </w:r>
      <w:r>
        <w:rPr>
          <w:b/>
          <w:i w:val="0"/>
          <w:smallCaps w:val="0"/>
          <w:strike w:val="0"/>
          <w:sz w:val="22"/>
          <w:u w:val="single"/>
        </w:rPr>
        <w:t>questionable inputs</w:t>
      </w:r>
      <w:r>
        <w:rPr>
          <w:b/>
          <w:i w:val="0"/>
          <w:smallCaps w:val="0"/>
          <w:strike w:val="0"/>
          <w:u w:val="single"/>
        </w:rPr>
        <w:t xml:space="preserve"> and </w:t>
      </w:r>
      <w:r>
        <w:rPr>
          <w:b/>
          <w:i w:val="0"/>
          <w:smallCaps w:val="0"/>
          <w:strike w:val="0"/>
          <w:sz w:val="22"/>
          <w:u w:val="single"/>
        </w:rPr>
        <w:t>methodologies</w:t>
      </w:r>
      <w:r>
        <w:rPr>
          <w:b/>
          <w:i w:val="0"/>
          <w:smallCaps w:val="0"/>
          <w:strike w:val="0"/>
          <w:u w:val="single"/>
        </w:rPr>
        <w:t>. Claims</w:t>
      </w:r>
      <w:r>
        <w:rPr>
          <w:b w:val="0"/>
          <w:i w:val="0"/>
          <w:smallCaps w:val="0"/>
          <w:strike w:val="0"/>
          <w:sz w:val="16"/>
          <w:u w:val="none"/>
        </w:rPr>
        <w:t xml:space="preserve"> that </w:t>
      </w:r>
      <w:r>
        <w:rPr>
          <w:b/>
          <w:i w:val="0"/>
          <w:smallCaps w:val="0"/>
          <w:strike w:val="0"/>
          <w:u w:val="single"/>
        </w:rPr>
        <w:t xml:space="preserve">we have </w:t>
      </w:r>
      <w:r>
        <w:rPr>
          <w:b/>
          <w:i w:val="0"/>
          <w:smallCaps w:val="0"/>
          <w:strike w:val="0"/>
          <w:sz w:val="22"/>
          <w:u w:val="single"/>
        </w:rPr>
        <w:t>ten years left</w:t>
      </w:r>
      <w:r>
        <w:rPr>
          <w:b/>
          <w:i w:val="0"/>
          <w:smallCaps w:val="0"/>
          <w:strike w:val="0"/>
          <w:u w:val="single"/>
        </w:rPr>
        <w:t xml:space="preserve"> to save the planet can and </w:t>
      </w:r>
      <w:r>
        <w:rPr>
          <w:b/>
          <w:i w:val="0"/>
          <w:smallCaps w:val="0"/>
          <w:strike w:val="0"/>
          <w:sz w:val="22"/>
          <w:u w:val="single"/>
        </w:rPr>
        <w:t>should be challenged</w:t>
      </w:r>
      <w:r>
        <w:rPr>
          <w:b w:val="0"/>
          <w:i w:val="0"/>
          <w:smallCaps w:val="0"/>
          <w:strike w:val="0"/>
          <w:sz w:val="16"/>
          <w:u w:val="none"/>
        </w:rPr>
        <w:t xml:space="preserve">, though that should not be an argument for further delay in </w:t>
      </w:r>
      <w:r>
        <w:rPr>
          <w:b w:val="0"/>
          <w:i w:val="0"/>
          <w:smallCaps w:val="0"/>
          <w:strike w:val="0"/>
          <w:sz w:val="16"/>
          <w:u w:val="none"/>
        </w:rPr>
        <w:t>taking action</w:t>
      </w:r>
      <w:r>
        <w:rPr>
          <w:b w:val="0"/>
          <w:i w:val="0"/>
          <w:smallCaps w:val="0"/>
          <w:strike w:val="0"/>
          <w:sz w:val="16"/>
          <w:u w:val="none"/>
        </w:rPr>
        <w:t xml:space="preserve">. </w:t>
      </w:r>
    </w:p>
    <w:p>
      <w:pPr>
        <w:spacing w:after="60"/>
      </w:pPr>
      <w:r>
        <w:rPr>
          <w:b w:val="0"/>
          <w:i w:val="0"/>
          <w:smallCaps w:val="0"/>
          <w:strike w:val="0"/>
          <w:sz w:val="16"/>
          <w:u w:val="none"/>
        </w:rPr>
        <w:t xml:space="preserve">The global policy framework has been constructed by the ongoing work of the Intergovernmental Panel on Climate Change (IPCC), an agency of the United Nations (UN). This body laid down two years ago that our target should be to limit the rise in ambient temperature to no more than 1.5 Celsius above pre-industrial levels. That said, there are many </w:t>
      </w:r>
      <w:r>
        <w:rPr>
          <w:b/>
          <w:i w:val="0"/>
          <w:smallCaps w:val="0"/>
          <w:strike w:val="0"/>
          <w:highlight w:val="cyan"/>
          <w:u w:val="single"/>
        </w:rPr>
        <w:t>climate rebels</w:t>
      </w:r>
      <w:r>
        <w:rPr>
          <w:b w:val="0"/>
          <w:i w:val="0"/>
          <w:smallCaps w:val="0"/>
          <w:strike w:val="0"/>
          <w:sz w:val="16"/>
          <w:u w:val="none"/>
        </w:rPr>
        <w:t xml:space="preserve"> who believe that this level will itself be disastrous to human and animal life; and still others who claim that even this target is entirely unrealistic given the direction of travel.</w:t>
      </w:r>
    </w:p>
    <w:p>
      <w:pPr>
        <w:spacing w:after="60"/>
      </w:pPr>
      <w:r>
        <w:rPr>
          <w:b w:val="0"/>
          <w:i w:val="0"/>
          <w:smallCaps w:val="0"/>
          <w:strike w:val="0"/>
          <w:sz w:val="16"/>
          <w:u w:val="none"/>
        </w:rPr>
        <w:t>Ms</w:t>
      </w:r>
      <w:r>
        <w:rPr>
          <w:b w:val="0"/>
          <w:i w:val="0"/>
          <w:smallCaps w:val="0"/>
          <w:strike w:val="0"/>
          <w:sz w:val="16"/>
          <w:u w:val="none"/>
        </w:rPr>
        <w:t xml:space="preserve"> Thunberg and her disciples </w:t>
      </w:r>
      <w:r>
        <w:rPr>
          <w:b/>
          <w:i w:val="0"/>
          <w:smallCaps w:val="0"/>
          <w:strike w:val="0"/>
          <w:highlight w:val="cyan"/>
          <w:u w:val="single"/>
        </w:rPr>
        <w:t>would</w:t>
      </w:r>
      <w:r>
        <w:rPr>
          <w:b/>
          <w:i w:val="0"/>
          <w:smallCaps w:val="0"/>
          <w:strike w:val="0"/>
          <w:u w:val="single"/>
        </w:rPr>
        <w:t xml:space="preserve"> have us </w:t>
      </w:r>
      <w:r>
        <w:rPr>
          <w:b/>
          <w:i w:val="0"/>
          <w:smallCaps w:val="0"/>
          <w:strike w:val="0"/>
          <w:sz w:val="22"/>
          <w:highlight w:val="cyan"/>
          <w:u w:val="single"/>
        </w:rPr>
        <w:t>shut down</w:t>
      </w:r>
      <w:r>
        <w:rPr>
          <w:b/>
          <w:i w:val="0"/>
          <w:smallCaps w:val="0"/>
          <w:strike w:val="0"/>
          <w:highlight w:val="cyan"/>
          <w:u w:val="single"/>
        </w:rPr>
        <w:t xml:space="preserve"> the</w:t>
      </w:r>
      <w:r>
        <w:rPr>
          <w:b/>
          <w:i w:val="0"/>
          <w:smallCaps w:val="0"/>
          <w:strike w:val="0"/>
          <w:u w:val="single"/>
        </w:rPr>
        <w:t xml:space="preserve"> carbon-based </w:t>
      </w:r>
      <w:r>
        <w:rPr>
          <w:b/>
          <w:i w:val="0"/>
          <w:smallCaps w:val="0"/>
          <w:strike w:val="0"/>
          <w:sz w:val="22"/>
          <w:highlight w:val="cyan"/>
          <w:u w:val="single"/>
        </w:rPr>
        <w:t>economy</w:t>
      </w:r>
      <w:r>
        <w:rPr>
          <w:b w:val="0"/>
          <w:i w:val="0"/>
          <w:smallCaps w:val="0"/>
          <w:strike w:val="0"/>
          <w:sz w:val="16"/>
          <w:u w:val="none"/>
        </w:rPr>
        <w:t xml:space="preserve"> forthwith. </w:t>
      </w:r>
      <w:r>
        <w:rPr>
          <w:b/>
          <w:i w:val="0"/>
          <w:smallCaps w:val="0"/>
          <w:strike w:val="0"/>
          <w:u w:val="single"/>
        </w:rPr>
        <w:t xml:space="preserve">That would </w:t>
      </w:r>
      <w:r>
        <w:rPr>
          <w:b/>
          <w:i w:val="0"/>
          <w:smallCaps w:val="0"/>
          <w:strike w:val="0"/>
          <w:highlight w:val="cyan"/>
          <w:u w:val="single"/>
        </w:rPr>
        <w:t>cause unparalleled</w:t>
      </w:r>
      <w:r>
        <w:rPr>
          <w:b/>
          <w:i w:val="0"/>
          <w:smallCaps w:val="0"/>
          <w:strike w:val="0"/>
          <w:u w:val="single"/>
        </w:rPr>
        <w:t xml:space="preserve"> </w:t>
      </w:r>
      <w:r>
        <w:rPr>
          <w:b/>
          <w:i w:val="0"/>
          <w:smallCaps w:val="0"/>
          <w:strike w:val="0"/>
          <w:sz w:val="22"/>
          <w:u w:val="single"/>
        </w:rPr>
        <w:t xml:space="preserve">economic </w:t>
      </w:r>
      <w:r>
        <w:rPr>
          <w:b/>
          <w:i w:val="0"/>
          <w:smallCaps w:val="0"/>
          <w:strike w:val="0"/>
          <w:sz w:val="22"/>
          <w:highlight w:val="cyan"/>
          <w:u w:val="single"/>
        </w:rPr>
        <w:t>disruption</w:t>
      </w:r>
      <w:r>
        <w:rPr>
          <w:b/>
          <w:i w:val="0"/>
          <w:smallCaps w:val="0"/>
          <w:strike w:val="0"/>
          <w:u w:val="single"/>
        </w:rPr>
        <w:t xml:space="preserve">, mass </w:t>
      </w:r>
      <w:r>
        <w:rPr>
          <w:b/>
          <w:i w:val="0"/>
          <w:smallCaps w:val="0"/>
          <w:strike w:val="0"/>
          <w:sz w:val="22"/>
          <w:u w:val="single"/>
        </w:rPr>
        <w:t>unemployment</w:t>
      </w:r>
      <w:r>
        <w:rPr>
          <w:b/>
          <w:i w:val="0"/>
          <w:smallCaps w:val="0"/>
          <w:strike w:val="0"/>
          <w:u w:val="single"/>
        </w:rPr>
        <w:t xml:space="preserve">, </w:t>
      </w:r>
      <w:r>
        <w:rPr>
          <w:b/>
          <w:i w:val="0"/>
          <w:smallCaps w:val="0"/>
          <w:strike w:val="0"/>
          <w:sz w:val="22"/>
          <w:highlight w:val="cyan"/>
          <w:u w:val="single"/>
        </w:rPr>
        <w:t>poverty</w:t>
      </w:r>
      <w:r>
        <w:rPr>
          <w:b/>
          <w:i w:val="0"/>
          <w:smallCaps w:val="0"/>
          <w:strike w:val="0"/>
          <w:u w:val="single"/>
        </w:rPr>
        <w:t xml:space="preserve">, </w:t>
      </w:r>
      <w:r>
        <w:rPr>
          <w:b/>
          <w:i w:val="0"/>
          <w:smallCaps w:val="0"/>
          <w:strike w:val="0"/>
          <w:sz w:val="22"/>
          <w:u w:val="single"/>
        </w:rPr>
        <w:t>adverse health</w:t>
      </w:r>
      <w:r>
        <w:rPr>
          <w:b/>
          <w:i w:val="0"/>
          <w:smallCaps w:val="0"/>
          <w:strike w:val="0"/>
          <w:u w:val="single"/>
        </w:rPr>
        <w:t xml:space="preserve"> outcomes </w:t>
      </w:r>
      <w:r>
        <w:rPr>
          <w:b/>
          <w:i w:val="0"/>
          <w:smallCaps w:val="0"/>
          <w:strike w:val="0"/>
          <w:highlight w:val="cyan"/>
          <w:u w:val="single"/>
        </w:rPr>
        <w:t>and</w:t>
      </w:r>
      <w:r>
        <w:rPr>
          <w:b/>
          <w:i w:val="0"/>
          <w:smallCaps w:val="0"/>
          <w:strike w:val="0"/>
          <w:u w:val="single"/>
        </w:rPr>
        <w:t xml:space="preserve"> – let us be honest – </w:t>
      </w:r>
      <w:r>
        <w:rPr>
          <w:b/>
          <w:i w:val="0"/>
          <w:smallCaps w:val="0"/>
          <w:strike w:val="0"/>
          <w:sz w:val="22"/>
          <w:highlight w:val="cyan"/>
          <w:u w:val="single"/>
        </w:rPr>
        <w:t>starvation</w:t>
      </w:r>
      <w:r>
        <w:rPr>
          <w:b/>
          <w:i w:val="0"/>
          <w:smallCaps w:val="0"/>
          <w:strike w:val="0"/>
          <w:u w:val="single"/>
        </w:rPr>
        <w:t>. No mainstream politician is going to get behind that</w:t>
      </w:r>
      <w:r>
        <w:rPr>
          <w:b w:val="0"/>
          <w:i w:val="0"/>
          <w:smallCaps w:val="0"/>
          <w:strike w:val="0"/>
          <w:sz w:val="16"/>
          <w:u w:val="none"/>
        </w:rPr>
        <w:t>.</w:t>
      </w:r>
    </w:p>
    <w:p>
      <w:pPr>
        <w:spacing w:after="60"/>
      </w:pPr>
      <w:r>
        <w:rPr>
          <w:b w:val="0"/>
          <w:i w:val="0"/>
          <w:smallCaps w:val="0"/>
          <w:strike w:val="0"/>
          <w:sz w:val="16"/>
          <w:u w:val="none"/>
        </w:rPr>
        <w:t>Zion Lights is a writer who has been an environmental campaigner all her adult life. She doesn’t drive, fly or eat meat. In April 2018 she joined XR because she thought it was evidence-based. She soon found that many of its claims were indefensible. She wrote recently:</w:t>
      </w:r>
    </w:p>
    <w:p>
      <w:pPr>
        <w:spacing w:after="60"/>
      </w:pPr>
      <w:r>
        <w:rPr>
          <w:b w:val="0"/>
          <w:i w:val="0"/>
          <w:smallCaps w:val="0"/>
          <w:strike w:val="0"/>
          <w:sz w:val="16"/>
          <w:u w:val="none"/>
        </w:rPr>
        <w:t xml:space="preserve">That is the single biggest problem with most </w:t>
      </w:r>
      <w:r>
        <w:rPr>
          <w:b/>
          <w:i w:val="0"/>
          <w:smallCaps w:val="0"/>
          <w:strike w:val="0"/>
          <w:u w:val="single"/>
        </w:rPr>
        <w:t>environmental groups</w:t>
      </w:r>
      <w:r>
        <w:rPr>
          <w:b w:val="0"/>
          <w:i w:val="0"/>
          <w:smallCaps w:val="0"/>
          <w:strike w:val="0"/>
          <w:sz w:val="16"/>
          <w:u w:val="none"/>
        </w:rPr>
        <w:t xml:space="preserve">: they </w:t>
      </w:r>
      <w:r>
        <w:rPr>
          <w:b/>
          <w:i w:val="0"/>
          <w:smallCaps w:val="0"/>
          <w:strike w:val="0"/>
          <w:u w:val="single"/>
        </w:rPr>
        <w:t xml:space="preserve">don’t offer </w:t>
      </w:r>
      <w:r>
        <w:rPr>
          <w:b/>
          <w:i w:val="0"/>
          <w:smallCaps w:val="0"/>
          <w:strike w:val="0"/>
          <w:sz w:val="22"/>
          <w:u w:val="single"/>
        </w:rPr>
        <w:t>realistic solutions</w:t>
      </w:r>
      <w:r>
        <w:rPr>
          <w:b/>
          <w:i w:val="0"/>
          <w:smallCaps w:val="0"/>
          <w:strike w:val="0"/>
          <w:u w:val="single"/>
        </w:rPr>
        <w:t xml:space="preserve"> to</w:t>
      </w:r>
      <w:r>
        <w:rPr>
          <w:b w:val="0"/>
          <w:i w:val="0"/>
          <w:smallCaps w:val="0"/>
          <w:strike w:val="0"/>
          <w:sz w:val="16"/>
          <w:u w:val="none"/>
        </w:rPr>
        <w:t xml:space="preserve"> the very real </w:t>
      </w:r>
      <w:r>
        <w:rPr>
          <w:b/>
          <w:i w:val="0"/>
          <w:smallCaps w:val="0"/>
          <w:strike w:val="0"/>
          <w:u w:val="single"/>
        </w:rPr>
        <w:t>climate change</w:t>
      </w:r>
      <w:r>
        <w:rPr>
          <w:b w:val="0"/>
          <w:i w:val="0"/>
          <w:smallCaps w:val="0"/>
          <w:strike w:val="0"/>
          <w:sz w:val="16"/>
          <w:u w:val="none"/>
        </w:rPr>
        <w:t xml:space="preserve"> threat. What </w:t>
      </w:r>
      <w:r>
        <w:rPr>
          <w:b/>
          <w:i w:val="0"/>
          <w:smallCaps w:val="0"/>
          <w:strike w:val="0"/>
          <w:u w:val="single"/>
        </w:rPr>
        <w:t>they offer,</w:t>
      </w:r>
      <w:r>
        <w:rPr>
          <w:b w:val="0"/>
          <w:i w:val="0"/>
          <w:smallCaps w:val="0"/>
          <w:strike w:val="0"/>
          <w:sz w:val="16"/>
          <w:u w:val="none"/>
        </w:rPr>
        <w:t xml:space="preserve"> if you follow their arguments to their logical conclusion, is </w:t>
      </w:r>
      <w:r>
        <w:rPr>
          <w:b/>
          <w:i w:val="0"/>
          <w:smallCaps w:val="0"/>
          <w:strike w:val="0"/>
          <w:u w:val="single"/>
        </w:rPr>
        <w:t>eco-austerity</w:t>
      </w:r>
      <w:r>
        <w:rPr>
          <w:b w:val="0"/>
          <w:i w:val="0"/>
          <w:smallCaps w:val="0"/>
          <w:strike w:val="0"/>
          <w:sz w:val="16"/>
          <w:u w:val="none"/>
        </w:rPr>
        <w:t>: that we should all use less energy, stop going on holiday, live in colder homes, and so on[</w:t>
      </w:r>
      <w:r>
        <w:rPr>
          <w:b w:val="0"/>
          <w:i w:val="0"/>
          <w:smallCaps w:val="0"/>
          <w:strike w:val="0"/>
          <w:sz w:val="16"/>
          <w:u w:val="none"/>
        </w:rPr>
        <w:t>i</w:t>
      </w:r>
      <w:r>
        <w:rPr>
          <w:b w:val="0"/>
          <w:i w:val="0"/>
          <w:smallCaps w:val="0"/>
          <w:strike w:val="0"/>
          <w:sz w:val="16"/>
          <w:u w:val="none"/>
        </w:rPr>
        <w:t>].</w:t>
      </w:r>
    </w:p>
    <w:p>
      <w:pPr>
        <w:spacing w:after="60"/>
      </w:pPr>
      <w:r>
        <w:rPr>
          <w:b w:val="0"/>
          <w:i w:val="0"/>
          <w:smallCaps w:val="0"/>
          <w:strike w:val="0"/>
          <w:sz w:val="16"/>
          <w:u w:val="none"/>
        </w:rPr>
        <w:t xml:space="preserve">In the latest papal encyclical published on 04 October (the feast day of St. Francis of Assisi), Fratelli Tutti (Brothers All), Papa Francisco wrote that the Covid-19 pandemic had proven that the “magical theories” of market capitalism have </w:t>
      </w:r>
      <w:r>
        <w:rPr>
          <w:b w:val="0"/>
          <w:i w:val="0"/>
          <w:smallCaps w:val="0"/>
          <w:strike w:val="0"/>
          <w:sz w:val="16"/>
          <w:u w:val="none"/>
        </w:rPr>
        <w:t>failed</w:t>
      </w:r>
      <w:r>
        <w:rPr>
          <w:b w:val="0"/>
          <w:i w:val="0"/>
          <w:smallCaps w:val="0"/>
          <w:strike w:val="0"/>
          <w:sz w:val="16"/>
          <w:u w:val="none"/>
        </w:rPr>
        <w:t xml:space="preserve"> and that the world needs a new type of politics that promotes dialogue and solidarity. (Perhaps the unjustified restrictionism pursued by First Minister Drakeford in Wales?)</w:t>
      </w:r>
    </w:p>
    <w:p>
      <w:pPr>
        <w:spacing w:after="60"/>
      </w:pPr>
      <w:r>
        <w:rPr>
          <w:b w:val="0"/>
          <w:i w:val="0"/>
          <w:smallCaps w:val="0"/>
          <w:strike w:val="0"/>
          <w:sz w:val="16"/>
          <w:u w:val="none"/>
        </w:rPr>
        <w:t xml:space="preserve">In fact, much as I respect Catholic social teaching (having been brought up with it), </w:t>
      </w:r>
      <w:r>
        <w:rPr>
          <w:b/>
          <w:i w:val="0"/>
          <w:smallCaps w:val="0"/>
          <w:strike w:val="0"/>
          <w:highlight w:val="cyan"/>
          <w:u w:val="single"/>
        </w:rPr>
        <w:t xml:space="preserve">the </w:t>
      </w:r>
      <w:r>
        <w:rPr>
          <w:b/>
          <w:i w:val="0"/>
          <w:smallCaps w:val="0"/>
          <w:strike w:val="0"/>
          <w:sz w:val="22"/>
          <w:highlight w:val="cyan"/>
          <w:u w:val="single"/>
        </w:rPr>
        <w:t>best chance</w:t>
      </w:r>
      <w:r>
        <w:rPr>
          <w:b/>
          <w:i w:val="0"/>
          <w:smallCaps w:val="0"/>
          <w:strike w:val="0"/>
          <w:u w:val="single"/>
        </w:rPr>
        <w:t xml:space="preserve"> we </w:t>
      </w:r>
      <w:r>
        <w:rPr>
          <w:b/>
          <w:i w:val="0"/>
          <w:smallCaps w:val="0"/>
          <w:strike w:val="0"/>
          <w:u w:val="single"/>
        </w:rPr>
        <w:t xml:space="preserve">have </w:t>
      </w:r>
      <w:r>
        <w:rPr>
          <w:b/>
          <w:i w:val="0"/>
          <w:smallCaps w:val="0"/>
          <w:strike w:val="0"/>
          <w:highlight w:val="cyan"/>
          <w:u w:val="single"/>
        </w:rPr>
        <w:t>to</w:t>
      </w:r>
      <w:r>
        <w:rPr>
          <w:b/>
          <w:i w:val="0"/>
          <w:smallCaps w:val="0"/>
          <w:strike w:val="0"/>
          <w:highlight w:val="cyan"/>
          <w:u w:val="single"/>
        </w:rPr>
        <w:t xml:space="preserve"> </w:t>
      </w:r>
      <w:r>
        <w:rPr>
          <w:b/>
          <w:i w:val="0"/>
          <w:smallCaps w:val="0"/>
          <w:strike w:val="0"/>
          <w:sz w:val="22"/>
          <w:highlight w:val="cyan"/>
          <w:u w:val="single"/>
        </w:rPr>
        <w:t>solve</w:t>
      </w:r>
      <w:r>
        <w:rPr>
          <w:b/>
          <w:i w:val="0"/>
          <w:smallCaps w:val="0"/>
          <w:strike w:val="0"/>
          <w:u w:val="single"/>
        </w:rPr>
        <w:t xml:space="preserve"> the immense challenge of </w:t>
      </w:r>
      <w:r>
        <w:rPr>
          <w:b/>
          <w:i w:val="0"/>
          <w:smallCaps w:val="0"/>
          <w:strike w:val="0"/>
          <w:sz w:val="22"/>
          <w:u w:val="single"/>
        </w:rPr>
        <w:t>climate change</w:t>
      </w:r>
      <w:r>
        <w:rPr>
          <w:b/>
          <w:i w:val="0"/>
          <w:smallCaps w:val="0"/>
          <w:strike w:val="0"/>
          <w:u w:val="single"/>
        </w:rPr>
        <w:t xml:space="preserve"> and other </w:t>
      </w:r>
      <w:r>
        <w:rPr>
          <w:b/>
          <w:i w:val="0"/>
          <w:smallCaps w:val="0"/>
          <w:strike w:val="0"/>
          <w:sz w:val="22"/>
          <w:u w:val="single"/>
        </w:rPr>
        <w:t>environmental problems</w:t>
      </w:r>
      <w:r>
        <w:rPr>
          <w:b w:val="0"/>
          <w:i w:val="0"/>
          <w:smallCaps w:val="0"/>
          <w:strike w:val="0"/>
          <w:sz w:val="16"/>
          <w:u w:val="none"/>
        </w:rPr>
        <w:t xml:space="preserve"> (such as plastic waste in the oceans) </w:t>
      </w:r>
      <w:r>
        <w:rPr>
          <w:b/>
          <w:i w:val="0"/>
          <w:smallCaps w:val="0"/>
          <w:strike w:val="0"/>
          <w:highlight w:val="cyan"/>
          <w:u w:val="single"/>
        </w:rPr>
        <w:t>is</w:t>
      </w:r>
      <w:r>
        <w:rPr>
          <w:b/>
          <w:i w:val="0"/>
          <w:smallCaps w:val="0"/>
          <w:strike w:val="0"/>
          <w:u w:val="single"/>
        </w:rPr>
        <w:t xml:space="preserve"> to </w:t>
      </w:r>
      <w:r>
        <w:rPr>
          <w:b/>
          <w:i w:val="0"/>
          <w:smallCaps w:val="0"/>
          <w:strike w:val="0"/>
          <w:sz w:val="22"/>
          <w:u w:val="single"/>
        </w:rPr>
        <w:t xml:space="preserve">harness </w:t>
      </w:r>
      <w:r>
        <w:rPr>
          <w:b/>
          <w:i w:val="0"/>
          <w:smallCaps w:val="0"/>
          <w:strike w:val="0"/>
          <w:sz w:val="22"/>
          <w:highlight w:val="cyan"/>
          <w:u w:val="single"/>
        </w:rPr>
        <w:t>market forces</w:t>
      </w:r>
      <w:r>
        <w:rPr>
          <w:b w:val="0"/>
          <w:i w:val="0"/>
          <w:smallCaps w:val="0"/>
          <w:strike w:val="0"/>
          <w:sz w:val="16"/>
          <w:u w:val="none"/>
        </w:rPr>
        <w:t xml:space="preserve">. In this way, </w:t>
      </w:r>
      <w:r>
        <w:rPr>
          <w:b/>
          <w:i w:val="0"/>
          <w:smallCaps w:val="0"/>
          <w:strike w:val="0"/>
          <w:u w:val="single"/>
        </w:rPr>
        <w:t xml:space="preserve">the </w:t>
      </w:r>
      <w:r>
        <w:rPr>
          <w:b/>
          <w:i w:val="0"/>
          <w:smallCaps w:val="0"/>
          <w:strike w:val="0"/>
          <w:sz w:val="22"/>
          <w:highlight w:val="cyan"/>
          <w:u w:val="single"/>
        </w:rPr>
        <w:t>profit motives</w:t>
      </w:r>
      <w:r>
        <w:rPr>
          <w:b/>
          <w:i w:val="0"/>
          <w:smallCaps w:val="0"/>
          <w:strike w:val="0"/>
          <w:u w:val="single"/>
        </w:rPr>
        <w:t xml:space="preserve"> of </w:t>
      </w:r>
      <w:r>
        <w:rPr>
          <w:b/>
          <w:i w:val="0"/>
          <w:smallCaps w:val="0"/>
          <w:strike w:val="0"/>
          <w:sz w:val="22"/>
          <w:highlight w:val="cyan"/>
          <w:u w:val="single"/>
        </w:rPr>
        <w:t>finance</w:t>
      </w:r>
      <w:r>
        <w:rPr>
          <w:b/>
          <w:i w:val="0"/>
          <w:smallCaps w:val="0"/>
          <w:strike w:val="0"/>
          <w:highlight w:val="cyan"/>
          <w:u w:val="single"/>
        </w:rPr>
        <w:t xml:space="preserve"> and </w:t>
      </w:r>
      <w:r>
        <w:rPr>
          <w:b/>
          <w:i w:val="0"/>
          <w:smallCaps w:val="0"/>
          <w:strike w:val="0"/>
          <w:sz w:val="22"/>
          <w:highlight w:val="cyan"/>
          <w:u w:val="single"/>
        </w:rPr>
        <w:t>tech</w:t>
      </w:r>
      <w:r>
        <w:rPr>
          <w:b/>
          <w:i w:val="0"/>
          <w:smallCaps w:val="0"/>
          <w:strike w:val="0"/>
          <w:sz w:val="22"/>
          <w:u w:val="single"/>
        </w:rPr>
        <w:t>nology</w:t>
      </w:r>
      <w:r>
        <w:rPr>
          <w:b/>
          <w:i w:val="0"/>
          <w:smallCaps w:val="0"/>
          <w:strike w:val="0"/>
          <w:u w:val="single"/>
        </w:rPr>
        <w:t xml:space="preserve"> will </w:t>
      </w:r>
      <w:r>
        <w:rPr>
          <w:b/>
          <w:i w:val="0"/>
          <w:smallCaps w:val="0"/>
          <w:strike w:val="0"/>
          <w:sz w:val="22"/>
          <w:u w:val="single"/>
        </w:rPr>
        <w:t>re-engineer</w:t>
      </w:r>
      <w:r>
        <w:rPr>
          <w:b/>
          <w:i w:val="0"/>
          <w:smallCaps w:val="0"/>
          <w:strike w:val="0"/>
          <w:u w:val="single"/>
        </w:rPr>
        <w:t xml:space="preserve"> the global economy </w:t>
      </w:r>
      <w:r>
        <w:rPr>
          <w:b/>
          <w:i w:val="0"/>
          <w:smallCaps w:val="0"/>
          <w:strike w:val="0"/>
          <w:sz w:val="22"/>
          <w:u w:val="single"/>
        </w:rPr>
        <w:t>completely</w:t>
      </w:r>
      <w:r>
        <w:rPr>
          <w:b w:val="0"/>
          <w:i w:val="0"/>
          <w:smallCaps w:val="0"/>
          <w:strike w:val="0"/>
          <w:sz w:val="16"/>
          <w:u w:val="none"/>
        </w:rPr>
        <w:t>.</w:t>
      </w:r>
    </w:p>
    <w:p>
      <w:pPr>
        <w:spacing w:after="60"/>
      </w:pPr>
      <w:r>
        <w:rPr>
          <w:b/>
          <w:i w:val="0"/>
          <w:smallCaps w:val="0"/>
          <w:strike w:val="0"/>
          <w:u w:val="single"/>
        </w:rPr>
        <w:t>Big money already decided</w:t>
      </w:r>
      <w:r>
        <w:rPr>
          <w:b w:val="0"/>
          <w:i w:val="0"/>
          <w:smallCaps w:val="0"/>
          <w:strike w:val="0"/>
          <w:sz w:val="16"/>
          <w:u w:val="none"/>
        </w:rPr>
        <w:t xml:space="preserve"> that the </w:t>
      </w:r>
      <w:r>
        <w:rPr>
          <w:b/>
          <w:i w:val="0"/>
          <w:smallCaps w:val="0"/>
          <w:strike w:val="0"/>
          <w:u w:val="single"/>
        </w:rPr>
        <w:t>fossil fuel</w:t>
      </w:r>
      <w:r>
        <w:rPr>
          <w:b w:val="0"/>
          <w:i w:val="0"/>
          <w:smallCaps w:val="0"/>
          <w:strike w:val="0"/>
          <w:sz w:val="16"/>
          <w:u w:val="none"/>
        </w:rPr>
        <w:t xml:space="preserve"> economy </w:t>
      </w:r>
      <w:r>
        <w:rPr>
          <w:b/>
          <w:i w:val="0"/>
          <w:smallCaps w:val="0"/>
          <w:strike w:val="0"/>
          <w:u w:val="single"/>
        </w:rPr>
        <w:t xml:space="preserve">is </w:t>
      </w:r>
      <w:r>
        <w:rPr>
          <w:b/>
          <w:i w:val="0"/>
          <w:smallCaps w:val="0"/>
          <w:strike w:val="0"/>
          <w:u w:val="single"/>
        </w:rPr>
        <w:t>doomed</w:t>
      </w:r>
      <w:r>
        <w:rPr>
          <w:b/>
          <w:i w:val="0"/>
          <w:smallCaps w:val="0"/>
          <w:strike w:val="0"/>
          <w:u w:val="single"/>
        </w:rPr>
        <w:t xml:space="preserve"> and that renewable energy is the future</w:t>
      </w:r>
      <w:r>
        <w:rPr>
          <w:b w:val="0"/>
          <w:i w:val="0"/>
          <w:smallCaps w:val="0"/>
          <w:strike w:val="0"/>
          <w:sz w:val="16"/>
          <w:u w:val="none"/>
        </w:rPr>
        <w:t xml:space="preserve"> long before Dame Emma Thompson swept in from LA (business class, of course) to gesticulate on Oxford Street, in those languorous pre-Covid days. The billionaire Davos Boys have been preaching climate orthodoxy for years. </w:t>
      </w:r>
      <w:r>
        <w:rPr>
          <w:b/>
          <w:i w:val="0"/>
          <w:smallCaps w:val="0"/>
          <w:strike w:val="0"/>
          <w:u w:val="single"/>
        </w:rPr>
        <w:t xml:space="preserve">And the </w:t>
      </w:r>
      <w:r>
        <w:rPr>
          <w:b/>
          <w:i w:val="0"/>
          <w:smallCaps w:val="0"/>
          <w:strike w:val="0"/>
          <w:sz w:val="22"/>
          <w:u w:val="single"/>
        </w:rPr>
        <w:t xml:space="preserve">Great </w:t>
      </w:r>
      <w:r>
        <w:rPr>
          <w:b/>
          <w:i w:val="0"/>
          <w:smallCaps w:val="0"/>
          <w:strike w:val="0"/>
          <w:sz w:val="22"/>
          <w:highlight w:val="cyan"/>
          <w:u w:val="single"/>
        </w:rPr>
        <w:t>Transition</w:t>
      </w:r>
      <w:r>
        <w:rPr>
          <w:b/>
          <w:i w:val="0"/>
          <w:smallCaps w:val="0"/>
          <w:strike w:val="0"/>
          <w:highlight w:val="cyan"/>
          <w:u w:val="single"/>
        </w:rPr>
        <w:t xml:space="preserve"> is already</w:t>
      </w:r>
      <w:r>
        <w:rPr>
          <w:b/>
          <w:i w:val="0"/>
          <w:smallCaps w:val="0"/>
          <w:strike w:val="0"/>
          <w:u w:val="single"/>
        </w:rPr>
        <w:t xml:space="preserve"> </w:t>
      </w:r>
      <w:r>
        <w:rPr>
          <w:b/>
          <w:i w:val="0"/>
          <w:smallCaps w:val="0"/>
          <w:strike w:val="0"/>
          <w:sz w:val="22"/>
          <w:u w:val="single"/>
        </w:rPr>
        <w:t xml:space="preserve">well </w:t>
      </w:r>
      <w:r>
        <w:rPr>
          <w:b/>
          <w:i w:val="0"/>
          <w:smallCaps w:val="0"/>
          <w:strike w:val="0"/>
          <w:sz w:val="22"/>
          <w:highlight w:val="cyan"/>
          <w:u w:val="single"/>
        </w:rPr>
        <w:t>underway</w:t>
      </w:r>
      <w:r>
        <w:rPr>
          <w:b w:val="0"/>
          <w:i w:val="0"/>
          <w:smallCaps w:val="0"/>
          <w:strike w:val="0"/>
          <w:sz w:val="16"/>
          <w:u w:val="none"/>
        </w:rPr>
        <w:t>.</w:t>
      </w:r>
    </w:p>
    <w:p>
      <w:pPr>
        <w:spacing w:after="60"/>
      </w:pPr>
      <w:r>
        <w:rPr>
          <w:b w:val="0"/>
          <w:i w:val="0"/>
          <w:smallCaps w:val="0"/>
          <w:strike w:val="0"/>
          <w:sz w:val="16"/>
          <w:u w:val="none"/>
        </w:rPr>
        <w:t>Renewable profitability</w:t>
      </w:r>
    </w:p>
    <w:p>
      <w:pPr>
        <w:spacing w:after="60"/>
      </w:pPr>
      <w:r>
        <w:rPr>
          <w:b w:val="0"/>
          <w:i w:val="0"/>
          <w:smallCaps w:val="0"/>
          <w:strike w:val="0"/>
          <w:sz w:val="16"/>
          <w:u w:val="none"/>
        </w:rPr>
        <w:t>The good news is (don’t tell XR) that the United Kingdom has managed to reduce its carbon emissions by over 40 percent since 1990 by all but phasing out coal and investing massively in renewable power generation. As I write this on a blustery day in late October, according to the GB National Grid Status website, coal powered generation is contributing precisely zero to UK power generation. The UK has the world’s largest offshore wind power market with capacity still increasing rapidly. Earlier this year the UK government effectively dropped the ban on onshore wind turbine arrays in the drive to reach net zero carbon emissions by 2050.</w:t>
      </w:r>
    </w:p>
    <w:p>
      <w:pPr>
        <w:spacing w:after="60"/>
      </w:pPr>
      <w:r>
        <w:rPr>
          <w:b w:val="0"/>
          <w:i w:val="0"/>
          <w:smallCaps w:val="0"/>
          <w:strike w:val="0"/>
          <w:sz w:val="16"/>
          <w:u w:val="none"/>
        </w:rPr>
        <w:t xml:space="preserve">As </w:t>
      </w:r>
      <w:r>
        <w:rPr>
          <w:b/>
          <w:i w:val="0"/>
          <w:smallCaps w:val="0"/>
          <w:strike w:val="0"/>
          <w:u w:val="single"/>
        </w:rPr>
        <w:t xml:space="preserve">the </w:t>
      </w:r>
      <w:r>
        <w:rPr>
          <w:b/>
          <w:i w:val="0"/>
          <w:smallCaps w:val="0"/>
          <w:strike w:val="0"/>
          <w:sz w:val="22"/>
          <w:highlight w:val="cyan"/>
          <w:u w:val="single"/>
        </w:rPr>
        <w:t>shift</w:t>
      </w:r>
      <w:r>
        <w:rPr>
          <w:b/>
          <w:i w:val="0"/>
          <w:smallCaps w:val="0"/>
          <w:strike w:val="0"/>
          <w:u w:val="single"/>
        </w:rPr>
        <w:t xml:space="preserve"> from carbon-heavy sources to </w:t>
      </w:r>
      <w:r>
        <w:rPr>
          <w:b/>
          <w:i w:val="0"/>
          <w:smallCaps w:val="0"/>
          <w:strike w:val="0"/>
          <w:sz w:val="22"/>
          <w:u w:val="single"/>
        </w:rPr>
        <w:t>carbon-free</w:t>
      </w:r>
      <w:r>
        <w:rPr>
          <w:b/>
          <w:i w:val="0"/>
          <w:smallCaps w:val="0"/>
          <w:strike w:val="0"/>
          <w:u w:val="single"/>
        </w:rPr>
        <w:t xml:space="preserve"> electricity generation </w:t>
      </w:r>
      <w:r>
        <w:rPr>
          <w:b/>
          <w:i w:val="0"/>
          <w:smallCaps w:val="0"/>
          <w:strike w:val="0"/>
          <w:highlight w:val="cyan"/>
          <w:u w:val="single"/>
        </w:rPr>
        <w:t xml:space="preserve">has </w:t>
      </w:r>
      <w:r>
        <w:rPr>
          <w:b/>
          <w:i w:val="0"/>
          <w:smallCaps w:val="0"/>
          <w:strike w:val="0"/>
          <w:sz w:val="22"/>
          <w:highlight w:val="cyan"/>
          <w:u w:val="single"/>
        </w:rPr>
        <w:t>accelerated</w:t>
      </w:r>
      <w:r>
        <w:rPr>
          <w:b/>
          <w:i w:val="0"/>
          <w:smallCaps w:val="0"/>
          <w:strike w:val="0"/>
          <w:u w:val="single"/>
        </w:rPr>
        <w:t xml:space="preserve"> so </w:t>
      </w:r>
      <w:r>
        <w:rPr>
          <w:b/>
          <w:i w:val="0"/>
          <w:smallCaps w:val="0"/>
          <w:strike w:val="0"/>
          <w:sz w:val="22"/>
          <w:highlight w:val="cyan"/>
          <w:u w:val="single"/>
        </w:rPr>
        <w:t>economies of scale</w:t>
      </w:r>
      <w:r>
        <w:rPr>
          <w:b/>
          <w:i w:val="0"/>
          <w:smallCaps w:val="0"/>
          <w:strike w:val="0"/>
          <w:u w:val="single"/>
        </w:rPr>
        <w:t xml:space="preserve"> have </w:t>
      </w:r>
      <w:r>
        <w:rPr>
          <w:b/>
          <w:i w:val="0"/>
          <w:smallCaps w:val="0"/>
          <w:strike w:val="0"/>
          <w:highlight w:val="cyan"/>
          <w:u w:val="single"/>
        </w:rPr>
        <w:t>kicked in</w:t>
      </w:r>
      <w:r>
        <w:rPr>
          <w:b/>
          <w:i w:val="0"/>
          <w:smallCaps w:val="0"/>
          <w:strike w:val="0"/>
          <w:u w:val="single"/>
        </w:rPr>
        <w:t xml:space="preserve"> and </w:t>
      </w:r>
      <w:r>
        <w:rPr>
          <w:b/>
          <w:i w:val="0"/>
          <w:smallCaps w:val="0"/>
          <w:strike w:val="0"/>
          <w:sz w:val="22"/>
          <w:u w:val="single"/>
        </w:rPr>
        <w:t>new technologies</w:t>
      </w:r>
      <w:r>
        <w:rPr>
          <w:b/>
          <w:i w:val="0"/>
          <w:smallCaps w:val="0"/>
          <w:strike w:val="0"/>
          <w:u w:val="single"/>
        </w:rPr>
        <w:t xml:space="preserve"> have come online.</w:t>
      </w:r>
      <w:r>
        <w:rPr>
          <w:b w:val="0"/>
          <w:i w:val="0"/>
          <w:smallCaps w:val="0"/>
          <w:strike w:val="0"/>
          <w:sz w:val="16"/>
          <w:u w:val="none"/>
        </w:rPr>
        <w:t xml:space="preserve"> Recent data from Bloomberg New Energy Finance shows that </w:t>
      </w:r>
      <w:r>
        <w:rPr>
          <w:b/>
          <w:i w:val="0"/>
          <w:smallCaps w:val="0"/>
          <w:strike w:val="0"/>
          <w:u w:val="single"/>
        </w:rPr>
        <w:t xml:space="preserve">the latest generation of </w:t>
      </w:r>
      <w:r>
        <w:rPr>
          <w:b/>
          <w:i w:val="0"/>
          <w:smallCaps w:val="0"/>
          <w:strike w:val="0"/>
          <w:sz w:val="22"/>
          <w:highlight w:val="cyan"/>
          <w:u w:val="single"/>
        </w:rPr>
        <w:t>solar</w:t>
      </w:r>
      <w:r>
        <w:rPr>
          <w:b/>
          <w:i w:val="0"/>
          <w:smallCaps w:val="0"/>
          <w:strike w:val="0"/>
          <w:highlight w:val="cyan"/>
          <w:u w:val="single"/>
        </w:rPr>
        <w:t xml:space="preserve"> and </w:t>
      </w:r>
      <w:r>
        <w:rPr>
          <w:b/>
          <w:i w:val="0"/>
          <w:smallCaps w:val="0"/>
          <w:strike w:val="0"/>
          <w:sz w:val="22"/>
          <w:highlight w:val="cyan"/>
          <w:u w:val="single"/>
        </w:rPr>
        <w:t>wind</w:t>
      </w:r>
      <w:r>
        <w:rPr>
          <w:b/>
          <w:i w:val="0"/>
          <w:smallCaps w:val="0"/>
          <w:strike w:val="0"/>
          <w:u w:val="single"/>
        </w:rPr>
        <w:t xml:space="preserve"> power plants can produce electricity cheaper than</w:t>
      </w:r>
      <w:r>
        <w:rPr>
          <w:b w:val="0"/>
          <w:i w:val="0"/>
          <w:smallCaps w:val="0"/>
          <w:strike w:val="0"/>
          <w:sz w:val="16"/>
          <w:u w:val="none"/>
        </w:rPr>
        <w:t xml:space="preserve"> the most </w:t>
      </w:r>
      <w:r>
        <w:rPr>
          <w:b/>
          <w:i w:val="0"/>
          <w:smallCaps w:val="0"/>
          <w:strike w:val="0"/>
          <w:u w:val="single"/>
        </w:rPr>
        <w:t>modern coal plants</w:t>
      </w:r>
      <w:r>
        <w:rPr>
          <w:b w:val="0"/>
          <w:i w:val="0"/>
          <w:smallCaps w:val="0"/>
          <w:strike w:val="0"/>
          <w:sz w:val="16"/>
          <w:u w:val="none"/>
        </w:rPr>
        <w:t xml:space="preserve"> even </w:t>
      </w:r>
      <w:r>
        <w:rPr>
          <w:b/>
          <w:i w:val="0"/>
          <w:smallCaps w:val="0"/>
          <w:strike w:val="0"/>
          <w:u w:val="single"/>
        </w:rPr>
        <w:t xml:space="preserve">without subsidy for two thirds of the </w:t>
      </w:r>
      <w:r>
        <w:rPr>
          <w:b/>
          <w:i w:val="0"/>
          <w:smallCaps w:val="0"/>
          <w:strike w:val="0"/>
          <w:sz w:val="22"/>
          <w:u w:val="single"/>
        </w:rPr>
        <w:t>global population</w:t>
      </w:r>
      <w:r>
        <w:rPr>
          <w:b/>
          <w:i w:val="0"/>
          <w:smallCaps w:val="0"/>
          <w:strike w:val="0"/>
          <w:u w:val="single"/>
        </w:rPr>
        <w:t>. The price of solar</w:t>
      </w:r>
      <w:r>
        <w:rPr>
          <w:b w:val="0"/>
          <w:i w:val="0"/>
          <w:smallCaps w:val="0"/>
          <w:strike w:val="0"/>
          <w:sz w:val="16"/>
          <w:u w:val="none"/>
        </w:rPr>
        <w:t xml:space="preserve"> panels </w:t>
      </w:r>
      <w:r>
        <w:rPr>
          <w:b/>
          <w:i w:val="0"/>
          <w:smallCaps w:val="0"/>
          <w:strike w:val="0"/>
          <w:u w:val="single"/>
        </w:rPr>
        <w:t>has dropped by almost 90 percent</w:t>
      </w:r>
      <w:r>
        <w:rPr>
          <w:b w:val="0"/>
          <w:i w:val="0"/>
          <w:smallCaps w:val="0"/>
          <w:strike w:val="0"/>
          <w:sz w:val="16"/>
          <w:u w:val="none"/>
        </w:rPr>
        <w:t xml:space="preserve"> over the past decade. </w:t>
      </w:r>
      <w:r>
        <w:rPr>
          <w:b/>
          <w:i w:val="0"/>
          <w:smallCaps w:val="0"/>
          <w:strike w:val="0"/>
          <w:u w:val="single"/>
        </w:rPr>
        <w:t xml:space="preserve">By mid-decade, solar and wind power will </w:t>
      </w:r>
      <w:r>
        <w:rPr>
          <w:b/>
          <w:i w:val="0"/>
          <w:smallCaps w:val="0"/>
          <w:strike w:val="0"/>
          <w:sz w:val="22"/>
          <w:highlight w:val="cyan"/>
          <w:u w:val="single"/>
        </w:rPr>
        <w:t>outcompete</w:t>
      </w:r>
      <w:r>
        <w:rPr>
          <w:b/>
          <w:i w:val="0"/>
          <w:smallCaps w:val="0"/>
          <w:strike w:val="0"/>
          <w:u w:val="single"/>
        </w:rPr>
        <w:t xml:space="preserve"> all existing </w:t>
      </w:r>
      <w:r>
        <w:rPr>
          <w:b/>
          <w:i w:val="0"/>
          <w:smallCaps w:val="0"/>
          <w:strike w:val="0"/>
          <w:highlight w:val="cyan"/>
          <w:u w:val="single"/>
        </w:rPr>
        <w:t>coal</w:t>
      </w:r>
      <w:r>
        <w:rPr>
          <w:b/>
          <w:i w:val="0"/>
          <w:smallCaps w:val="0"/>
          <w:strike w:val="0"/>
          <w:u w:val="single"/>
        </w:rPr>
        <w:t xml:space="preserve"> plants</w:t>
      </w:r>
      <w:r>
        <w:rPr>
          <w:b w:val="0"/>
          <w:i w:val="0"/>
          <w:smallCaps w:val="0"/>
          <w:strike w:val="0"/>
          <w:sz w:val="16"/>
          <w:u w:val="none"/>
        </w:rPr>
        <w:t xml:space="preserve"> on price – at which point a swath of coal plants will be deemed uneconomic and closed.</w:t>
      </w:r>
    </w:p>
    <w:p>
      <w:pPr>
        <w:spacing w:after="60"/>
      </w:pPr>
      <w:r>
        <w:rPr>
          <w:b/>
          <w:i w:val="0"/>
          <w:smallCaps w:val="0"/>
          <w:strike w:val="0"/>
          <w:u w:val="single"/>
        </w:rPr>
        <w:t xml:space="preserve">The economics of </w:t>
      </w:r>
      <w:r>
        <w:rPr>
          <w:b/>
          <w:i w:val="0"/>
          <w:smallCaps w:val="0"/>
          <w:strike w:val="0"/>
          <w:sz w:val="22"/>
          <w:highlight w:val="cyan"/>
          <w:u w:val="single"/>
        </w:rPr>
        <w:t>energy storage</w:t>
      </w:r>
      <w:r>
        <w:rPr>
          <w:b/>
          <w:i w:val="0"/>
          <w:smallCaps w:val="0"/>
          <w:strike w:val="0"/>
          <w:u w:val="single"/>
        </w:rPr>
        <w:t xml:space="preserve"> – battery technology – are also </w:t>
      </w:r>
      <w:r>
        <w:rPr>
          <w:b/>
          <w:i w:val="0"/>
          <w:smallCaps w:val="0"/>
          <w:strike w:val="0"/>
          <w:sz w:val="22"/>
          <w:highlight w:val="cyan"/>
          <w:u w:val="single"/>
        </w:rPr>
        <w:t>improving</w:t>
      </w:r>
      <w:r>
        <w:rPr>
          <w:b w:val="0"/>
          <w:i w:val="0"/>
          <w:smallCaps w:val="0"/>
          <w:strike w:val="0"/>
          <w:sz w:val="16"/>
          <w:u w:val="none"/>
        </w:rPr>
        <w:t>. On 22 September Tesla (</w:t>
      </w:r>
      <w:r>
        <w:rPr>
          <w:b w:val="0"/>
          <w:i w:val="0"/>
          <w:smallCaps w:val="0"/>
          <w:strike w:val="0"/>
          <w:sz w:val="16"/>
          <w:u w:val="none"/>
        </w:rPr>
        <w:t>NASDAQ:TSLA</w:t>
      </w:r>
      <w:r>
        <w:rPr>
          <w:b w:val="0"/>
          <w:i w:val="0"/>
          <w:smallCaps w:val="0"/>
          <w:strike w:val="0"/>
          <w:sz w:val="16"/>
          <w:u w:val="none"/>
        </w:rPr>
        <w:t xml:space="preserve">) unveiled its </w:t>
      </w:r>
      <w:r>
        <w:rPr>
          <w:b/>
          <w:i w:val="0"/>
          <w:smallCaps w:val="0"/>
          <w:strike w:val="0"/>
          <w:u w:val="single"/>
        </w:rPr>
        <w:t>new battery</w:t>
      </w:r>
      <w:r>
        <w:rPr>
          <w:b w:val="0"/>
          <w:i w:val="0"/>
          <w:smallCaps w:val="0"/>
          <w:strike w:val="0"/>
          <w:sz w:val="16"/>
          <w:u w:val="none"/>
        </w:rPr>
        <w:t xml:space="preserve"> known as the 4680[ii]. This </w:t>
      </w:r>
      <w:r>
        <w:rPr>
          <w:b/>
          <w:i w:val="0"/>
          <w:smallCaps w:val="0"/>
          <w:strike w:val="0"/>
          <w:u w:val="single"/>
        </w:rPr>
        <w:t>fuel cell</w:t>
      </w:r>
      <w:r>
        <w:rPr>
          <w:b w:val="0"/>
          <w:i w:val="0"/>
          <w:smallCaps w:val="0"/>
          <w:strike w:val="0"/>
          <w:sz w:val="16"/>
          <w:u w:val="none"/>
        </w:rPr>
        <w:t xml:space="preserve"> reportedly </w:t>
      </w:r>
      <w:r>
        <w:rPr>
          <w:b/>
          <w:i w:val="0"/>
          <w:smallCaps w:val="0"/>
          <w:strike w:val="0"/>
          <w:u w:val="single"/>
        </w:rPr>
        <w:t>offers six times</w:t>
      </w:r>
      <w:r>
        <w:rPr>
          <w:b w:val="0"/>
          <w:i w:val="0"/>
          <w:smallCaps w:val="0"/>
          <w:strike w:val="0"/>
          <w:sz w:val="16"/>
          <w:u w:val="none"/>
        </w:rPr>
        <w:t xml:space="preserve"> the power of </w:t>
      </w:r>
      <w:r>
        <w:rPr>
          <w:b/>
          <w:i w:val="0"/>
          <w:smallCaps w:val="0"/>
          <w:strike w:val="0"/>
          <w:u w:val="single"/>
        </w:rPr>
        <w:t xml:space="preserve">Tesla’s previous cells, and five times the </w:t>
      </w:r>
      <w:r>
        <w:rPr>
          <w:b/>
          <w:i w:val="0"/>
          <w:smallCaps w:val="0"/>
          <w:strike w:val="0"/>
          <w:sz w:val="22"/>
          <w:u w:val="single"/>
        </w:rPr>
        <w:t>energy capacity</w:t>
      </w:r>
      <w:r>
        <w:rPr>
          <w:b w:val="0"/>
          <w:i w:val="0"/>
          <w:smallCaps w:val="0"/>
          <w:strike w:val="0"/>
          <w:sz w:val="16"/>
          <w:u w:val="none"/>
        </w:rPr>
        <w:t xml:space="preserve">. The company confirmed that the new cell measures 46 </w:t>
      </w:r>
      <w:r>
        <w:rPr>
          <w:b w:val="0"/>
          <w:i w:val="0"/>
          <w:smallCaps w:val="0"/>
          <w:strike w:val="0"/>
          <w:sz w:val="16"/>
          <w:u w:val="none"/>
        </w:rPr>
        <w:t>millimetres</w:t>
      </w:r>
      <w:r>
        <w:rPr>
          <w:b w:val="0"/>
          <w:i w:val="0"/>
          <w:smallCaps w:val="0"/>
          <w:strike w:val="0"/>
          <w:sz w:val="16"/>
          <w:u w:val="none"/>
        </w:rPr>
        <w:t xml:space="preserve"> by 80 </w:t>
      </w:r>
      <w:r>
        <w:rPr>
          <w:b w:val="0"/>
          <w:i w:val="0"/>
          <w:smallCaps w:val="0"/>
          <w:strike w:val="0"/>
          <w:sz w:val="16"/>
          <w:u w:val="none"/>
        </w:rPr>
        <w:t>millimetres</w:t>
      </w:r>
      <w:r>
        <w:rPr>
          <w:b w:val="0"/>
          <w:i w:val="0"/>
          <w:smallCaps w:val="0"/>
          <w:strike w:val="0"/>
          <w:sz w:val="16"/>
          <w:u w:val="none"/>
        </w:rPr>
        <w:t xml:space="preserve"> – hence the name. The iconic automaker says that these new fuel cells will be able to increase the range of a vehicle by 16 percent – that could be up to about 500 miles for its latest models. That kind of range makes medium-distance travel without recharging (say, London to Edinburgh in a UK context) quite feasible.</w:t>
      </w:r>
    </w:p>
    <w:p>
      <w:pPr>
        <w:spacing w:after="60"/>
      </w:pPr>
      <w:r>
        <w:rPr>
          <w:b w:val="0"/>
          <w:i w:val="0"/>
          <w:smallCaps w:val="0"/>
          <w:strike w:val="0"/>
          <w:sz w:val="16"/>
          <w:u w:val="none"/>
        </w:rPr>
        <w:t>Red China goes green</w:t>
      </w:r>
    </w:p>
    <w:p>
      <w:pPr>
        <w:spacing w:after="60"/>
      </w:pPr>
      <w:r>
        <w:rPr>
          <w:b w:val="0"/>
          <w:i w:val="0"/>
          <w:smallCaps w:val="0"/>
          <w:strike w:val="0"/>
          <w:sz w:val="16"/>
          <w:u w:val="none"/>
        </w:rPr>
        <w:t xml:space="preserve">China currently has new coal plants under construction which will have a capacity of another 94 Gigawatts of electricity per annum. China already emits more CO2 than all of Europe and America combined. But China now has a target of going carbon neutral by 2060, and by so aspiring has upped the moral ante with </w:t>
      </w:r>
      <w:r>
        <w:rPr>
          <w:b w:val="0"/>
          <w:i w:val="0"/>
          <w:smallCaps w:val="0"/>
          <w:strike w:val="0"/>
          <w:sz w:val="16"/>
          <w:u w:val="none"/>
        </w:rPr>
        <w:t>Mr</w:t>
      </w:r>
      <w:r>
        <w:rPr>
          <w:b w:val="0"/>
          <w:i w:val="0"/>
          <w:smallCaps w:val="0"/>
          <w:strike w:val="0"/>
          <w:sz w:val="16"/>
          <w:u w:val="none"/>
        </w:rPr>
        <w:t xml:space="preserve"> Trump’s America. Now, some analysts predict that China may abandon its </w:t>
      </w:r>
      <w:r>
        <w:rPr>
          <w:b w:val="0"/>
          <w:i w:val="0"/>
          <w:smallCaps w:val="0"/>
          <w:strike w:val="0"/>
          <w:sz w:val="16"/>
          <w:u w:val="none"/>
        </w:rPr>
        <w:t>programme</w:t>
      </w:r>
      <w:r>
        <w:rPr>
          <w:b w:val="0"/>
          <w:i w:val="0"/>
          <w:smallCaps w:val="0"/>
          <w:strike w:val="0"/>
          <w:sz w:val="16"/>
          <w:u w:val="none"/>
        </w:rPr>
        <w:t xml:space="preserve"> of building coal-fired power stations as much on economic grounds as on environmental ones.</w:t>
      </w:r>
    </w:p>
    <w:p>
      <w:pPr>
        <w:spacing w:after="60"/>
      </w:pPr>
      <w:r>
        <w:rPr>
          <w:b w:val="0"/>
          <w:i w:val="0"/>
          <w:smallCaps w:val="0"/>
          <w:strike w:val="0"/>
          <w:sz w:val="16"/>
          <w:u w:val="none"/>
        </w:rPr>
        <w:t xml:space="preserve">China might yet gain a strategic advantage from global warming. Last month the UK First Sea Lord, Admiral Tony </w:t>
      </w:r>
      <w:r>
        <w:rPr>
          <w:b w:val="0"/>
          <w:i w:val="0"/>
          <w:smallCaps w:val="0"/>
          <w:strike w:val="0"/>
          <w:sz w:val="16"/>
          <w:u w:val="none"/>
        </w:rPr>
        <w:t>Radakin</w:t>
      </w:r>
      <w:r>
        <w:rPr>
          <w:b w:val="0"/>
          <w:i w:val="0"/>
          <w:smallCaps w:val="0"/>
          <w:strike w:val="0"/>
          <w:sz w:val="16"/>
          <w:u w:val="none"/>
        </w:rPr>
        <w:t xml:space="preserve"> (the military head of the Royal Navy), warned that the melting of ice in the Arctic would create new maritime trade routes across the top of the world – the Arctic Ocean – which would halve the transit time between East Asia and Western Europe. China already has, according to the Pentagon, the world’s largest navy with 350 warships and submarines. That opens the prospect of Chinese naval vessels being able to penetrate the North Atlantic rapidly, and possibly threatening the European and American undersea cable network.</w:t>
      </w:r>
    </w:p>
    <w:p>
      <w:pPr>
        <w:spacing w:after="60"/>
      </w:pPr>
      <w:r>
        <w:rPr>
          <w:b w:val="0"/>
          <w:i w:val="0"/>
          <w:smallCaps w:val="0"/>
          <w:strike w:val="0"/>
          <w:sz w:val="16"/>
          <w:u w:val="none"/>
        </w:rPr>
        <w:t xml:space="preserve">Hydrogen in three </w:t>
      </w:r>
      <w:r>
        <w:rPr>
          <w:b w:val="0"/>
          <w:i w:val="0"/>
          <w:smallCaps w:val="0"/>
          <w:strike w:val="0"/>
          <w:sz w:val="16"/>
          <w:u w:val="none"/>
        </w:rPr>
        <w:t>colours</w:t>
      </w:r>
    </w:p>
    <w:p>
      <w:pPr>
        <w:spacing w:after="60"/>
      </w:pPr>
      <w:r>
        <w:rPr>
          <w:b w:val="0"/>
          <w:i w:val="0"/>
          <w:smallCaps w:val="0"/>
          <w:strike w:val="0"/>
          <w:sz w:val="16"/>
          <w:u w:val="none"/>
        </w:rPr>
        <w:t xml:space="preserve">The </w:t>
      </w:r>
      <w:r>
        <w:rPr>
          <w:b/>
          <w:i w:val="0"/>
          <w:smallCaps w:val="0"/>
          <w:strike w:val="0"/>
          <w:u w:val="single"/>
        </w:rPr>
        <w:t>downside with the current generation</w:t>
      </w:r>
      <w:r>
        <w:rPr>
          <w:b w:val="0"/>
          <w:i w:val="0"/>
          <w:smallCaps w:val="0"/>
          <w:strike w:val="0"/>
          <w:sz w:val="16"/>
          <w:u w:val="none"/>
        </w:rPr>
        <w:t xml:space="preserve"> of electric vehicles </w:t>
      </w:r>
      <w:r>
        <w:rPr>
          <w:b/>
          <w:i w:val="0"/>
          <w:smallCaps w:val="0"/>
          <w:strike w:val="0"/>
          <w:u w:val="single"/>
        </w:rPr>
        <w:t>is</w:t>
      </w:r>
      <w:r>
        <w:rPr>
          <w:b w:val="0"/>
          <w:i w:val="0"/>
          <w:smallCaps w:val="0"/>
          <w:strike w:val="0"/>
          <w:sz w:val="16"/>
          <w:u w:val="none"/>
        </w:rPr>
        <w:t xml:space="preserve"> that they require </w:t>
      </w:r>
      <w:r>
        <w:rPr>
          <w:b/>
          <w:i w:val="0"/>
          <w:smallCaps w:val="0"/>
          <w:strike w:val="0"/>
          <w:u w:val="single"/>
        </w:rPr>
        <w:t>batteries</w:t>
      </w:r>
      <w:r>
        <w:rPr>
          <w:b w:val="0"/>
          <w:i w:val="0"/>
          <w:smallCaps w:val="0"/>
          <w:strike w:val="0"/>
          <w:sz w:val="16"/>
          <w:u w:val="none"/>
        </w:rPr>
        <w:t xml:space="preserve"> which </w:t>
      </w:r>
      <w:r>
        <w:rPr>
          <w:b/>
          <w:i w:val="0"/>
          <w:smallCaps w:val="0"/>
          <w:strike w:val="0"/>
          <w:u w:val="single"/>
        </w:rPr>
        <w:t>use expensive rare earth minerals</w:t>
      </w:r>
      <w:r>
        <w:rPr>
          <w:b w:val="0"/>
          <w:i w:val="0"/>
          <w:smallCaps w:val="0"/>
          <w:strike w:val="0"/>
          <w:sz w:val="16"/>
          <w:u w:val="none"/>
        </w:rPr>
        <w:t xml:space="preserve"> of which lithium, and which are costly and messy to recycle at the end of their economic life. The </w:t>
      </w:r>
      <w:r>
        <w:rPr>
          <w:b/>
          <w:i w:val="0"/>
          <w:smallCaps w:val="0"/>
          <w:strike w:val="0"/>
          <w:u w:val="single"/>
        </w:rPr>
        <w:t>extraction of these</w:t>
      </w:r>
      <w:r>
        <w:rPr>
          <w:b w:val="0"/>
          <w:i w:val="0"/>
          <w:smallCaps w:val="0"/>
          <w:strike w:val="0"/>
          <w:sz w:val="16"/>
          <w:u w:val="none"/>
        </w:rPr>
        <w:t xml:space="preserve"> rare earth minerals in countries such as the Democratic Republic of Congo (DRC) </w:t>
      </w:r>
      <w:r>
        <w:rPr>
          <w:b/>
          <w:i w:val="0"/>
          <w:smallCaps w:val="0"/>
          <w:strike w:val="0"/>
          <w:u w:val="single"/>
        </w:rPr>
        <w:t xml:space="preserve">is itself a cause of environmental degradation and carbon emissions. That is why there is </w:t>
      </w:r>
      <w:r>
        <w:rPr>
          <w:b/>
          <w:i w:val="0"/>
          <w:smallCaps w:val="0"/>
          <w:strike w:val="0"/>
          <w:sz w:val="22"/>
          <w:u w:val="single"/>
        </w:rPr>
        <w:t>renewed focus</w:t>
      </w:r>
      <w:r>
        <w:rPr>
          <w:b w:val="0"/>
          <w:i w:val="0"/>
          <w:smallCaps w:val="0"/>
          <w:strike w:val="0"/>
          <w:sz w:val="16"/>
          <w:u w:val="none"/>
        </w:rPr>
        <w:t xml:space="preserve"> of attention </w:t>
      </w:r>
      <w:r>
        <w:rPr>
          <w:b/>
          <w:i w:val="0"/>
          <w:smallCaps w:val="0"/>
          <w:strike w:val="0"/>
          <w:u w:val="single"/>
        </w:rPr>
        <w:t xml:space="preserve">on </w:t>
      </w:r>
      <w:r>
        <w:rPr>
          <w:b/>
          <w:i w:val="0"/>
          <w:smallCaps w:val="0"/>
          <w:strike w:val="0"/>
          <w:sz w:val="22"/>
          <w:highlight w:val="cyan"/>
          <w:u w:val="single"/>
        </w:rPr>
        <w:t>hydrogen</w:t>
      </w:r>
      <w:r>
        <w:rPr>
          <w:b w:val="0"/>
          <w:i w:val="0"/>
          <w:smallCaps w:val="0"/>
          <w:strike w:val="0"/>
          <w:sz w:val="16"/>
          <w:u w:val="none"/>
        </w:rPr>
        <w:t>.</w:t>
      </w:r>
    </w:p>
    <w:p>
      <w:pPr>
        <w:spacing w:after="60"/>
      </w:pPr>
      <w:r>
        <w:rPr>
          <w:b/>
          <w:i w:val="0"/>
          <w:smallCaps w:val="0"/>
          <w:strike w:val="0"/>
          <w:u w:val="single"/>
        </w:rPr>
        <w:t xml:space="preserve">Hydrogen comes in three </w:t>
      </w:r>
      <w:r>
        <w:rPr>
          <w:b/>
          <w:i w:val="0"/>
          <w:smallCaps w:val="0"/>
          <w:strike w:val="0"/>
          <w:u w:val="single"/>
        </w:rPr>
        <w:t>colours</w:t>
      </w:r>
      <w:r>
        <w:rPr>
          <w:b w:val="0"/>
          <w:i w:val="0"/>
          <w:smallCaps w:val="0"/>
          <w:strike w:val="0"/>
          <w:sz w:val="16"/>
          <w:u w:val="none"/>
        </w:rPr>
        <w:t xml:space="preserve">. Gray hydrogen is made using fossil fuels like oil and coal, which emit CO2 into the air as they combust. The </w:t>
      </w:r>
      <w:r>
        <w:rPr>
          <w:b/>
          <w:i w:val="0"/>
          <w:smallCaps w:val="0"/>
          <w:strike w:val="0"/>
          <w:sz w:val="22"/>
          <w:u w:val="single"/>
        </w:rPr>
        <w:t>blue variety</w:t>
      </w:r>
      <w:r>
        <w:rPr>
          <w:b w:val="0"/>
          <w:i w:val="0"/>
          <w:smallCaps w:val="0"/>
          <w:strike w:val="0"/>
          <w:sz w:val="16"/>
          <w:u w:val="none"/>
        </w:rPr>
        <w:t xml:space="preserve"> is made in the same way, but </w:t>
      </w:r>
      <w:r>
        <w:rPr>
          <w:b/>
          <w:i w:val="0"/>
          <w:smallCaps w:val="0"/>
          <w:strike w:val="0"/>
          <w:sz w:val="22"/>
          <w:u w:val="single"/>
        </w:rPr>
        <w:t>carbon capture</w:t>
      </w:r>
      <w:r>
        <w:rPr>
          <w:b/>
          <w:i w:val="0"/>
          <w:smallCaps w:val="0"/>
          <w:strike w:val="0"/>
          <w:u w:val="single"/>
        </w:rPr>
        <w:t xml:space="preserve"> prevents CO2 being released, enabling the captured carbon to be </w:t>
      </w:r>
      <w:r>
        <w:rPr>
          <w:b/>
          <w:i w:val="0"/>
          <w:smallCaps w:val="0"/>
          <w:strike w:val="0"/>
          <w:sz w:val="22"/>
          <w:u w:val="single"/>
        </w:rPr>
        <w:t>safely stored</w:t>
      </w:r>
      <w:r>
        <w:rPr>
          <w:b/>
          <w:i w:val="0"/>
          <w:smallCaps w:val="0"/>
          <w:strike w:val="0"/>
          <w:u w:val="single"/>
        </w:rPr>
        <w:t xml:space="preserve"> deep underground or </w:t>
      </w:r>
      <w:r>
        <w:rPr>
          <w:b/>
          <w:i w:val="0"/>
          <w:smallCaps w:val="0"/>
          <w:strike w:val="0"/>
          <w:u w:val="single"/>
        </w:rPr>
        <w:t>utilised</w:t>
      </w:r>
      <w:r>
        <w:rPr>
          <w:b w:val="0"/>
          <w:i w:val="0"/>
          <w:smallCaps w:val="0"/>
          <w:strike w:val="0"/>
          <w:sz w:val="16"/>
          <w:u w:val="none"/>
        </w:rPr>
        <w:t xml:space="preserve"> in industry. BP (</w:t>
      </w:r>
      <w:r>
        <w:rPr>
          <w:b w:val="0"/>
          <w:i w:val="0"/>
          <w:smallCaps w:val="0"/>
          <w:strike w:val="0"/>
          <w:sz w:val="16"/>
          <w:u w:val="none"/>
        </w:rPr>
        <w:t>LON:BP.</w:t>
      </w:r>
      <w:r>
        <w:rPr>
          <w:b w:val="0"/>
          <w:i w:val="0"/>
          <w:smallCaps w:val="0"/>
          <w:strike w:val="0"/>
          <w:sz w:val="16"/>
          <w:u w:val="none"/>
        </w:rPr>
        <w:t xml:space="preserve">) is working on that. As its name suggests, </w:t>
      </w:r>
      <w:r>
        <w:rPr>
          <w:b/>
          <w:i w:val="0"/>
          <w:smallCaps w:val="0"/>
          <w:strike w:val="0"/>
          <w:sz w:val="22"/>
          <w:u w:val="single"/>
        </w:rPr>
        <w:t>green hydrogen</w:t>
      </w:r>
      <w:r>
        <w:rPr>
          <w:b/>
          <w:i w:val="0"/>
          <w:smallCaps w:val="0"/>
          <w:strike w:val="0"/>
          <w:u w:val="single"/>
        </w:rPr>
        <w:t xml:space="preserve"> is the cleanest variety, </w:t>
      </w:r>
      <w:r>
        <w:rPr>
          <w:b/>
          <w:i w:val="0"/>
          <w:smallCaps w:val="0"/>
          <w:strike w:val="0"/>
          <w:highlight w:val="cyan"/>
          <w:u w:val="single"/>
        </w:rPr>
        <w:t xml:space="preserve">producing </w:t>
      </w:r>
      <w:r>
        <w:rPr>
          <w:b/>
          <w:i w:val="0"/>
          <w:smallCaps w:val="0"/>
          <w:strike w:val="0"/>
          <w:sz w:val="22"/>
          <w:highlight w:val="cyan"/>
          <w:u w:val="single"/>
        </w:rPr>
        <w:t>zero</w:t>
      </w:r>
      <w:r>
        <w:rPr>
          <w:b/>
          <w:i w:val="0"/>
          <w:smallCaps w:val="0"/>
          <w:strike w:val="0"/>
          <w:sz w:val="22"/>
          <w:u w:val="single"/>
        </w:rPr>
        <w:t xml:space="preserve"> carbon </w:t>
      </w:r>
      <w:r>
        <w:rPr>
          <w:b/>
          <w:i w:val="0"/>
          <w:smallCaps w:val="0"/>
          <w:strike w:val="0"/>
          <w:sz w:val="22"/>
          <w:highlight w:val="cyan"/>
          <w:u w:val="single"/>
        </w:rPr>
        <w:t>emissions</w:t>
      </w:r>
      <w:r>
        <w:rPr>
          <w:b w:val="0"/>
          <w:i w:val="0"/>
          <w:smallCaps w:val="0"/>
          <w:strike w:val="0"/>
          <w:sz w:val="16"/>
          <w:u w:val="none"/>
        </w:rPr>
        <w:t>. It is produced by electrolysis powered by renewable energy i.e. offshore wind.</w:t>
      </w:r>
    </w:p>
    <w:p>
      <w:pPr>
        <w:spacing w:after="60"/>
      </w:pPr>
      <w:r>
        <w:rPr>
          <w:b/>
          <w:i w:val="0"/>
          <w:smallCaps w:val="0"/>
          <w:strike w:val="0"/>
          <w:highlight w:val="cyan"/>
          <w:u w:val="single"/>
        </w:rPr>
        <w:t xml:space="preserve">The </w:t>
      </w:r>
      <w:r>
        <w:rPr>
          <w:b/>
          <w:i w:val="0"/>
          <w:smallCaps w:val="0"/>
          <w:strike w:val="0"/>
          <w:sz w:val="22"/>
          <w:highlight w:val="cyan"/>
          <w:u w:val="single"/>
        </w:rPr>
        <w:t>holy grail</w:t>
      </w:r>
      <w:r>
        <w:rPr>
          <w:b/>
          <w:i w:val="0"/>
          <w:smallCaps w:val="0"/>
          <w:strike w:val="0"/>
          <w:u w:val="single"/>
        </w:rPr>
        <w:t xml:space="preserve"> in energy now </w:t>
      </w:r>
      <w:r>
        <w:rPr>
          <w:b/>
          <w:i w:val="0"/>
          <w:smallCaps w:val="0"/>
          <w:strike w:val="0"/>
          <w:highlight w:val="cyan"/>
          <w:u w:val="single"/>
        </w:rPr>
        <w:t>is</w:t>
      </w:r>
      <w:r>
        <w:rPr>
          <w:b/>
          <w:i w:val="0"/>
          <w:smallCaps w:val="0"/>
          <w:strike w:val="0"/>
          <w:u w:val="single"/>
        </w:rPr>
        <w:t xml:space="preserve"> to </w:t>
      </w:r>
      <w:r>
        <w:rPr>
          <w:b/>
          <w:i w:val="0"/>
          <w:smallCaps w:val="0"/>
          <w:strike w:val="0"/>
          <w:sz w:val="22"/>
          <w:u w:val="single"/>
        </w:rPr>
        <w:t xml:space="preserve">extract hydrogen </w:t>
      </w:r>
      <w:r>
        <w:rPr>
          <w:b/>
          <w:i w:val="0"/>
          <w:smallCaps w:val="0"/>
          <w:strike w:val="0"/>
          <w:sz w:val="22"/>
          <w:highlight w:val="cyan"/>
          <w:u w:val="single"/>
        </w:rPr>
        <w:t>cheap</w:t>
      </w:r>
      <w:r>
        <w:rPr>
          <w:b/>
          <w:i w:val="0"/>
          <w:smallCaps w:val="0"/>
          <w:strike w:val="0"/>
          <w:sz w:val="22"/>
          <w:u w:val="single"/>
        </w:rPr>
        <w:t>ly</w:t>
      </w:r>
      <w:r>
        <w:rPr>
          <w:b/>
          <w:i w:val="0"/>
          <w:smallCaps w:val="0"/>
          <w:strike w:val="0"/>
          <w:u w:val="single"/>
        </w:rPr>
        <w:t xml:space="preserve"> </w:t>
      </w:r>
      <w:r>
        <w:rPr>
          <w:b/>
          <w:i w:val="0"/>
          <w:smallCaps w:val="0"/>
          <w:strike w:val="0"/>
          <w:highlight w:val="cyan"/>
          <w:u w:val="single"/>
        </w:rPr>
        <w:t xml:space="preserve">and </w:t>
      </w:r>
      <w:r>
        <w:rPr>
          <w:b/>
          <w:i w:val="0"/>
          <w:smallCaps w:val="0"/>
          <w:strike w:val="0"/>
          <w:sz w:val="22"/>
          <w:highlight w:val="cyan"/>
          <w:u w:val="single"/>
        </w:rPr>
        <w:t>clean</w:t>
      </w:r>
      <w:r>
        <w:rPr>
          <w:b/>
          <w:i w:val="0"/>
          <w:smallCaps w:val="0"/>
          <w:strike w:val="0"/>
          <w:sz w:val="22"/>
          <w:u w:val="single"/>
        </w:rPr>
        <w:t>ly</w:t>
      </w:r>
      <w:r>
        <w:rPr>
          <w:b/>
          <w:i w:val="0"/>
          <w:smallCaps w:val="0"/>
          <w:strike w:val="0"/>
          <w:u w:val="single"/>
        </w:rPr>
        <w:t xml:space="preserve"> from water by electrolysis</w:t>
      </w:r>
      <w:r>
        <w:rPr>
          <w:b w:val="0"/>
          <w:i w:val="0"/>
          <w:smallCaps w:val="0"/>
          <w:strike w:val="0"/>
          <w:sz w:val="16"/>
          <w:u w:val="none"/>
        </w:rPr>
        <w:t xml:space="preserve"> (i.e. separating the hydrogen and carbon atoms). Hitherto the energy required to perform the electrolysis has been unequal to the energy value of the hydrogen thus produced. That could be about to change.</w:t>
      </w:r>
    </w:p>
    <w:p>
      <w:pPr>
        <w:spacing w:after="60"/>
      </w:pPr>
      <w:r>
        <w:rPr>
          <w:b w:val="0"/>
          <w:i w:val="0"/>
          <w:smallCaps w:val="0"/>
          <w:strike w:val="0"/>
          <w:sz w:val="16"/>
          <w:u w:val="none"/>
        </w:rPr>
        <w:t xml:space="preserve">Bill Brown, founder of NET Power has claimed that his firm’s techniques can produce clean hydrogen at 0.57 cents a kilo. This is a developmental technology based on the Allam Cycle which has been around in theory for some time. </w:t>
      </w:r>
    </w:p>
    <w:p>
      <w:pPr>
        <w:spacing w:after="60"/>
      </w:pPr>
      <w:r>
        <w:rPr>
          <w:b/>
          <w:i w:val="0"/>
          <w:smallCaps w:val="0"/>
          <w:strike w:val="0"/>
          <w:u w:val="single"/>
        </w:rPr>
        <w:t>Hydrogen can power vehicles, trains, ships and</w:t>
      </w:r>
      <w:r>
        <w:rPr>
          <w:b w:val="0"/>
          <w:i w:val="0"/>
          <w:smallCaps w:val="0"/>
          <w:strike w:val="0"/>
          <w:sz w:val="16"/>
          <w:u w:val="none"/>
        </w:rPr>
        <w:t xml:space="preserve"> even </w:t>
      </w:r>
      <w:r>
        <w:rPr>
          <w:b/>
          <w:i w:val="0"/>
          <w:smallCaps w:val="0"/>
          <w:strike w:val="0"/>
          <w:u w:val="single"/>
        </w:rPr>
        <w:t>aeroplanes</w:t>
      </w:r>
      <w:r>
        <w:rPr>
          <w:b w:val="0"/>
          <w:i w:val="0"/>
          <w:smallCaps w:val="0"/>
          <w:strike w:val="0"/>
          <w:sz w:val="16"/>
          <w:u w:val="none"/>
        </w:rPr>
        <w:t xml:space="preserve">. When hydrogen is ignited the only by-product is water. </w:t>
      </w:r>
      <w:r>
        <w:rPr>
          <w:b/>
          <w:i w:val="0"/>
          <w:smallCaps w:val="0"/>
          <w:strike w:val="0"/>
          <w:u w:val="single"/>
        </w:rPr>
        <w:t xml:space="preserve">Hydrogen could also be used to </w:t>
      </w:r>
      <w:r>
        <w:rPr>
          <w:b/>
          <w:i w:val="0"/>
          <w:smallCaps w:val="0"/>
          <w:strike w:val="0"/>
          <w:sz w:val="22"/>
          <w:u w:val="single"/>
        </w:rPr>
        <w:t>facilitate</w:t>
      </w:r>
      <w:r>
        <w:rPr>
          <w:b/>
          <w:i w:val="0"/>
          <w:smallCaps w:val="0"/>
          <w:strike w:val="0"/>
          <w:u w:val="single"/>
        </w:rPr>
        <w:t xml:space="preserve"> the </w:t>
      </w:r>
      <w:r>
        <w:rPr>
          <w:b/>
          <w:i w:val="0"/>
          <w:smallCaps w:val="0"/>
          <w:strike w:val="0"/>
          <w:sz w:val="22"/>
          <w:u w:val="single"/>
        </w:rPr>
        <w:t>manufacture</w:t>
      </w:r>
      <w:r>
        <w:rPr>
          <w:b/>
          <w:i w:val="0"/>
          <w:smallCaps w:val="0"/>
          <w:strike w:val="0"/>
          <w:u w:val="single"/>
        </w:rPr>
        <w:t xml:space="preserve"> of steel, cement, glass, chemicals and </w:t>
      </w:r>
      <w:r>
        <w:rPr>
          <w:b/>
          <w:i w:val="0"/>
          <w:smallCaps w:val="0"/>
          <w:strike w:val="0"/>
          <w:u w:val="single"/>
        </w:rPr>
        <w:t>fertilisers</w:t>
      </w:r>
      <w:r>
        <w:rPr>
          <w:b/>
          <w:i w:val="0"/>
          <w:smallCaps w:val="0"/>
          <w:strike w:val="0"/>
          <w:u w:val="single"/>
        </w:rPr>
        <w:t>.</w:t>
      </w:r>
      <w:r>
        <w:rPr>
          <w:b w:val="0"/>
          <w:i w:val="0"/>
          <w:smallCaps w:val="0"/>
          <w:strike w:val="0"/>
          <w:sz w:val="16"/>
          <w:u w:val="none"/>
        </w:rPr>
        <w:t xml:space="preserve"> Goldman Sachs reckons that, if the efficiency of hydrogen electrolysis could be sufficiently improved, then about </w:t>
      </w:r>
      <w:r>
        <w:rPr>
          <w:b/>
          <w:i w:val="0"/>
          <w:smallCaps w:val="0"/>
          <w:strike w:val="0"/>
          <w:highlight w:val="cyan"/>
          <w:u w:val="single"/>
        </w:rPr>
        <w:t>45 percent of</w:t>
      </w:r>
      <w:r>
        <w:rPr>
          <w:b/>
          <w:i w:val="0"/>
          <w:smallCaps w:val="0"/>
          <w:strike w:val="0"/>
          <w:u w:val="single"/>
        </w:rPr>
        <w:t xml:space="preserve"> all global </w:t>
      </w:r>
      <w:r>
        <w:rPr>
          <w:b/>
          <w:i w:val="0"/>
          <w:smallCaps w:val="0"/>
          <w:strike w:val="0"/>
          <w:sz w:val="22"/>
          <w:u w:val="single"/>
        </w:rPr>
        <w:t xml:space="preserve">carbon </w:t>
      </w:r>
      <w:r>
        <w:rPr>
          <w:b/>
          <w:i w:val="0"/>
          <w:smallCaps w:val="0"/>
          <w:strike w:val="0"/>
          <w:sz w:val="22"/>
          <w:highlight w:val="cyan"/>
          <w:u w:val="single"/>
        </w:rPr>
        <w:t>emissions</w:t>
      </w:r>
      <w:r>
        <w:rPr>
          <w:b/>
          <w:i w:val="0"/>
          <w:smallCaps w:val="0"/>
          <w:strike w:val="0"/>
          <w:u w:val="single"/>
        </w:rPr>
        <w:t xml:space="preserve"> could be </w:t>
      </w:r>
      <w:r>
        <w:rPr>
          <w:b/>
          <w:i w:val="0"/>
          <w:smallCaps w:val="0"/>
          <w:strike w:val="0"/>
          <w:sz w:val="22"/>
          <w:highlight w:val="cyan"/>
          <w:u w:val="single"/>
        </w:rPr>
        <w:t>eliminated</w:t>
      </w:r>
      <w:r>
        <w:rPr>
          <w:b w:val="0"/>
          <w:i w:val="0"/>
          <w:smallCaps w:val="0"/>
          <w:strike w:val="0"/>
          <w:sz w:val="16"/>
          <w:u w:val="none"/>
        </w:rPr>
        <w:t>.</w:t>
      </w:r>
    </w:p>
    <w:p>
      <w:pPr>
        <w:spacing w:after="60"/>
      </w:pPr>
      <w:r>
        <w:rPr>
          <w:b w:val="0"/>
          <w:i w:val="0"/>
          <w:smallCaps w:val="0"/>
          <w:strike w:val="0"/>
          <w:sz w:val="16"/>
          <w:u w:val="none"/>
        </w:rPr>
        <w:t>Electric cars</w:t>
      </w:r>
    </w:p>
    <w:p>
      <w:pPr>
        <w:spacing w:after="60"/>
      </w:pPr>
      <w:r>
        <w:rPr>
          <w:b w:val="0"/>
          <w:i w:val="0"/>
          <w:smallCaps w:val="0"/>
          <w:strike w:val="0"/>
          <w:sz w:val="16"/>
          <w:u w:val="none"/>
        </w:rPr>
        <w:t xml:space="preserve">Some estimates suggest that electric battery-powered cars could compete </w:t>
      </w:r>
      <w:r>
        <w:rPr>
          <w:b w:val="0"/>
          <w:i w:val="0"/>
          <w:smallCaps w:val="0"/>
          <w:strike w:val="0"/>
          <w:sz w:val="16"/>
          <w:u w:val="none"/>
        </w:rPr>
        <w:t>on</w:t>
      </w:r>
      <w:r>
        <w:rPr>
          <w:b w:val="0"/>
          <w:i w:val="0"/>
          <w:smallCaps w:val="0"/>
          <w:strike w:val="0"/>
          <w:sz w:val="16"/>
          <w:u w:val="none"/>
        </w:rPr>
        <w:t xml:space="preserve"> price with conventional cars powered by internal combustion engines (ICEs) as soon as 2024. That is one reason why Tesla shares have rocketed this year. But even if you are not a true believer in Tesla, consider that established automotive giants such as Volkswagen and Daimler-Benz are fully committed to the phase-out of ICEs. In Germany, sales of electric and hybrid cars overtook diesel cars for the </w:t>
      </w:r>
      <w:r>
        <w:rPr>
          <w:b w:val="0"/>
          <w:i w:val="0"/>
          <w:smallCaps w:val="0"/>
          <w:strike w:val="0"/>
          <w:sz w:val="16"/>
          <w:u w:val="none"/>
        </w:rPr>
        <w:t>first time</w:t>
      </w:r>
      <w:r>
        <w:rPr>
          <w:b w:val="0"/>
          <w:i w:val="0"/>
          <w:smallCaps w:val="0"/>
          <w:strike w:val="0"/>
          <w:sz w:val="16"/>
          <w:u w:val="none"/>
        </w:rPr>
        <w:t xml:space="preserve"> last month.</w:t>
      </w:r>
    </w:p>
    <w:p>
      <w:pPr>
        <w:spacing w:after="60"/>
      </w:pPr>
      <w:r>
        <w:rPr>
          <w:b w:val="0"/>
          <w:i w:val="0"/>
          <w:smallCaps w:val="0"/>
          <w:strike w:val="0"/>
          <w:sz w:val="16"/>
          <w:u w:val="none"/>
        </w:rPr>
        <w:t>I’ll have a lot more to say about the outlook for electric cars soon.</w:t>
      </w:r>
    </w:p>
    <w:p>
      <w:pPr>
        <w:spacing w:after="60"/>
      </w:pPr>
      <w:r>
        <w:rPr>
          <w:b w:val="0"/>
          <w:i w:val="0"/>
          <w:smallCaps w:val="0"/>
          <w:strike w:val="0"/>
          <w:sz w:val="16"/>
          <w:u w:val="none"/>
        </w:rPr>
        <w:t>From coal to wind</w:t>
      </w:r>
    </w:p>
    <w:p>
      <w:pPr>
        <w:spacing w:after="60"/>
      </w:pPr>
      <w:r>
        <w:rPr>
          <w:b w:val="0"/>
          <w:i w:val="0"/>
          <w:smallCaps w:val="0"/>
          <w:strike w:val="0"/>
          <w:sz w:val="16"/>
          <w:u w:val="none"/>
        </w:rPr>
        <w:t>Dalmellington</w:t>
      </w:r>
      <w:r>
        <w:rPr>
          <w:b w:val="0"/>
          <w:i w:val="0"/>
          <w:smallCaps w:val="0"/>
          <w:strike w:val="0"/>
          <w:sz w:val="16"/>
          <w:u w:val="none"/>
        </w:rPr>
        <w:t xml:space="preserve"> in Ayrshire, Scotland, was once known as a coal-mining town. But in future it is likely to be known as the location of a 50-turbine wind farm. The new </w:t>
      </w:r>
      <w:r>
        <w:rPr>
          <w:b w:val="0"/>
          <w:i w:val="0"/>
          <w:smallCaps w:val="0"/>
          <w:strike w:val="0"/>
          <w:sz w:val="16"/>
          <w:u w:val="none"/>
        </w:rPr>
        <w:t>240 Megawatt</w:t>
      </w:r>
      <w:r>
        <w:rPr>
          <w:b w:val="0"/>
          <w:i w:val="0"/>
          <w:smallCaps w:val="0"/>
          <w:strike w:val="0"/>
          <w:sz w:val="16"/>
          <w:u w:val="none"/>
        </w:rPr>
        <w:t xml:space="preserve"> facility will be built and run by Vattenfall (owned by the Kingdom of Sweden). But the array will be owned by the infrastructure fund, </w:t>
      </w:r>
      <w:r>
        <w:rPr>
          <w:b w:val="0"/>
          <w:i w:val="0"/>
          <w:smallCaps w:val="0"/>
          <w:strike w:val="0"/>
          <w:sz w:val="16"/>
          <w:u w:val="none"/>
        </w:rPr>
        <w:t>Greencoat</w:t>
      </w:r>
      <w:r>
        <w:rPr>
          <w:b w:val="0"/>
          <w:i w:val="0"/>
          <w:smallCaps w:val="0"/>
          <w:strike w:val="0"/>
          <w:sz w:val="16"/>
          <w:u w:val="none"/>
        </w:rPr>
        <w:t xml:space="preserve"> UK Wind PLC(</w:t>
      </w:r>
      <w:r>
        <w:rPr>
          <w:b w:val="0"/>
          <w:i w:val="0"/>
          <w:smallCaps w:val="0"/>
          <w:strike w:val="0"/>
          <w:sz w:val="16"/>
          <w:u w:val="none"/>
        </w:rPr>
        <w:t>LON:UKW</w:t>
      </w:r>
      <w:r>
        <w:rPr>
          <w:b w:val="0"/>
          <w:i w:val="0"/>
          <w:smallCaps w:val="0"/>
          <w:strike w:val="0"/>
          <w:sz w:val="16"/>
          <w:u w:val="none"/>
        </w:rPr>
        <w:t>), which has acquired the project for £320 million.</w:t>
      </w:r>
    </w:p>
    <w:p>
      <w:pPr>
        <w:spacing w:after="60"/>
      </w:pPr>
      <w:r>
        <w:rPr>
          <w:b/>
          <w:i w:val="0"/>
          <w:smallCaps w:val="0"/>
          <w:strike w:val="0"/>
          <w:u w:val="single"/>
        </w:rPr>
        <w:t>Greencoat</w:t>
      </w:r>
      <w:r>
        <w:rPr>
          <w:b/>
          <w:i w:val="0"/>
          <w:smallCaps w:val="0"/>
          <w:strike w:val="0"/>
          <w:u w:val="single"/>
        </w:rPr>
        <w:t xml:space="preserve"> has emerged as a growing </w:t>
      </w:r>
      <w:r>
        <w:rPr>
          <w:b/>
          <w:i w:val="0"/>
          <w:smallCaps w:val="0"/>
          <w:strike w:val="0"/>
          <w:sz w:val="22"/>
          <w:u w:val="single"/>
        </w:rPr>
        <w:t>renewables fund</w:t>
      </w:r>
      <w:r>
        <w:rPr>
          <w:b w:val="0"/>
          <w:i w:val="0"/>
          <w:smallCaps w:val="0"/>
          <w:strike w:val="0"/>
          <w:sz w:val="16"/>
          <w:u w:val="none"/>
        </w:rPr>
        <w:t xml:space="preserve"> which is now included in the FTSE-250 index and which has a market </w:t>
      </w:r>
      <w:r>
        <w:rPr>
          <w:b w:val="0"/>
          <w:i w:val="0"/>
          <w:smallCaps w:val="0"/>
          <w:strike w:val="0"/>
          <w:sz w:val="16"/>
          <w:u w:val="none"/>
        </w:rPr>
        <w:t>capitalisation</w:t>
      </w:r>
      <w:r>
        <w:rPr>
          <w:b w:val="0"/>
          <w:i w:val="0"/>
          <w:smallCaps w:val="0"/>
          <w:strike w:val="0"/>
          <w:sz w:val="16"/>
          <w:u w:val="none"/>
        </w:rPr>
        <w:t xml:space="preserve"> of around £2.5 billion – that’s more than the better-known UK energy company Centrica PLC (</w:t>
      </w:r>
      <w:r>
        <w:rPr>
          <w:b w:val="0"/>
          <w:i w:val="0"/>
          <w:smallCaps w:val="0"/>
          <w:strike w:val="0"/>
          <w:sz w:val="16"/>
          <w:u w:val="none"/>
        </w:rPr>
        <w:t>LON:CAN</w:t>
      </w:r>
      <w:r>
        <w:rPr>
          <w:b w:val="0"/>
          <w:i w:val="0"/>
          <w:smallCaps w:val="0"/>
          <w:strike w:val="0"/>
          <w:sz w:val="16"/>
          <w:u w:val="none"/>
        </w:rPr>
        <w:t>), the owner of British Gas. The fund has acquired 36 wind power sites which collectively produce enough electricity to power about one million homes – that’s about five percent of all wind power generated in the UK. Some of those arrays were acquired from Scottish &amp; Southern Energy (</w:t>
      </w:r>
      <w:r>
        <w:rPr>
          <w:b w:val="0"/>
          <w:i w:val="0"/>
          <w:smallCaps w:val="0"/>
          <w:strike w:val="0"/>
          <w:sz w:val="16"/>
          <w:u w:val="none"/>
        </w:rPr>
        <w:t>LON:SSE</w:t>
      </w:r>
      <w:r>
        <w:rPr>
          <w:b w:val="0"/>
          <w:i w:val="0"/>
          <w:smallCaps w:val="0"/>
          <w:strike w:val="0"/>
          <w:sz w:val="16"/>
          <w:u w:val="none"/>
        </w:rPr>
        <w:t>). Wind power now accounts for about 20 percent of Britain’s total electricity consumption.</w:t>
      </w:r>
    </w:p>
    <w:p>
      <w:pPr>
        <w:spacing w:after="60"/>
      </w:pPr>
      <w:r>
        <w:rPr>
          <w:b w:val="0"/>
          <w:i w:val="0"/>
          <w:smallCaps w:val="0"/>
          <w:strike w:val="0"/>
          <w:sz w:val="16"/>
          <w:u w:val="none"/>
        </w:rPr>
        <w:t>Greencoat’s</w:t>
      </w:r>
      <w:r>
        <w:rPr>
          <w:b w:val="0"/>
          <w:i w:val="0"/>
          <w:smallCaps w:val="0"/>
          <w:strike w:val="0"/>
          <w:sz w:val="16"/>
          <w:u w:val="none"/>
        </w:rPr>
        <w:t xml:space="preserve"> </w:t>
      </w:r>
      <w:r>
        <w:rPr>
          <w:b/>
          <w:i w:val="0"/>
          <w:smallCaps w:val="0"/>
          <w:strike w:val="0"/>
          <w:u w:val="single"/>
        </w:rPr>
        <w:t xml:space="preserve">strategy is to encourage energy giants to </w:t>
      </w:r>
      <w:r>
        <w:rPr>
          <w:b/>
          <w:i w:val="0"/>
          <w:smallCaps w:val="0"/>
          <w:strike w:val="0"/>
          <w:sz w:val="22"/>
          <w:u w:val="single"/>
        </w:rPr>
        <w:t>green</w:t>
      </w:r>
      <w:r>
        <w:rPr>
          <w:b/>
          <w:i w:val="0"/>
          <w:smallCaps w:val="0"/>
          <w:strike w:val="0"/>
          <w:u w:val="single"/>
        </w:rPr>
        <w:t xml:space="preserve"> up their </w:t>
      </w:r>
      <w:r>
        <w:rPr>
          <w:b/>
          <w:i w:val="0"/>
          <w:smallCaps w:val="0"/>
          <w:strike w:val="0"/>
          <w:sz w:val="22"/>
          <w:u w:val="single"/>
        </w:rPr>
        <w:t>portfolios</w:t>
      </w:r>
      <w:r>
        <w:rPr>
          <w:b/>
          <w:i w:val="0"/>
          <w:smallCaps w:val="0"/>
          <w:strike w:val="0"/>
          <w:u w:val="single"/>
        </w:rPr>
        <w:t xml:space="preserve"> by taking all the development risk. It</w:t>
      </w:r>
      <w:r>
        <w:rPr>
          <w:b w:val="0"/>
          <w:i w:val="0"/>
          <w:smallCaps w:val="0"/>
          <w:strike w:val="0"/>
          <w:sz w:val="16"/>
          <w:u w:val="none"/>
        </w:rPr>
        <w:t xml:space="preserve"> then </w:t>
      </w:r>
      <w:r>
        <w:rPr>
          <w:b/>
          <w:i w:val="0"/>
          <w:smallCaps w:val="0"/>
          <w:strike w:val="0"/>
          <w:u w:val="single"/>
        </w:rPr>
        <w:t>buys the asset</w:t>
      </w:r>
      <w:r>
        <w:rPr>
          <w:b w:val="0"/>
          <w:i w:val="0"/>
          <w:smallCaps w:val="0"/>
          <w:strike w:val="0"/>
          <w:sz w:val="16"/>
          <w:u w:val="none"/>
        </w:rPr>
        <w:t xml:space="preserve"> from the generator </w:t>
      </w:r>
      <w:r>
        <w:rPr>
          <w:b/>
          <w:i w:val="0"/>
          <w:smallCaps w:val="0"/>
          <w:strike w:val="0"/>
          <w:u w:val="single"/>
        </w:rPr>
        <w:t>and pockets the cash flow</w:t>
      </w:r>
      <w:r>
        <w:rPr>
          <w:b w:val="0"/>
          <w:i w:val="0"/>
          <w:smallCaps w:val="0"/>
          <w:strike w:val="0"/>
          <w:sz w:val="16"/>
          <w:u w:val="none"/>
        </w:rPr>
        <w:t xml:space="preserve"> arising. </w:t>
      </w:r>
      <w:r>
        <w:rPr>
          <w:b w:val="0"/>
          <w:i w:val="0"/>
          <w:smallCaps w:val="0"/>
          <w:strike w:val="0"/>
          <w:sz w:val="16"/>
          <w:u w:val="none"/>
        </w:rPr>
        <w:t>Greencoat</w:t>
      </w:r>
      <w:r>
        <w:rPr>
          <w:b w:val="0"/>
          <w:i w:val="0"/>
          <w:smallCaps w:val="0"/>
          <w:strike w:val="0"/>
          <w:sz w:val="16"/>
          <w:u w:val="none"/>
        </w:rPr>
        <w:t xml:space="preserve"> UK Wind is run by </w:t>
      </w:r>
      <w:r>
        <w:rPr>
          <w:b w:val="0"/>
          <w:i w:val="0"/>
          <w:smallCaps w:val="0"/>
          <w:strike w:val="0"/>
          <w:sz w:val="16"/>
          <w:u w:val="none"/>
        </w:rPr>
        <w:t>Greencoat</w:t>
      </w:r>
      <w:r>
        <w:rPr>
          <w:b w:val="0"/>
          <w:i w:val="0"/>
          <w:smallCaps w:val="0"/>
          <w:strike w:val="0"/>
          <w:sz w:val="16"/>
          <w:u w:val="none"/>
        </w:rPr>
        <w:t xml:space="preserve"> Capital, a specialist investor in renewable energy which has £5 billion of assets under management across both wind and solar energy. </w:t>
      </w:r>
      <w:r>
        <w:rPr>
          <w:b w:val="0"/>
          <w:i w:val="0"/>
          <w:smallCaps w:val="0"/>
          <w:strike w:val="0"/>
          <w:sz w:val="16"/>
          <w:u w:val="none"/>
        </w:rPr>
        <w:t>Greencoat</w:t>
      </w:r>
      <w:r>
        <w:rPr>
          <w:b w:val="0"/>
          <w:i w:val="0"/>
          <w:smallCaps w:val="0"/>
          <w:strike w:val="0"/>
          <w:sz w:val="16"/>
          <w:u w:val="none"/>
        </w:rPr>
        <w:t xml:space="preserve"> raised £375 million from investors in May 2019.</w:t>
      </w:r>
    </w:p>
    <w:p>
      <w:pPr>
        <w:spacing w:after="60"/>
      </w:pPr>
      <w:r>
        <w:rPr>
          <w:b w:val="0"/>
          <w:i w:val="0"/>
          <w:smallCaps w:val="0"/>
          <w:strike w:val="0"/>
          <w:sz w:val="16"/>
          <w:u w:val="none"/>
        </w:rPr>
        <w:t xml:space="preserve">A report last year by the research firm, Hardman &amp; Co. found that </w:t>
      </w:r>
      <w:r>
        <w:rPr>
          <w:b/>
          <w:i w:val="0"/>
          <w:smallCaps w:val="0"/>
          <w:strike w:val="0"/>
          <w:u w:val="single"/>
        </w:rPr>
        <w:t>returns for listed renewable energy funds over five years approached 10 percent. Such funds often carry a share price premium over their net asset value</w:t>
      </w:r>
      <w:r>
        <w:rPr>
          <w:b w:val="0"/>
          <w:i w:val="0"/>
          <w:smallCaps w:val="0"/>
          <w:strike w:val="0"/>
          <w:sz w:val="16"/>
          <w:u w:val="none"/>
        </w:rPr>
        <w:t xml:space="preserve">. At a moment when the share prices of the oil majors are under pressure and when BP and Shell have slashed their dividends, </w:t>
      </w:r>
      <w:r>
        <w:rPr>
          <w:b w:val="0"/>
          <w:i w:val="0"/>
          <w:smallCaps w:val="0"/>
          <w:strike w:val="0"/>
          <w:sz w:val="16"/>
          <w:u w:val="none"/>
        </w:rPr>
        <w:t>Greencoat’s</w:t>
      </w:r>
      <w:r>
        <w:rPr>
          <w:b w:val="0"/>
          <w:i w:val="0"/>
          <w:smallCaps w:val="0"/>
          <w:strike w:val="0"/>
          <w:sz w:val="16"/>
          <w:u w:val="none"/>
        </w:rPr>
        <w:t xml:space="preserve"> 4.8 percent dividend yield is pleasing.</w:t>
      </w:r>
    </w:p>
    <w:p>
      <w:pPr>
        <w:spacing w:after="60"/>
      </w:pPr>
      <w:r>
        <w:rPr>
          <w:b w:val="0"/>
          <w:i w:val="0"/>
          <w:smallCaps w:val="0"/>
          <w:strike w:val="0"/>
          <w:sz w:val="16"/>
          <w:u w:val="none"/>
        </w:rPr>
        <w:t>Nuclear</w:t>
      </w:r>
    </w:p>
    <w:p>
      <w:pPr>
        <w:spacing w:after="60"/>
      </w:pPr>
      <w:r>
        <w:rPr>
          <w:b w:val="0"/>
          <w:i w:val="0"/>
          <w:smallCaps w:val="0"/>
          <w:strike w:val="0"/>
          <w:sz w:val="16"/>
          <w:u w:val="none"/>
        </w:rPr>
        <w:t xml:space="preserve">The latest thinking is that </w:t>
      </w:r>
      <w:r>
        <w:rPr>
          <w:b/>
          <w:i w:val="0"/>
          <w:smallCaps w:val="0"/>
          <w:strike w:val="0"/>
          <w:u w:val="single"/>
        </w:rPr>
        <w:t xml:space="preserve">carbon-free energy </w:t>
      </w:r>
      <w:r>
        <w:rPr>
          <w:b/>
          <w:i w:val="0"/>
          <w:smallCaps w:val="0"/>
          <w:strike w:val="0"/>
          <w:highlight w:val="cyan"/>
          <w:u w:val="single"/>
        </w:rPr>
        <w:t xml:space="preserve">capacity could be </w:t>
      </w:r>
      <w:r>
        <w:rPr>
          <w:b/>
          <w:i w:val="0"/>
          <w:smallCaps w:val="0"/>
          <w:strike w:val="0"/>
          <w:sz w:val="22"/>
          <w:highlight w:val="cyan"/>
          <w:u w:val="single"/>
        </w:rPr>
        <w:t>ramped up</w:t>
      </w:r>
      <w:r>
        <w:rPr>
          <w:b/>
          <w:i w:val="0"/>
          <w:smallCaps w:val="0"/>
          <w:strike w:val="0"/>
          <w:sz w:val="22"/>
          <w:u w:val="single"/>
        </w:rPr>
        <w:t xml:space="preserve"> quickly</w:t>
      </w:r>
      <w:r>
        <w:rPr>
          <w:b/>
          <w:i w:val="0"/>
          <w:smallCaps w:val="0"/>
          <w:strike w:val="0"/>
          <w:u w:val="single"/>
        </w:rPr>
        <w:t xml:space="preserve"> </w:t>
      </w:r>
      <w:r>
        <w:rPr>
          <w:b/>
          <w:i w:val="0"/>
          <w:smallCaps w:val="0"/>
          <w:strike w:val="0"/>
          <w:highlight w:val="cyan"/>
          <w:u w:val="single"/>
        </w:rPr>
        <w:t>by</w:t>
      </w:r>
      <w:r>
        <w:rPr>
          <w:b w:val="0"/>
          <w:i w:val="0"/>
          <w:smallCaps w:val="0"/>
          <w:strike w:val="0"/>
          <w:sz w:val="16"/>
          <w:u w:val="none"/>
        </w:rPr>
        <w:t xml:space="preserve"> means of a cluster of British designed and manufactured small modular reactors (</w:t>
      </w:r>
      <w:r>
        <w:rPr>
          <w:b/>
          <w:i w:val="0"/>
          <w:smallCaps w:val="0"/>
          <w:strike w:val="0"/>
          <w:sz w:val="22"/>
          <w:highlight w:val="cyan"/>
          <w:u w:val="single"/>
        </w:rPr>
        <w:t>SMRs</w:t>
      </w:r>
      <w:r>
        <w:rPr>
          <w:b w:val="0"/>
          <w:i w:val="0"/>
          <w:smallCaps w:val="0"/>
          <w:strike w:val="0"/>
          <w:sz w:val="16"/>
          <w:u w:val="none"/>
        </w:rPr>
        <w:t xml:space="preserve">) </w:t>
      </w:r>
      <w:r>
        <w:rPr>
          <w:b/>
          <w:i w:val="0"/>
          <w:smallCaps w:val="0"/>
          <w:strike w:val="0"/>
          <w:u w:val="single"/>
        </w:rPr>
        <w:t>which have a footprint smaller than two football pitches</w:t>
      </w:r>
      <w:r>
        <w:rPr>
          <w:b w:val="0"/>
          <w:i w:val="0"/>
          <w:smallCaps w:val="0"/>
          <w:strike w:val="0"/>
          <w:sz w:val="16"/>
          <w:u w:val="none"/>
        </w:rPr>
        <w:t>. A consortium of Rolls Royce (</w:t>
      </w:r>
      <w:r>
        <w:rPr>
          <w:b w:val="0"/>
          <w:i w:val="0"/>
          <w:smallCaps w:val="0"/>
          <w:strike w:val="0"/>
          <w:sz w:val="16"/>
          <w:u w:val="none"/>
        </w:rPr>
        <w:t>LON:RR</w:t>
      </w:r>
      <w:r>
        <w:rPr>
          <w:b w:val="0"/>
          <w:i w:val="0"/>
          <w:smallCaps w:val="0"/>
          <w:strike w:val="0"/>
          <w:sz w:val="16"/>
          <w:u w:val="none"/>
        </w:rPr>
        <w:t xml:space="preserve">), WS Atkins (LON:ATK), Laing O’Rourke (LON:JLG) and the National Nuclear Laboratory is in the vanguard of this technology. Rolls-Royce has experience and expertise in building nuclear reactors to power Britain’s fleet of nuclear submarines, so </w:t>
      </w:r>
      <w:r>
        <w:rPr>
          <w:b/>
          <w:i w:val="0"/>
          <w:smallCaps w:val="0"/>
          <w:strike w:val="0"/>
          <w:u w:val="single"/>
        </w:rPr>
        <w:t>this is not new technology.</w:t>
      </w:r>
      <w:r>
        <w:rPr>
          <w:b w:val="0"/>
          <w:i w:val="0"/>
          <w:smallCaps w:val="0"/>
          <w:strike w:val="0"/>
          <w:sz w:val="16"/>
          <w:u w:val="none"/>
        </w:rPr>
        <w:t xml:space="preserve"> Reportedly, the UK government is considering the injection of up to £2 billion of state funds to invigorate the concept – assuming it is permitted to do so by the EU (if there is an agreement).</w:t>
      </w:r>
    </w:p>
    <w:p>
      <w:pPr>
        <w:spacing w:after="60"/>
      </w:pPr>
      <w:r>
        <w:rPr>
          <w:b w:val="0"/>
          <w:i w:val="0"/>
          <w:smallCaps w:val="0"/>
          <w:strike w:val="0"/>
          <w:sz w:val="16"/>
          <w:u w:val="none"/>
        </w:rPr>
        <w:t>The idea is that by 2050 more than 12 of these SMRs will be operational in the UK, each with a capacity of about 440 Megawatts – so about one seventh of the conventional nuclear plant currently under construction at Hinkley Point, Somerset. Hinkley Point C is a project led by France’s EDF (</w:t>
      </w:r>
      <w:r>
        <w:rPr>
          <w:b w:val="0"/>
          <w:i w:val="0"/>
          <w:smallCaps w:val="0"/>
          <w:strike w:val="0"/>
          <w:sz w:val="16"/>
          <w:u w:val="none"/>
        </w:rPr>
        <w:t>EPA:EDF</w:t>
      </w:r>
      <w:r>
        <w:rPr>
          <w:b w:val="0"/>
          <w:i w:val="0"/>
          <w:smallCaps w:val="0"/>
          <w:strike w:val="0"/>
          <w:sz w:val="16"/>
          <w:u w:val="none"/>
        </w:rPr>
        <w:t xml:space="preserve">), the costs of which have </w:t>
      </w:r>
      <w:r>
        <w:rPr>
          <w:b w:val="0"/>
          <w:i w:val="0"/>
          <w:smallCaps w:val="0"/>
          <w:strike w:val="0"/>
          <w:sz w:val="16"/>
          <w:u w:val="none"/>
        </w:rPr>
        <w:t>spiralled</w:t>
      </w:r>
      <w:r>
        <w:rPr>
          <w:b w:val="0"/>
          <w:i w:val="0"/>
          <w:smallCaps w:val="0"/>
          <w:strike w:val="0"/>
          <w:sz w:val="16"/>
          <w:u w:val="none"/>
        </w:rPr>
        <w:t xml:space="preserve"> up to an estimated £22.5 billion. Cost considerations have caused Toshiba (TYO:6502) and Hitachi (TYO:6501) to pull out of projects to build nuclear plants in Wales and Cumbria. In contrast, SMRs might have a price tag of around £2 billion each.</w:t>
      </w:r>
    </w:p>
    <w:p>
      <w:pPr>
        <w:spacing w:after="60"/>
      </w:pPr>
      <w:r>
        <w:rPr>
          <w:b/>
          <w:i w:val="0"/>
          <w:smallCaps w:val="0"/>
          <w:strike w:val="0"/>
          <w:u w:val="single"/>
        </w:rPr>
        <w:t>SMRs are easier to switch on and off than</w:t>
      </w:r>
      <w:r>
        <w:rPr>
          <w:b w:val="0"/>
          <w:i w:val="0"/>
          <w:smallCaps w:val="0"/>
          <w:strike w:val="0"/>
          <w:sz w:val="16"/>
          <w:u w:val="none"/>
        </w:rPr>
        <w:t xml:space="preserve"> conventional </w:t>
      </w:r>
      <w:r>
        <w:rPr>
          <w:b/>
          <w:i w:val="0"/>
          <w:smallCaps w:val="0"/>
          <w:strike w:val="0"/>
          <w:u w:val="single"/>
        </w:rPr>
        <w:t>large-scale reactors</w:t>
      </w:r>
      <w:r>
        <w:rPr>
          <w:b w:val="0"/>
          <w:i w:val="0"/>
          <w:smallCaps w:val="0"/>
          <w:strike w:val="0"/>
          <w:sz w:val="16"/>
          <w:u w:val="none"/>
        </w:rPr>
        <w:t xml:space="preserve">; thus, </w:t>
      </w:r>
      <w:r>
        <w:rPr>
          <w:b/>
          <w:i w:val="0"/>
          <w:smallCaps w:val="0"/>
          <w:strike w:val="0"/>
          <w:u w:val="single"/>
        </w:rPr>
        <w:t>they can be held on standby for when wind and solar power</w:t>
      </w:r>
      <w:r>
        <w:rPr>
          <w:b w:val="0"/>
          <w:i w:val="0"/>
          <w:smallCaps w:val="0"/>
          <w:strike w:val="0"/>
          <w:sz w:val="16"/>
          <w:u w:val="none"/>
        </w:rPr>
        <w:t xml:space="preserve"> wanes. Thereafter, the </w:t>
      </w:r>
      <w:r>
        <w:rPr>
          <w:b/>
          <w:i w:val="0"/>
          <w:smallCaps w:val="0"/>
          <w:strike w:val="0"/>
          <w:u w:val="single"/>
        </w:rPr>
        <w:t xml:space="preserve">remaining </w:t>
      </w:r>
      <w:r>
        <w:rPr>
          <w:b/>
          <w:i w:val="0"/>
          <w:smallCaps w:val="0"/>
          <w:strike w:val="0"/>
          <w:highlight w:val="cyan"/>
          <w:u w:val="single"/>
        </w:rPr>
        <w:t>gas</w:t>
      </w:r>
      <w:r>
        <w:rPr>
          <w:b/>
          <w:i w:val="0"/>
          <w:smallCaps w:val="0"/>
          <w:strike w:val="0"/>
          <w:u w:val="single"/>
        </w:rPr>
        <w:t xml:space="preserve"> turbine </w:t>
      </w:r>
      <w:r>
        <w:rPr>
          <w:b/>
          <w:i w:val="0"/>
          <w:smallCaps w:val="0"/>
          <w:strike w:val="0"/>
          <w:highlight w:val="cyan"/>
          <w:u w:val="single"/>
        </w:rPr>
        <w:t>plants</w:t>
      </w:r>
      <w:r>
        <w:rPr>
          <w:b w:val="0"/>
          <w:i w:val="0"/>
          <w:smallCaps w:val="0"/>
          <w:strike w:val="0"/>
          <w:sz w:val="16"/>
          <w:u w:val="none"/>
        </w:rPr>
        <w:t xml:space="preserve"> that are currently used for that purpose </w:t>
      </w:r>
      <w:r>
        <w:rPr>
          <w:b/>
          <w:i w:val="0"/>
          <w:smallCaps w:val="0"/>
          <w:strike w:val="0"/>
          <w:u w:val="single"/>
        </w:rPr>
        <w:t xml:space="preserve">can be </w:t>
      </w:r>
      <w:r>
        <w:rPr>
          <w:b/>
          <w:i w:val="0"/>
          <w:smallCaps w:val="0"/>
          <w:strike w:val="0"/>
          <w:sz w:val="22"/>
          <w:highlight w:val="cyan"/>
          <w:u w:val="single"/>
        </w:rPr>
        <w:t>phased out</w:t>
      </w:r>
      <w:r>
        <w:rPr>
          <w:b w:val="0"/>
          <w:i w:val="0"/>
          <w:smallCaps w:val="0"/>
          <w:strike w:val="0"/>
          <w:sz w:val="16"/>
          <w:u w:val="none"/>
        </w:rPr>
        <w:t>. But it does not follow that the new roll-out of SMRs would entail the closure of Britain’s conventional large-scale nuclear reactors which, as I write, are supplying 17.2 percent of total power to the national grid.</w:t>
      </w:r>
    </w:p>
    <w:p>
      <w:pPr>
        <w:spacing w:after="60"/>
      </w:pPr>
      <w:r>
        <w:rPr>
          <w:b w:val="0"/>
          <w:i w:val="0"/>
          <w:smallCaps w:val="0"/>
          <w:strike w:val="0"/>
          <w:sz w:val="16"/>
          <w:u w:val="none"/>
        </w:rPr>
        <w:t xml:space="preserve">A US consortium, </w:t>
      </w:r>
      <w:r>
        <w:rPr>
          <w:b w:val="0"/>
          <w:i w:val="0"/>
          <w:smallCaps w:val="0"/>
          <w:strike w:val="0"/>
          <w:sz w:val="16"/>
          <w:u w:val="none"/>
        </w:rPr>
        <w:t>NuScale</w:t>
      </w:r>
      <w:r>
        <w:rPr>
          <w:b w:val="0"/>
          <w:i w:val="0"/>
          <w:smallCaps w:val="0"/>
          <w:strike w:val="0"/>
          <w:sz w:val="16"/>
          <w:u w:val="none"/>
        </w:rPr>
        <w:t xml:space="preserve">, is also looking at SMRs with a capacity of 60 Megawatts. </w:t>
      </w:r>
    </w:p>
    <w:p>
      <w:pPr>
        <w:spacing w:after="60"/>
      </w:pPr>
      <w:r>
        <w:rPr>
          <w:b w:val="0"/>
          <w:i w:val="0"/>
          <w:smallCaps w:val="0"/>
          <w:strike w:val="0"/>
          <w:sz w:val="16"/>
          <w:u w:val="none"/>
        </w:rPr>
        <w:t>The fate of the oil majors</w:t>
      </w:r>
    </w:p>
    <w:p>
      <w:pPr>
        <w:spacing w:after="60"/>
      </w:pPr>
      <w:r>
        <w:rPr>
          <w:b w:val="0"/>
          <w:i w:val="0"/>
          <w:smallCaps w:val="0"/>
          <w:strike w:val="0"/>
          <w:sz w:val="16"/>
          <w:u w:val="none"/>
        </w:rPr>
        <w:t xml:space="preserve">I wrote in the February 2020 edition of the MI magazine that </w:t>
      </w:r>
      <w:r>
        <w:rPr>
          <w:b/>
          <w:i w:val="0"/>
          <w:smallCaps w:val="0"/>
          <w:strike w:val="0"/>
          <w:u w:val="single"/>
        </w:rPr>
        <w:t xml:space="preserve">the </w:t>
      </w:r>
      <w:r>
        <w:rPr>
          <w:b/>
          <w:i w:val="0"/>
          <w:smallCaps w:val="0"/>
          <w:strike w:val="0"/>
          <w:highlight w:val="cyan"/>
          <w:u w:val="single"/>
        </w:rPr>
        <w:t>oil majors are here to stay</w:t>
      </w:r>
      <w:r>
        <w:rPr>
          <w:b w:val="0"/>
          <w:i w:val="0"/>
          <w:smallCaps w:val="0"/>
          <w:strike w:val="0"/>
          <w:sz w:val="16"/>
          <w:u w:val="none"/>
        </w:rPr>
        <w:t xml:space="preserve">. I meant by that that </w:t>
      </w:r>
      <w:r>
        <w:rPr>
          <w:b/>
          <w:i w:val="0"/>
          <w:smallCaps w:val="0"/>
          <w:strike w:val="0"/>
          <w:u w:val="single"/>
        </w:rPr>
        <w:t xml:space="preserve">there would still be </w:t>
      </w:r>
      <w:r>
        <w:rPr>
          <w:b/>
          <w:i w:val="0"/>
          <w:smallCaps w:val="0"/>
          <w:strike w:val="0"/>
          <w:sz w:val="22"/>
          <w:u w:val="single"/>
        </w:rPr>
        <w:t>continued demand</w:t>
      </w:r>
      <w:r>
        <w:rPr>
          <w:b/>
          <w:i w:val="0"/>
          <w:smallCaps w:val="0"/>
          <w:strike w:val="0"/>
          <w:u w:val="single"/>
        </w:rPr>
        <w:t xml:space="preserve"> for oil</w:t>
      </w:r>
      <w:r>
        <w:rPr>
          <w:b w:val="0"/>
          <w:i w:val="0"/>
          <w:smallCaps w:val="0"/>
          <w:strike w:val="0"/>
          <w:sz w:val="16"/>
          <w:u w:val="none"/>
        </w:rPr>
        <w:t xml:space="preserve">, if much attenuated, </w:t>
      </w:r>
      <w:r>
        <w:rPr>
          <w:b/>
          <w:i w:val="0"/>
          <w:smallCaps w:val="0"/>
          <w:strike w:val="0"/>
          <w:u w:val="single"/>
        </w:rPr>
        <w:t>after the transition to a net-zero carbon economy</w:t>
      </w:r>
      <w:r>
        <w:rPr>
          <w:b w:val="0"/>
          <w:i w:val="0"/>
          <w:smallCaps w:val="0"/>
          <w:strike w:val="0"/>
          <w:sz w:val="16"/>
          <w:u w:val="none"/>
        </w:rPr>
        <w:t xml:space="preserve">, not least </w:t>
      </w:r>
      <w:r>
        <w:rPr>
          <w:b/>
          <w:i w:val="0"/>
          <w:smallCaps w:val="0"/>
          <w:strike w:val="0"/>
          <w:u w:val="single"/>
        </w:rPr>
        <w:t xml:space="preserve">because of the need for oil in </w:t>
      </w:r>
      <w:r>
        <w:rPr>
          <w:b/>
          <w:i w:val="0"/>
          <w:smallCaps w:val="0"/>
          <w:strike w:val="0"/>
          <w:sz w:val="22"/>
          <w:u w:val="single"/>
        </w:rPr>
        <w:t>petroleum derivatives</w:t>
      </w:r>
      <w:r>
        <w:rPr>
          <w:b w:val="0"/>
          <w:i w:val="0"/>
          <w:smallCaps w:val="0"/>
          <w:strike w:val="0"/>
          <w:sz w:val="16"/>
          <w:u w:val="none"/>
        </w:rPr>
        <w:t xml:space="preserve"> (of which </w:t>
      </w:r>
      <w:r>
        <w:rPr>
          <w:b/>
          <w:i w:val="0"/>
          <w:smallCaps w:val="0"/>
          <w:strike w:val="0"/>
          <w:sz w:val="22"/>
          <w:u w:val="single"/>
        </w:rPr>
        <w:t>plastic</w:t>
      </w:r>
      <w:r>
        <w:rPr>
          <w:b w:val="0"/>
          <w:i w:val="0"/>
          <w:smallCaps w:val="0"/>
          <w:strike w:val="0"/>
          <w:sz w:val="16"/>
          <w:u w:val="none"/>
        </w:rPr>
        <w:t>). I did not foresee even then that the economic case for renewables would advance quite as rapidly as it has done this year; nor was it then apparent how the coronavirus pandemic would reduce the global demand for oil, at least in the short-term.</w:t>
      </w:r>
    </w:p>
    <w:p>
      <w:pPr>
        <w:spacing w:after="60"/>
      </w:pPr>
      <w:r>
        <w:rPr>
          <w:b w:val="0"/>
          <w:i w:val="0"/>
          <w:smallCaps w:val="0"/>
          <w:strike w:val="0"/>
          <w:sz w:val="16"/>
          <w:u w:val="none"/>
        </w:rPr>
        <w:t xml:space="preserve">Another reason why </w:t>
      </w:r>
      <w:r>
        <w:rPr>
          <w:b/>
          <w:i w:val="0"/>
          <w:smallCaps w:val="0"/>
          <w:strike w:val="0"/>
          <w:u w:val="single"/>
        </w:rPr>
        <w:t xml:space="preserve">the oil majors may </w:t>
      </w:r>
      <w:r>
        <w:rPr>
          <w:b/>
          <w:i w:val="0"/>
          <w:smallCaps w:val="0"/>
          <w:strike w:val="0"/>
          <w:sz w:val="22"/>
          <w:u w:val="single"/>
        </w:rPr>
        <w:t>not go extinct</w:t>
      </w:r>
      <w:r>
        <w:rPr>
          <w:b w:val="0"/>
          <w:i w:val="0"/>
          <w:smallCaps w:val="0"/>
          <w:strike w:val="0"/>
          <w:sz w:val="16"/>
          <w:u w:val="none"/>
        </w:rPr>
        <w:t xml:space="preserve"> quite yet is that </w:t>
      </w:r>
      <w:r>
        <w:rPr>
          <w:b/>
          <w:i w:val="0"/>
          <w:smallCaps w:val="0"/>
          <w:strike w:val="0"/>
          <w:highlight w:val="cyan"/>
          <w:u w:val="single"/>
        </w:rPr>
        <w:t>they</w:t>
      </w:r>
      <w:r>
        <w:rPr>
          <w:b/>
          <w:i w:val="0"/>
          <w:smallCaps w:val="0"/>
          <w:strike w:val="0"/>
          <w:u w:val="single"/>
        </w:rPr>
        <w:t xml:space="preserve"> have </w:t>
      </w:r>
      <w:r>
        <w:rPr>
          <w:b/>
          <w:i w:val="0"/>
          <w:smallCaps w:val="0"/>
          <w:strike w:val="0"/>
          <w:sz w:val="22"/>
          <w:highlight w:val="cyan"/>
          <w:u w:val="single"/>
        </w:rPr>
        <w:t>embraced</w:t>
      </w:r>
      <w:r>
        <w:rPr>
          <w:b w:val="0"/>
          <w:i w:val="0"/>
          <w:smallCaps w:val="0"/>
          <w:strike w:val="0"/>
          <w:sz w:val="16"/>
          <w:u w:val="none"/>
        </w:rPr>
        <w:t xml:space="preserve"> carbon capture and storage (</w:t>
      </w:r>
      <w:r>
        <w:rPr>
          <w:b/>
          <w:i w:val="0"/>
          <w:smallCaps w:val="0"/>
          <w:strike w:val="0"/>
          <w:sz w:val="22"/>
          <w:highlight w:val="cyan"/>
          <w:u w:val="single"/>
        </w:rPr>
        <w:t>CCS</w:t>
      </w:r>
      <w:r>
        <w:rPr>
          <w:b w:val="0"/>
          <w:i w:val="0"/>
          <w:smallCaps w:val="0"/>
          <w:strike w:val="0"/>
          <w:sz w:val="16"/>
          <w:u w:val="none"/>
        </w:rPr>
        <w:t xml:space="preserve">). Indeed, </w:t>
      </w:r>
      <w:r>
        <w:rPr>
          <w:b/>
          <w:i w:val="0"/>
          <w:smallCaps w:val="0"/>
          <w:strike w:val="0"/>
          <w:u w:val="single"/>
        </w:rPr>
        <w:t xml:space="preserve">they have become </w:t>
      </w:r>
      <w:r>
        <w:rPr>
          <w:b/>
          <w:i w:val="0"/>
          <w:smallCaps w:val="0"/>
          <w:strike w:val="0"/>
          <w:sz w:val="22"/>
          <w:u w:val="single"/>
        </w:rPr>
        <w:t>advocates</w:t>
      </w:r>
      <w:r>
        <w:rPr>
          <w:b/>
          <w:i w:val="0"/>
          <w:smallCaps w:val="0"/>
          <w:strike w:val="0"/>
          <w:u w:val="single"/>
        </w:rPr>
        <w:t xml:space="preserve"> of high </w:t>
      </w:r>
      <w:r>
        <w:rPr>
          <w:b/>
          <w:i w:val="0"/>
          <w:smallCaps w:val="0"/>
          <w:strike w:val="0"/>
          <w:sz w:val="22"/>
          <w:highlight w:val="cyan"/>
          <w:u w:val="single"/>
        </w:rPr>
        <w:t>carbon pricing</w:t>
      </w:r>
      <w:r>
        <w:rPr>
          <w:b/>
          <w:i w:val="0"/>
          <w:smallCaps w:val="0"/>
          <w:strike w:val="0"/>
          <w:u w:val="single"/>
        </w:rPr>
        <w:t>, calculating</w:t>
      </w:r>
      <w:r>
        <w:rPr>
          <w:b w:val="0"/>
          <w:i w:val="0"/>
          <w:smallCaps w:val="0"/>
          <w:strike w:val="0"/>
          <w:sz w:val="16"/>
          <w:u w:val="none"/>
        </w:rPr>
        <w:t xml:space="preserve"> that </w:t>
      </w:r>
      <w:r>
        <w:rPr>
          <w:b/>
          <w:i w:val="0"/>
          <w:smallCaps w:val="0"/>
          <w:strike w:val="0"/>
          <w:u w:val="single"/>
        </w:rPr>
        <w:t xml:space="preserve">it will </w:t>
      </w:r>
      <w:r>
        <w:rPr>
          <w:b/>
          <w:i w:val="0"/>
          <w:smallCaps w:val="0"/>
          <w:strike w:val="0"/>
          <w:u w:val="single"/>
        </w:rPr>
        <w:t>mobilise</w:t>
      </w:r>
      <w:r>
        <w:rPr>
          <w:b/>
          <w:i w:val="0"/>
          <w:smallCaps w:val="0"/>
          <w:strike w:val="0"/>
          <w:u w:val="single"/>
        </w:rPr>
        <w:t xml:space="preserve"> technology to </w:t>
      </w:r>
      <w:r>
        <w:rPr>
          <w:b/>
          <w:i w:val="0"/>
          <w:smallCaps w:val="0"/>
          <w:strike w:val="0"/>
          <w:sz w:val="22"/>
          <w:u w:val="single"/>
        </w:rPr>
        <w:t>accelerate CCS</w:t>
      </w:r>
      <w:r>
        <w:rPr>
          <w:b w:val="0"/>
          <w:i w:val="0"/>
          <w:smallCaps w:val="0"/>
          <w:strike w:val="0"/>
          <w:sz w:val="16"/>
          <w:u w:val="none"/>
        </w:rPr>
        <w:t xml:space="preserve">. Under US legislation enacted under the auspices of the US Department for Energy, operators can claim $50 for each </w:t>
      </w:r>
      <w:r>
        <w:rPr>
          <w:b w:val="0"/>
          <w:i w:val="0"/>
          <w:smallCaps w:val="0"/>
          <w:strike w:val="0"/>
          <w:sz w:val="16"/>
          <w:u w:val="none"/>
        </w:rPr>
        <w:t>tonne</w:t>
      </w:r>
      <w:r>
        <w:rPr>
          <w:b w:val="0"/>
          <w:i w:val="0"/>
          <w:smallCaps w:val="0"/>
          <w:strike w:val="0"/>
          <w:sz w:val="16"/>
          <w:u w:val="none"/>
        </w:rPr>
        <w:t xml:space="preserve"> of CO2 sequestered underground and $35 per </w:t>
      </w:r>
      <w:r>
        <w:rPr>
          <w:b w:val="0"/>
          <w:i w:val="0"/>
          <w:smallCaps w:val="0"/>
          <w:strike w:val="0"/>
          <w:sz w:val="16"/>
          <w:u w:val="none"/>
        </w:rPr>
        <w:t>tonne</w:t>
      </w:r>
      <w:r>
        <w:rPr>
          <w:b w:val="0"/>
          <w:i w:val="0"/>
          <w:smallCaps w:val="0"/>
          <w:strike w:val="0"/>
          <w:sz w:val="16"/>
          <w:u w:val="none"/>
        </w:rPr>
        <w:t xml:space="preserve"> if pumped back into declining wells.</w:t>
      </w:r>
    </w:p>
    <w:p>
      <w:pPr>
        <w:spacing w:after="60"/>
      </w:pPr>
      <w:r>
        <w:rPr>
          <w:b/>
          <w:i w:val="0"/>
          <w:smallCaps w:val="0"/>
          <w:strike w:val="0"/>
          <w:u w:val="single"/>
        </w:rPr>
        <w:t>A number of large players</w:t>
      </w:r>
      <w:r>
        <w:rPr>
          <w:b w:val="0"/>
          <w:i w:val="0"/>
          <w:smallCaps w:val="0"/>
          <w:strike w:val="0"/>
          <w:sz w:val="16"/>
          <w:u w:val="none"/>
        </w:rPr>
        <w:t xml:space="preserve">, including </w:t>
      </w:r>
      <w:r>
        <w:rPr>
          <w:b/>
          <w:i w:val="0"/>
          <w:smallCaps w:val="0"/>
          <w:strike w:val="0"/>
          <w:sz w:val="22"/>
          <w:u w:val="single"/>
        </w:rPr>
        <w:t>Saudi Aramco</w:t>
      </w:r>
      <w:r>
        <w:rPr>
          <w:b w:val="0"/>
          <w:i w:val="0"/>
          <w:smallCaps w:val="0"/>
          <w:strike w:val="0"/>
          <w:sz w:val="16"/>
          <w:u w:val="none"/>
        </w:rPr>
        <w:t xml:space="preserve"> (TADAWUL:2222), </w:t>
      </w:r>
      <w:r>
        <w:rPr>
          <w:b/>
          <w:i w:val="0"/>
          <w:smallCaps w:val="0"/>
          <w:strike w:val="0"/>
          <w:sz w:val="22"/>
          <w:u w:val="single"/>
        </w:rPr>
        <w:t>ExxonMobil</w:t>
      </w:r>
      <w:r>
        <w:rPr>
          <w:b w:val="0"/>
          <w:i w:val="0"/>
          <w:smallCaps w:val="0"/>
          <w:strike w:val="0"/>
          <w:sz w:val="16"/>
          <w:u w:val="none"/>
        </w:rPr>
        <w:t xml:space="preserve"> (</w:t>
      </w:r>
      <w:r>
        <w:rPr>
          <w:b w:val="0"/>
          <w:i w:val="0"/>
          <w:smallCaps w:val="0"/>
          <w:strike w:val="0"/>
          <w:sz w:val="16"/>
          <w:u w:val="none"/>
        </w:rPr>
        <w:t>NYSE:XOM</w:t>
      </w:r>
      <w:r>
        <w:rPr>
          <w:b w:val="0"/>
          <w:i w:val="0"/>
          <w:smallCaps w:val="0"/>
          <w:strike w:val="0"/>
          <w:sz w:val="16"/>
          <w:u w:val="none"/>
        </w:rPr>
        <w:t xml:space="preserve">), </w:t>
      </w:r>
      <w:r>
        <w:rPr>
          <w:b/>
          <w:i w:val="0"/>
          <w:smallCaps w:val="0"/>
          <w:strike w:val="0"/>
          <w:sz w:val="22"/>
          <w:u w:val="single"/>
        </w:rPr>
        <w:t>BP</w:t>
      </w:r>
      <w:r>
        <w:rPr>
          <w:b w:val="0"/>
          <w:i w:val="0"/>
          <w:smallCaps w:val="0"/>
          <w:strike w:val="0"/>
          <w:sz w:val="16"/>
          <w:u w:val="none"/>
        </w:rPr>
        <w:t xml:space="preserve"> (LON:BP.), </w:t>
      </w:r>
      <w:r>
        <w:rPr>
          <w:b/>
          <w:i w:val="0"/>
          <w:smallCaps w:val="0"/>
          <w:strike w:val="0"/>
          <w:sz w:val="22"/>
          <w:u w:val="single"/>
        </w:rPr>
        <w:t>Shell</w:t>
      </w:r>
      <w:r>
        <w:rPr>
          <w:b w:val="0"/>
          <w:i w:val="0"/>
          <w:smallCaps w:val="0"/>
          <w:strike w:val="0"/>
          <w:sz w:val="16"/>
          <w:u w:val="none"/>
        </w:rPr>
        <w:t xml:space="preserve"> (LON:RDSA), </w:t>
      </w:r>
      <w:r>
        <w:rPr>
          <w:b/>
          <w:i w:val="0"/>
          <w:smallCaps w:val="0"/>
          <w:strike w:val="0"/>
          <w:sz w:val="22"/>
          <w:u w:val="single"/>
        </w:rPr>
        <w:t>Total</w:t>
      </w:r>
      <w:r>
        <w:rPr>
          <w:b w:val="0"/>
          <w:i w:val="0"/>
          <w:smallCaps w:val="0"/>
          <w:strike w:val="0"/>
          <w:sz w:val="16"/>
          <w:u w:val="none"/>
        </w:rPr>
        <w:t xml:space="preserve"> (LON:TTA) </w:t>
      </w:r>
      <w:r>
        <w:rPr>
          <w:b/>
          <w:i w:val="0"/>
          <w:smallCaps w:val="0"/>
          <w:strike w:val="0"/>
          <w:u w:val="single"/>
        </w:rPr>
        <w:t xml:space="preserve">and others, have jointly </w:t>
      </w:r>
      <w:r>
        <w:rPr>
          <w:b/>
          <w:i w:val="0"/>
          <w:smallCaps w:val="0"/>
          <w:strike w:val="0"/>
          <w:highlight w:val="cyan"/>
          <w:u w:val="single"/>
        </w:rPr>
        <w:t>formed the</w:t>
      </w:r>
      <w:r>
        <w:rPr>
          <w:b/>
          <w:i w:val="0"/>
          <w:smallCaps w:val="0"/>
          <w:strike w:val="0"/>
          <w:u w:val="single"/>
        </w:rPr>
        <w:t xml:space="preserve"> Oil and Gas Climate Initiative(</w:t>
      </w:r>
      <w:r>
        <w:rPr>
          <w:b/>
          <w:i w:val="0"/>
          <w:smallCaps w:val="0"/>
          <w:strike w:val="0"/>
          <w:highlight w:val="cyan"/>
          <w:u w:val="single"/>
        </w:rPr>
        <w:t>OGCI</w:t>
      </w:r>
      <w:r>
        <w:rPr>
          <w:b/>
          <w:i w:val="0"/>
          <w:smallCaps w:val="0"/>
          <w:strike w:val="0"/>
          <w:u w:val="single"/>
        </w:rPr>
        <w:t>) to drive CCS projects</w:t>
      </w:r>
      <w:r>
        <w:rPr>
          <w:b w:val="0"/>
          <w:i w:val="0"/>
          <w:smallCaps w:val="0"/>
          <w:strike w:val="0"/>
          <w:sz w:val="16"/>
          <w:u w:val="none"/>
        </w:rPr>
        <w:t xml:space="preserve">. The OGCI is </w:t>
      </w:r>
      <w:r>
        <w:rPr>
          <w:b/>
          <w:i w:val="0"/>
          <w:smallCaps w:val="0"/>
          <w:strike w:val="0"/>
          <w:highlight w:val="cyan"/>
          <w:u w:val="single"/>
        </w:rPr>
        <w:t xml:space="preserve">a </w:t>
      </w:r>
      <w:r>
        <w:rPr>
          <w:b/>
          <w:i w:val="0"/>
          <w:smallCaps w:val="0"/>
          <w:strike w:val="0"/>
          <w:sz w:val="22"/>
          <w:highlight w:val="cyan"/>
          <w:u w:val="single"/>
        </w:rPr>
        <w:t>consortium</w:t>
      </w:r>
      <w:r>
        <w:rPr>
          <w:b/>
          <w:i w:val="0"/>
          <w:smallCaps w:val="0"/>
          <w:strike w:val="0"/>
          <w:u w:val="single"/>
        </w:rPr>
        <w:t xml:space="preserve"> that aims to accelerate the </w:t>
      </w:r>
      <w:r>
        <w:rPr>
          <w:b/>
          <w:i w:val="0"/>
          <w:smallCaps w:val="0"/>
          <w:strike w:val="0"/>
          <w:sz w:val="22"/>
          <w:u w:val="single"/>
        </w:rPr>
        <w:t>industry response</w:t>
      </w:r>
      <w:r>
        <w:rPr>
          <w:b/>
          <w:i w:val="0"/>
          <w:smallCaps w:val="0"/>
          <w:strike w:val="0"/>
          <w:u w:val="single"/>
        </w:rPr>
        <w:t xml:space="preserve"> </w:t>
      </w:r>
      <w:r>
        <w:rPr>
          <w:b/>
          <w:i w:val="0"/>
          <w:smallCaps w:val="0"/>
          <w:strike w:val="0"/>
          <w:highlight w:val="cyan"/>
          <w:u w:val="single"/>
        </w:rPr>
        <w:t>to</w:t>
      </w:r>
      <w:r>
        <w:rPr>
          <w:b/>
          <w:i w:val="0"/>
          <w:smallCaps w:val="0"/>
          <w:strike w:val="0"/>
          <w:u w:val="single"/>
        </w:rPr>
        <w:t xml:space="preserve"> climate change</w:t>
      </w:r>
      <w:r>
        <w:rPr>
          <w:b w:val="0"/>
          <w:i w:val="0"/>
          <w:smallCaps w:val="0"/>
          <w:strike w:val="0"/>
          <w:sz w:val="16"/>
          <w:u w:val="none"/>
        </w:rPr>
        <w:t xml:space="preserve">. OGCI </w:t>
      </w:r>
      <w:r>
        <w:rPr>
          <w:b/>
          <w:i w:val="0"/>
          <w:smallCaps w:val="0"/>
          <w:strike w:val="0"/>
          <w:u w:val="single"/>
        </w:rPr>
        <w:t>member</w:t>
      </w:r>
      <w:r>
        <w:rPr>
          <w:b w:val="0"/>
          <w:i w:val="0"/>
          <w:smallCaps w:val="0"/>
          <w:strike w:val="0"/>
          <w:sz w:val="16"/>
          <w:u w:val="none"/>
        </w:rPr>
        <w:t xml:space="preserve"> companies </w:t>
      </w:r>
      <w:r>
        <w:rPr>
          <w:b/>
          <w:i w:val="0"/>
          <w:smallCaps w:val="0"/>
          <w:strike w:val="0"/>
          <w:u w:val="single"/>
        </w:rPr>
        <w:t xml:space="preserve">explicitly </w:t>
      </w:r>
      <w:r>
        <w:rPr>
          <w:b/>
          <w:i w:val="0"/>
          <w:smallCaps w:val="0"/>
          <w:strike w:val="0"/>
          <w:sz w:val="22"/>
          <w:highlight w:val="cyan"/>
          <w:u w:val="single"/>
        </w:rPr>
        <w:t>support</w:t>
      </w:r>
      <w:r>
        <w:rPr>
          <w:b/>
          <w:i w:val="0"/>
          <w:smallCaps w:val="0"/>
          <w:strike w:val="0"/>
          <w:u w:val="single"/>
        </w:rPr>
        <w:t xml:space="preserve"> the </w:t>
      </w:r>
      <w:r>
        <w:rPr>
          <w:b/>
          <w:i w:val="0"/>
          <w:smallCaps w:val="0"/>
          <w:strike w:val="0"/>
          <w:sz w:val="22"/>
          <w:highlight w:val="cyan"/>
          <w:u w:val="single"/>
        </w:rPr>
        <w:t>Paris</w:t>
      </w:r>
      <w:r>
        <w:rPr>
          <w:b/>
          <w:i w:val="0"/>
          <w:smallCaps w:val="0"/>
          <w:strike w:val="0"/>
          <w:sz w:val="22"/>
          <w:u w:val="single"/>
        </w:rPr>
        <w:t xml:space="preserve"> Agreement</w:t>
      </w:r>
      <w:r>
        <w:rPr>
          <w:b/>
          <w:i w:val="0"/>
          <w:smallCaps w:val="0"/>
          <w:strike w:val="0"/>
          <w:u w:val="single"/>
        </w:rPr>
        <w:t xml:space="preserve"> and its </w:t>
      </w:r>
      <w:r>
        <w:rPr>
          <w:b/>
          <w:i w:val="0"/>
          <w:smallCaps w:val="0"/>
          <w:strike w:val="0"/>
          <w:sz w:val="22"/>
          <w:u w:val="single"/>
        </w:rPr>
        <w:t>goals</w:t>
      </w:r>
      <w:r>
        <w:rPr>
          <w:b w:val="0"/>
          <w:i w:val="0"/>
          <w:smallCaps w:val="0"/>
          <w:strike w:val="0"/>
          <w:sz w:val="16"/>
          <w:u w:val="none"/>
        </w:rPr>
        <w:t>.</w:t>
      </w:r>
    </w:p>
    <w:p>
      <w:pPr>
        <w:spacing w:after="60"/>
      </w:pPr>
      <w:r>
        <w:rPr>
          <w:b w:val="0"/>
          <w:i w:val="0"/>
          <w:smallCaps w:val="0"/>
          <w:strike w:val="0"/>
          <w:sz w:val="16"/>
          <w:u w:val="none"/>
        </w:rPr>
        <w:t xml:space="preserve">Just as with wind power and solar, the </w:t>
      </w:r>
      <w:r>
        <w:rPr>
          <w:b/>
          <w:i w:val="0"/>
          <w:smallCaps w:val="0"/>
          <w:strike w:val="0"/>
          <w:u w:val="single"/>
        </w:rPr>
        <w:t xml:space="preserve">costs of CCS are in </w:t>
      </w:r>
      <w:r>
        <w:rPr>
          <w:b/>
          <w:i w:val="0"/>
          <w:smallCaps w:val="0"/>
          <w:strike w:val="0"/>
          <w:sz w:val="22"/>
          <w:u w:val="single"/>
        </w:rPr>
        <w:t>free fall</w:t>
      </w:r>
      <w:r>
        <w:rPr>
          <w:b w:val="0"/>
          <w:i w:val="0"/>
          <w:smallCaps w:val="0"/>
          <w:strike w:val="0"/>
          <w:sz w:val="16"/>
          <w:u w:val="none"/>
        </w:rPr>
        <w:t xml:space="preserve">. ExxonMobil has teamed up with </w:t>
      </w:r>
      <w:r>
        <w:rPr>
          <w:b w:val="0"/>
          <w:i w:val="0"/>
          <w:smallCaps w:val="0"/>
          <w:strike w:val="0"/>
          <w:sz w:val="16"/>
          <w:u w:val="none"/>
        </w:rPr>
        <w:t>FuelCell</w:t>
      </w:r>
      <w:r>
        <w:rPr>
          <w:b w:val="0"/>
          <w:i w:val="0"/>
          <w:smallCaps w:val="0"/>
          <w:strike w:val="0"/>
          <w:sz w:val="16"/>
          <w:u w:val="none"/>
        </w:rPr>
        <w:t xml:space="preserve"> Energy to extract CO2 using carbonate fuel cells. Total, Shell and Equinor (</w:t>
      </w:r>
      <w:r>
        <w:rPr>
          <w:b w:val="0"/>
          <w:i w:val="0"/>
          <w:smallCaps w:val="0"/>
          <w:strike w:val="0"/>
          <w:sz w:val="16"/>
          <w:u w:val="none"/>
        </w:rPr>
        <w:t>NYSE:EQNR</w:t>
      </w:r>
      <w:r>
        <w:rPr>
          <w:b w:val="0"/>
          <w:i w:val="0"/>
          <w:smallCaps w:val="0"/>
          <w:strike w:val="0"/>
          <w:sz w:val="16"/>
          <w:u w:val="none"/>
        </w:rPr>
        <w:t xml:space="preserve">) are part of the Longship project in Norway which is planning to take CO2 captured in Europe’s industrial heartlands and pipe it to storage caverns beneath the North Sea. It hopes to lock in eight million </w:t>
      </w:r>
      <w:r>
        <w:rPr>
          <w:b w:val="0"/>
          <w:i w:val="0"/>
          <w:smallCaps w:val="0"/>
          <w:strike w:val="0"/>
          <w:sz w:val="16"/>
          <w:u w:val="none"/>
        </w:rPr>
        <w:t>tonnes</w:t>
      </w:r>
      <w:r>
        <w:rPr>
          <w:b w:val="0"/>
          <w:i w:val="0"/>
          <w:smallCaps w:val="0"/>
          <w:strike w:val="0"/>
          <w:sz w:val="16"/>
          <w:u w:val="none"/>
        </w:rPr>
        <w:t xml:space="preserve"> of CO2 per year by the middle of this decade, for which they will charge around €60 per </w:t>
      </w:r>
      <w:r>
        <w:rPr>
          <w:b w:val="0"/>
          <w:i w:val="0"/>
          <w:smallCaps w:val="0"/>
          <w:strike w:val="0"/>
          <w:sz w:val="16"/>
          <w:u w:val="none"/>
        </w:rPr>
        <w:t>tonne</w:t>
      </w:r>
      <w:r>
        <w:rPr>
          <w:b w:val="0"/>
          <w:i w:val="0"/>
          <w:smallCaps w:val="0"/>
          <w:strike w:val="0"/>
          <w:sz w:val="16"/>
          <w:u w:val="none"/>
        </w:rPr>
        <w:t xml:space="preserve">. Memoranda </w:t>
      </w:r>
      <w:r>
        <w:rPr>
          <w:b w:val="0"/>
          <w:i w:val="0"/>
          <w:smallCaps w:val="0"/>
          <w:strike w:val="0"/>
          <w:sz w:val="16"/>
          <w:u w:val="none"/>
        </w:rPr>
        <w:t>have</w:t>
      </w:r>
      <w:r>
        <w:rPr>
          <w:b w:val="0"/>
          <w:i w:val="0"/>
          <w:smallCaps w:val="0"/>
          <w:strike w:val="0"/>
          <w:sz w:val="16"/>
          <w:u w:val="none"/>
        </w:rPr>
        <w:t xml:space="preserve"> already been signed with ArcelorMittal and Heidelberg Cement.</w:t>
      </w:r>
    </w:p>
    <w:p>
      <w:pPr>
        <w:spacing w:after="60"/>
      </w:pPr>
      <w:r>
        <w:rPr>
          <w:b w:val="0"/>
          <w:i w:val="0"/>
          <w:smallCaps w:val="0"/>
          <w:strike w:val="0"/>
          <w:sz w:val="16"/>
          <w:u w:val="none"/>
        </w:rPr>
        <w:t xml:space="preserve">Cement is responsible for an estimated eight percent of global carbon emissions. Under the auspices of the OGCI, a venture with </w:t>
      </w:r>
      <w:r>
        <w:rPr>
          <w:b w:val="0"/>
          <w:i w:val="0"/>
          <w:smallCaps w:val="0"/>
          <w:strike w:val="0"/>
          <w:sz w:val="16"/>
          <w:u w:val="none"/>
        </w:rPr>
        <w:t>LafargeHolcim</w:t>
      </w:r>
      <w:r>
        <w:rPr>
          <w:b w:val="0"/>
          <w:i w:val="0"/>
          <w:smallCaps w:val="0"/>
          <w:strike w:val="0"/>
          <w:sz w:val="16"/>
          <w:u w:val="none"/>
        </w:rPr>
        <w:t>, the materials giant, uses CO2 rather than water to cure concrete at much lower temperatures than in conventional manufacture, thereby breaking down the CO2 molecules and turning carbon into a form of glue. This enables a 70 percent reduction in CO2 emissions and an 80 percent reduction in water use.</w:t>
      </w:r>
    </w:p>
    <w:p>
      <w:pPr>
        <w:spacing w:after="60"/>
      </w:pPr>
      <w:r>
        <w:rPr>
          <w:b/>
          <w:i w:val="0"/>
          <w:smallCaps w:val="0"/>
          <w:strike w:val="0"/>
          <w:u w:val="single"/>
        </w:rPr>
        <w:t>In terms of</w:t>
      </w:r>
      <w:r>
        <w:rPr>
          <w:b w:val="0"/>
          <w:i w:val="0"/>
          <w:smallCaps w:val="0"/>
          <w:strike w:val="0"/>
          <w:sz w:val="16"/>
          <w:u w:val="none"/>
        </w:rPr>
        <w:t xml:space="preserve"> their </w:t>
      </w:r>
      <w:r>
        <w:rPr>
          <w:b/>
          <w:i w:val="0"/>
          <w:smallCaps w:val="0"/>
          <w:strike w:val="0"/>
          <w:u w:val="single"/>
        </w:rPr>
        <w:t xml:space="preserve">market </w:t>
      </w:r>
      <w:r>
        <w:rPr>
          <w:b/>
          <w:i w:val="0"/>
          <w:smallCaps w:val="0"/>
          <w:strike w:val="0"/>
          <w:u w:val="single"/>
        </w:rPr>
        <w:t>capitalisations</w:t>
      </w:r>
      <w:r>
        <w:rPr>
          <w:b/>
          <w:i w:val="0"/>
          <w:smallCaps w:val="0"/>
          <w:strike w:val="0"/>
          <w:u w:val="single"/>
        </w:rPr>
        <w:t xml:space="preserve">, </w:t>
      </w:r>
      <w:r>
        <w:rPr>
          <w:b/>
          <w:i w:val="0"/>
          <w:smallCaps w:val="0"/>
          <w:strike w:val="0"/>
          <w:sz w:val="22"/>
          <w:u w:val="single"/>
        </w:rPr>
        <w:t>ExxonMobil</w:t>
      </w:r>
      <w:r>
        <w:rPr>
          <w:b/>
          <w:i w:val="0"/>
          <w:smallCaps w:val="0"/>
          <w:strike w:val="0"/>
          <w:u w:val="single"/>
        </w:rPr>
        <w:t xml:space="preserve">, </w:t>
      </w:r>
      <w:r>
        <w:rPr>
          <w:b/>
          <w:i w:val="0"/>
          <w:smallCaps w:val="0"/>
          <w:strike w:val="0"/>
          <w:sz w:val="22"/>
          <w:u w:val="single"/>
        </w:rPr>
        <w:t>BP</w:t>
      </w:r>
      <w:r>
        <w:rPr>
          <w:b/>
          <w:i w:val="0"/>
          <w:smallCaps w:val="0"/>
          <w:strike w:val="0"/>
          <w:u w:val="single"/>
        </w:rPr>
        <w:t xml:space="preserve"> and </w:t>
      </w:r>
      <w:r>
        <w:rPr>
          <w:b/>
          <w:i w:val="0"/>
          <w:smallCaps w:val="0"/>
          <w:strike w:val="0"/>
          <w:sz w:val="22"/>
          <w:u w:val="single"/>
        </w:rPr>
        <w:t>Shell</w:t>
      </w:r>
      <w:r>
        <w:rPr>
          <w:b/>
          <w:i w:val="0"/>
          <w:smallCaps w:val="0"/>
          <w:strike w:val="0"/>
          <w:u w:val="single"/>
        </w:rPr>
        <w:t xml:space="preserve"> combined are now </w:t>
      </w:r>
      <w:r>
        <w:rPr>
          <w:b/>
          <w:i w:val="0"/>
          <w:smallCaps w:val="0"/>
          <w:strike w:val="0"/>
          <w:sz w:val="22"/>
          <w:u w:val="single"/>
        </w:rPr>
        <w:t>worth less</w:t>
      </w:r>
      <w:r>
        <w:rPr>
          <w:b/>
          <w:i w:val="0"/>
          <w:smallCaps w:val="0"/>
          <w:strike w:val="0"/>
          <w:u w:val="single"/>
        </w:rPr>
        <w:t xml:space="preserve"> than </w:t>
      </w:r>
      <w:r>
        <w:rPr>
          <w:b/>
          <w:i w:val="0"/>
          <w:smallCaps w:val="0"/>
          <w:strike w:val="0"/>
          <w:sz w:val="22"/>
          <w:u w:val="single"/>
        </w:rPr>
        <w:t>Tesla alone</w:t>
      </w:r>
      <w:r>
        <w:rPr>
          <w:b w:val="0"/>
          <w:i w:val="0"/>
          <w:smallCaps w:val="0"/>
          <w:strike w:val="0"/>
          <w:sz w:val="16"/>
          <w:u w:val="none"/>
        </w:rPr>
        <w:t>. Exxon was once the world’s largest company by market cap. As I write it is worth just $136 billion against Tesla’s $390 billion.</w:t>
      </w:r>
    </w:p>
    <w:p>
      <w:pPr>
        <w:spacing w:after="60"/>
      </w:pPr>
      <w:r>
        <w:rPr>
          <w:b w:val="0"/>
          <w:i w:val="0"/>
          <w:smallCaps w:val="0"/>
          <w:strike w:val="0"/>
          <w:sz w:val="16"/>
          <w:u w:val="none"/>
        </w:rPr>
        <w:t xml:space="preserve">The oil price is down from around $53 a barrel 12 months ago to around $37 today. That is partly a function of reduced global demand arising from the lockdowns across the world; but one should not assume that it will rebound even if the pandemic is behind us one year from now. That means that </w:t>
      </w:r>
      <w:r>
        <w:rPr>
          <w:b/>
          <w:i w:val="0"/>
          <w:smallCaps w:val="0"/>
          <w:strike w:val="0"/>
          <w:u w:val="single"/>
        </w:rPr>
        <w:t>a lot of new exploration and drilling activity will be regarded as uneconomic – and</w:t>
      </w:r>
      <w:r>
        <w:rPr>
          <w:b w:val="0"/>
          <w:i w:val="0"/>
          <w:smallCaps w:val="0"/>
          <w:strike w:val="0"/>
          <w:sz w:val="16"/>
          <w:u w:val="none"/>
        </w:rPr>
        <w:t xml:space="preserve"> a lot of </w:t>
      </w:r>
      <w:r>
        <w:rPr>
          <w:b/>
          <w:i w:val="0"/>
          <w:smallCaps w:val="0"/>
          <w:strike w:val="0"/>
          <w:u w:val="single"/>
        </w:rPr>
        <w:t>known reserves will remain beneath</w:t>
      </w:r>
      <w:r>
        <w:rPr>
          <w:b w:val="0"/>
          <w:i w:val="0"/>
          <w:smallCaps w:val="0"/>
          <w:strike w:val="0"/>
          <w:sz w:val="16"/>
          <w:u w:val="none"/>
        </w:rPr>
        <w:t xml:space="preserve"> the Earth for evermore. </w:t>
      </w:r>
      <w:r>
        <w:rPr>
          <w:b/>
          <w:i w:val="0"/>
          <w:smallCaps w:val="0"/>
          <w:strike w:val="0"/>
          <w:u w:val="single"/>
        </w:rPr>
        <w:t>But</w:t>
      </w:r>
      <w:r>
        <w:rPr>
          <w:b w:val="0"/>
          <w:i w:val="0"/>
          <w:smallCaps w:val="0"/>
          <w:strike w:val="0"/>
          <w:sz w:val="16"/>
          <w:u w:val="none"/>
        </w:rPr>
        <w:t xml:space="preserve"> if the </w:t>
      </w:r>
      <w:r>
        <w:rPr>
          <w:b/>
          <w:i w:val="0"/>
          <w:smallCaps w:val="0"/>
          <w:strike w:val="0"/>
          <w:u w:val="single"/>
        </w:rPr>
        <w:t>oil majors can</w:t>
      </w:r>
      <w:r>
        <w:rPr>
          <w:b w:val="0"/>
          <w:i w:val="0"/>
          <w:smallCaps w:val="0"/>
          <w:strike w:val="0"/>
          <w:sz w:val="16"/>
          <w:u w:val="none"/>
        </w:rPr>
        <w:t xml:space="preserve"> really </w:t>
      </w:r>
      <w:r>
        <w:rPr>
          <w:b/>
          <w:i w:val="0"/>
          <w:smallCaps w:val="0"/>
          <w:strike w:val="0"/>
          <w:u w:val="single"/>
        </w:rPr>
        <w:t>crack the challenge of CCS and</w:t>
      </w:r>
      <w:r>
        <w:rPr>
          <w:b w:val="0"/>
          <w:i w:val="0"/>
          <w:smallCaps w:val="0"/>
          <w:strike w:val="0"/>
          <w:sz w:val="16"/>
          <w:u w:val="none"/>
        </w:rPr>
        <w:t xml:space="preserve"> prospectively </w:t>
      </w:r>
      <w:r>
        <w:rPr>
          <w:b/>
          <w:i w:val="0"/>
          <w:smallCaps w:val="0"/>
          <w:strike w:val="0"/>
          <w:u w:val="single"/>
        </w:rPr>
        <w:t>begin to reduce the volume of CO2</w:t>
      </w:r>
      <w:r>
        <w:rPr>
          <w:b w:val="0"/>
          <w:i w:val="0"/>
          <w:smallCaps w:val="0"/>
          <w:strike w:val="0"/>
          <w:sz w:val="16"/>
          <w:u w:val="none"/>
        </w:rPr>
        <w:t xml:space="preserve"> in the atmosphere, </w:t>
      </w:r>
      <w:r>
        <w:rPr>
          <w:b/>
          <w:i w:val="0"/>
          <w:smallCaps w:val="0"/>
          <w:strike w:val="0"/>
          <w:highlight w:val="cyan"/>
          <w:u w:val="single"/>
        </w:rPr>
        <w:t xml:space="preserve">they will </w:t>
      </w:r>
      <w:r>
        <w:rPr>
          <w:b/>
          <w:i w:val="0"/>
          <w:smallCaps w:val="0"/>
          <w:strike w:val="0"/>
          <w:sz w:val="22"/>
          <w:highlight w:val="cyan"/>
          <w:u w:val="single"/>
        </w:rPr>
        <w:t>succeed</w:t>
      </w:r>
      <w:r>
        <w:rPr>
          <w:b/>
          <w:i w:val="0"/>
          <w:smallCaps w:val="0"/>
          <w:strike w:val="0"/>
          <w:u w:val="single"/>
        </w:rPr>
        <w:t xml:space="preserve"> in </w:t>
      </w:r>
      <w:r>
        <w:rPr>
          <w:b/>
          <w:i w:val="0"/>
          <w:smallCaps w:val="0"/>
          <w:strike w:val="0"/>
          <w:sz w:val="22"/>
          <w:highlight w:val="cyan"/>
          <w:u w:val="single"/>
        </w:rPr>
        <w:t>reinventing themselves</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