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Alternative --- Go Big or Go Home. </w:t>
      </w:r>
    </w:p>
    <w:p>
      <w:pPr>
        <w:spacing w:after="80"/>
      </w:pPr>
      <w:r>
        <w:rPr>
          <w:b/>
          <w:i w:val="0"/>
          <w:smallCaps w:val="0"/>
          <w:strike w:val="0"/>
          <w:sz w:val="26"/>
          <w:u w:val="none"/>
        </w:rPr>
        <w:t>Tusk ’20</w:t>
      </w:r>
      <w:r>
        <w:rPr>
          <w:b w:val="0"/>
          <w:i w:val="0"/>
          <w:smallCaps w:val="0"/>
          <w:strike w:val="0"/>
          <w:u w:val="none"/>
        </w:rPr>
        <w:t xml:space="preserve"> (Bradley; venture capitalist, founder and CEO of Tusk Ventures, BA from UPenn, JD from University of Chicago Law School; “In defense of Big Pharma, the innovation engine we love to hate”; 5-14-2020; Accessed 7-31-2024; </w:t>
      </w:r>
      <w:r>
        <w:rPr>
          <w:b w:val="0"/>
          <w:i w:val="0"/>
          <w:smallCaps w:val="0"/>
          <w:strike w:val="0"/>
          <w:u w:val="none"/>
        </w:rPr>
        <w:t>//-rr)</w:t>
      </w:r>
    </w:p>
    <w:p>
      <w:pPr>
        <w:spacing w:after="60"/>
      </w:pPr>
      <w:r>
        <w:rPr>
          <w:b w:val="0"/>
          <w:i w:val="0"/>
          <w:smallCaps w:val="0"/>
          <w:strike w:val="0"/>
          <w:sz w:val="22"/>
          <w:highlight w:val="green"/>
          <w:u w:val="single"/>
        </w:rPr>
        <w:t>It’s easy to hate Big Pharma</w:t>
      </w:r>
      <w:r>
        <w:rPr>
          <w:b w:val="0"/>
          <w:i w:val="0"/>
          <w:smallCaps w:val="0"/>
          <w:strike w:val="0"/>
          <w:sz w:val="16"/>
          <w:u w:val="none"/>
        </w:rPr>
        <w:t>. Drug prices are absurdly high compared to the rest of the world. Executive salaries can be stomach-churning. Lobbyists treat Washington like it’s their own personal client state. To any sentient observer, it appears the biomedical industry has gotten greedy.</w:t>
      </w:r>
    </w:p>
    <w:p>
      <w:pPr>
        <w:spacing w:after="60"/>
      </w:pPr>
      <w:r>
        <w:rPr>
          <w:b w:val="0"/>
          <w:i w:val="0"/>
          <w:smallCaps w:val="0"/>
          <w:strike w:val="0"/>
          <w:sz w:val="22"/>
          <w:highlight w:val="green"/>
          <w:u w:val="single"/>
        </w:rPr>
        <w:t>Yet</w:t>
      </w:r>
      <w:r>
        <w:rPr>
          <w:b w:val="0"/>
          <w:i w:val="0"/>
          <w:smallCaps w:val="0"/>
          <w:strike w:val="0"/>
          <w:sz w:val="22"/>
          <w:u w:val="single"/>
        </w:rPr>
        <w:t xml:space="preserve"> as we sit here in the throes of a global pandemic</w:t>
      </w:r>
      <w:r>
        <w:rPr>
          <w:b w:val="0"/>
          <w:i w:val="0"/>
          <w:smallCaps w:val="0"/>
          <w:strike w:val="0"/>
          <w:sz w:val="16"/>
          <w:u w:val="none"/>
        </w:rPr>
        <w:t xml:space="preserve">, we must confront an uncomfortable truth: </w:t>
      </w:r>
      <w:r>
        <w:rPr>
          <w:b w:val="0"/>
          <w:i w:val="0"/>
          <w:smallCaps w:val="0"/>
          <w:strike w:val="0"/>
          <w:highlight w:val="green"/>
          <w:u w:val="single"/>
        </w:rPr>
        <w:t>A vaccine is the only real hope</w:t>
      </w:r>
      <w:r>
        <w:rPr>
          <w:b w:val="0"/>
          <w:i w:val="0"/>
          <w:smallCaps w:val="0"/>
          <w:strike w:val="0"/>
          <w:u w:val="single"/>
        </w:rPr>
        <w:t xml:space="preserve"> </w:t>
      </w:r>
      <w:r>
        <w:rPr>
          <w:b w:val="0"/>
          <w:i w:val="0"/>
          <w:smallCaps w:val="0"/>
          <w:strike w:val="0"/>
          <w:sz w:val="16"/>
          <w:u w:val="none"/>
        </w:rPr>
        <w:t xml:space="preserve">for beating the coronavirus, </w:t>
      </w:r>
      <w:r>
        <w:rPr>
          <w:b w:val="0"/>
          <w:i w:val="0"/>
          <w:smallCaps w:val="0"/>
          <w:strike w:val="0"/>
          <w:highlight w:val="green"/>
          <w:u w:val="single"/>
        </w:rPr>
        <w:t>and</w:t>
      </w:r>
      <w:r>
        <w:rPr>
          <w:b w:val="0"/>
          <w:i w:val="0"/>
          <w:smallCaps w:val="0"/>
          <w:strike w:val="0"/>
          <w:u w:val="single"/>
        </w:rPr>
        <w:t xml:space="preserve"> </w:t>
      </w:r>
      <w:r>
        <w:rPr>
          <w:b w:val="0"/>
          <w:i w:val="0"/>
          <w:smallCaps w:val="0"/>
          <w:strike w:val="0"/>
          <w:highlight w:val="green"/>
          <w:u w:val="single"/>
        </w:rPr>
        <w:t>only</w:t>
      </w:r>
      <w:r>
        <w:rPr>
          <w:b w:val="0"/>
          <w:i w:val="0"/>
          <w:smallCaps w:val="0"/>
          <w:strike w:val="0"/>
          <w:u w:val="single"/>
        </w:rPr>
        <w:t xml:space="preserve"> the </w:t>
      </w:r>
      <w:r>
        <w:rPr>
          <w:b w:val="0"/>
          <w:i w:val="0"/>
          <w:smallCaps w:val="0"/>
          <w:strike w:val="0"/>
          <w:highlight w:val="green"/>
          <w:u w:val="single"/>
        </w:rPr>
        <w:t>pharma</w:t>
      </w:r>
      <w:r>
        <w:rPr>
          <w:b w:val="0"/>
          <w:i w:val="0"/>
          <w:smallCaps w:val="0"/>
          <w:strike w:val="0"/>
          <w:u w:val="single"/>
        </w:rPr>
        <w:t xml:space="preserve">ceutical industry has the </w:t>
      </w:r>
      <w:r>
        <w:rPr>
          <w:b w:val="0"/>
          <w:i w:val="0"/>
          <w:smallCaps w:val="0"/>
          <w:strike w:val="0"/>
          <w:sz w:val="16"/>
          <w:u w:val="none"/>
        </w:rPr>
        <w:t>human</w:t>
      </w:r>
      <w:r>
        <w:rPr>
          <w:b w:val="0"/>
          <w:i w:val="0"/>
          <w:smallCaps w:val="0"/>
          <w:strike w:val="0"/>
          <w:u w:val="single"/>
        </w:rPr>
        <w:t xml:space="preserve"> capital and </w:t>
      </w:r>
      <w:r>
        <w:rPr>
          <w:b w:val="0"/>
          <w:i w:val="0"/>
          <w:smallCaps w:val="0"/>
          <w:strike w:val="0"/>
          <w:sz w:val="16"/>
          <w:u w:val="none"/>
        </w:rPr>
        <w:t>physical</w:t>
      </w:r>
      <w:r>
        <w:rPr>
          <w:b w:val="0"/>
          <w:i w:val="0"/>
          <w:smallCaps w:val="0"/>
          <w:strike w:val="0"/>
          <w:u w:val="single"/>
        </w:rPr>
        <w:t xml:space="preserve"> infrastructure to </w:t>
      </w:r>
      <w:r>
        <w:rPr>
          <w:b w:val="0"/>
          <w:i w:val="0"/>
          <w:smallCaps w:val="0"/>
          <w:strike w:val="0"/>
          <w:highlight w:val="green"/>
          <w:u w:val="single"/>
        </w:rPr>
        <w:t>create one</w:t>
      </w:r>
      <w:r>
        <w:rPr>
          <w:b w:val="0"/>
          <w:i w:val="0"/>
          <w:smallCaps w:val="0"/>
          <w:strike w:val="0"/>
          <w:sz w:val="16"/>
          <w:u w:val="none"/>
        </w:rPr>
        <w:t>. The difference between waiting four months and four years for a vaccine could be millions of lives and trillions of dollars.</w:t>
      </w:r>
    </w:p>
    <w:p>
      <w:pPr>
        <w:spacing w:after="60"/>
      </w:pPr>
      <w:r>
        <w:rPr>
          <w:b w:val="0"/>
          <w:i w:val="0"/>
          <w:smallCaps w:val="0"/>
          <w:strike w:val="0"/>
          <w:sz w:val="22"/>
          <w:u w:val="single"/>
        </w:rPr>
        <w:t>The cost of producing a vaccine</w:t>
      </w:r>
      <w:r>
        <w:rPr>
          <w:b w:val="0"/>
          <w:i w:val="0"/>
          <w:smallCaps w:val="0"/>
          <w:strike w:val="0"/>
          <w:sz w:val="16"/>
          <w:u w:val="none"/>
        </w:rPr>
        <w:t xml:space="preserve">, in other words, </w:t>
      </w:r>
      <w:r>
        <w:rPr>
          <w:b w:val="0"/>
          <w:i w:val="0"/>
          <w:smallCaps w:val="0"/>
          <w:strike w:val="0"/>
          <w:sz w:val="22"/>
          <w:u w:val="single"/>
        </w:rPr>
        <w:t>is priceless</w:t>
      </w:r>
      <w:r>
        <w:rPr>
          <w:b w:val="0"/>
          <w:i w:val="0"/>
          <w:smallCaps w:val="0"/>
          <w:strike w:val="0"/>
          <w:sz w:val="16"/>
          <w:u w:val="none"/>
        </w:rPr>
        <w:t xml:space="preserve">. </w:t>
      </w:r>
      <w:r>
        <w:rPr>
          <w:b w:val="0"/>
          <w:i w:val="0"/>
          <w:smallCaps w:val="0"/>
          <w:strike w:val="0"/>
          <w:sz w:val="22"/>
          <w:u w:val="single"/>
        </w:rPr>
        <w:t>But expecting Big Pharma to deliver a cure means acknowledging how Big Pharma works</w:t>
      </w:r>
      <w:r>
        <w:rPr>
          <w:b w:val="0"/>
          <w:i w:val="0"/>
          <w:smallCaps w:val="0"/>
          <w:strike w:val="0"/>
          <w:sz w:val="16"/>
          <w:u w:val="none"/>
        </w:rPr>
        <w:t>. The economic logic that drives up drug prices and fuels constant political outrage also makes rapid drug development possible. They’re two sides of the same coin.</w:t>
      </w:r>
    </w:p>
    <w:p>
      <w:pPr>
        <w:spacing w:after="60"/>
      </w:pPr>
      <w:r>
        <w:rPr>
          <w:b w:val="0"/>
          <w:i w:val="0"/>
          <w:smallCaps w:val="0"/>
          <w:strike w:val="0"/>
          <w:sz w:val="22"/>
          <w:u w:val="single"/>
        </w:rPr>
        <w:t xml:space="preserve">Multiple </w:t>
      </w:r>
      <w:r>
        <w:rPr>
          <w:b w:val="0"/>
          <w:i w:val="0"/>
          <w:smallCaps w:val="0"/>
          <w:strike w:val="0"/>
          <w:sz w:val="22"/>
          <w:highlight w:val="green"/>
          <w:u w:val="single"/>
        </w:rPr>
        <w:t>studies</w:t>
      </w:r>
      <w:r>
        <w:rPr>
          <w:b w:val="0"/>
          <w:i w:val="0"/>
          <w:smallCaps w:val="0"/>
          <w:strike w:val="0"/>
          <w:sz w:val="22"/>
          <w:u w:val="single"/>
        </w:rPr>
        <w:t xml:space="preserve"> </w:t>
      </w:r>
      <w:r>
        <w:rPr>
          <w:b w:val="0"/>
          <w:i w:val="0"/>
          <w:smallCaps w:val="0"/>
          <w:strike w:val="0"/>
          <w:sz w:val="22"/>
          <w:highlight w:val="green"/>
          <w:u w:val="single"/>
        </w:rPr>
        <w:t>show</w:t>
      </w:r>
      <w:r>
        <w:rPr>
          <w:b w:val="0"/>
          <w:i w:val="0"/>
          <w:smallCaps w:val="0"/>
          <w:strike w:val="0"/>
          <w:sz w:val="22"/>
          <w:u w:val="single"/>
        </w:rPr>
        <w:t xml:space="preserve"> that </w:t>
      </w:r>
      <w:r>
        <w:rPr>
          <w:b w:val="0"/>
          <w:i w:val="0"/>
          <w:smallCaps w:val="0"/>
          <w:strike w:val="0"/>
          <w:sz w:val="22"/>
          <w:highlight w:val="green"/>
          <w:u w:val="single"/>
        </w:rPr>
        <w:t>you can only trim</w:t>
      </w:r>
      <w:r>
        <w:rPr>
          <w:b w:val="0"/>
          <w:i w:val="0"/>
          <w:smallCaps w:val="0"/>
          <w:strike w:val="0"/>
          <w:sz w:val="22"/>
          <w:u w:val="single"/>
        </w:rPr>
        <w:t xml:space="preserve"> pharmaceutical </w:t>
      </w:r>
      <w:r>
        <w:rPr>
          <w:b w:val="0"/>
          <w:i w:val="0"/>
          <w:smallCaps w:val="0"/>
          <w:strike w:val="0"/>
          <w:sz w:val="22"/>
          <w:highlight w:val="green"/>
          <w:u w:val="single"/>
        </w:rPr>
        <w:t>profits so much before innovation slows</w:t>
      </w:r>
      <w:r>
        <w:rPr>
          <w:b w:val="0"/>
          <w:i w:val="0"/>
          <w:smallCaps w:val="0"/>
          <w:strike w:val="0"/>
          <w:sz w:val="16"/>
          <w:u w:val="none"/>
        </w:rPr>
        <w:t xml:space="preserve">, which means fewer new medicines and diminished capacity to solve problems such as SARS-CoV-2 (the virus that causes the COVID-19 disease). The National Bureau of Economic Research has found, for instance, that </w:t>
      </w:r>
      <w:r>
        <w:rPr>
          <w:b w:val="0"/>
          <w:i w:val="0"/>
          <w:smallCaps w:val="0"/>
          <w:strike w:val="0"/>
          <w:highlight w:val="green"/>
          <w:u w:val="single"/>
        </w:rPr>
        <w:t>cutting drug prices</w:t>
      </w:r>
      <w:r>
        <w:rPr>
          <w:b w:val="0"/>
          <w:i w:val="0"/>
          <w:smallCaps w:val="0"/>
          <w:strike w:val="0"/>
          <w:u w:val="single"/>
        </w:rPr>
        <w:t xml:space="preserve"> in the U.S. </w:t>
      </w:r>
      <w:r>
        <w:rPr>
          <w:b w:val="0"/>
          <w:i w:val="0"/>
          <w:smallCaps w:val="0"/>
          <w:strike w:val="0"/>
          <w:highlight w:val="green"/>
          <w:u w:val="single"/>
        </w:rPr>
        <w:t>by</w:t>
      </w:r>
      <w:r>
        <w:rPr>
          <w:b w:val="0"/>
          <w:i w:val="0"/>
          <w:smallCaps w:val="0"/>
          <w:strike w:val="0"/>
          <w:u w:val="single"/>
        </w:rPr>
        <w:t xml:space="preserve"> </w:t>
      </w:r>
      <w:r>
        <w:rPr>
          <w:b w:val="0"/>
          <w:i w:val="0"/>
          <w:smallCaps w:val="0"/>
          <w:strike w:val="0"/>
          <w:highlight w:val="green"/>
          <w:u w:val="single"/>
        </w:rPr>
        <w:t>40</w:t>
      </w:r>
      <w:r>
        <w:rPr>
          <w:b w:val="0"/>
          <w:i w:val="0"/>
          <w:smallCaps w:val="0"/>
          <w:strike w:val="0"/>
          <w:u w:val="single"/>
        </w:rPr>
        <w:t xml:space="preserve"> </w:t>
      </w:r>
      <w:r>
        <w:rPr>
          <w:b w:val="0"/>
          <w:i w:val="0"/>
          <w:smallCaps w:val="0"/>
          <w:strike w:val="0"/>
          <w:highlight w:val="green"/>
          <w:u w:val="single"/>
        </w:rPr>
        <w:t>to 50</w:t>
      </w:r>
      <w:r>
        <w:rPr>
          <w:b w:val="0"/>
          <w:i w:val="0"/>
          <w:smallCaps w:val="0"/>
          <w:strike w:val="0"/>
          <w:u w:val="single"/>
        </w:rPr>
        <w:t xml:space="preserve"> </w:t>
      </w:r>
      <w:r>
        <w:rPr>
          <w:b w:val="0"/>
          <w:i w:val="0"/>
          <w:smallCaps w:val="0"/>
          <w:strike w:val="0"/>
          <w:highlight w:val="green"/>
          <w:u w:val="single"/>
        </w:rPr>
        <w:t>percent</w:t>
      </w:r>
      <w:r>
        <w:rPr>
          <w:b w:val="0"/>
          <w:i w:val="0"/>
          <w:smallCaps w:val="0"/>
          <w:strike w:val="0"/>
          <w:u w:val="single"/>
        </w:rPr>
        <w:t xml:space="preserve"> would </w:t>
      </w:r>
      <w:r>
        <w:rPr>
          <w:b w:val="0"/>
          <w:i w:val="0"/>
          <w:smallCaps w:val="0"/>
          <w:strike w:val="0"/>
          <w:highlight w:val="green"/>
          <w:u w:val="single"/>
        </w:rPr>
        <w:t>lead to 30 to 60 percent fewer</w:t>
      </w:r>
      <w:r>
        <w:rPr>
          <w:b w:val="0"/>
          <w:i w:val="0"/>
          <w:smallCaps w:val="0"/>
          <w:strike w:val="0"/>
          <w:u w:val="single"/>
        </w:rPr>
        <w:t xml:space="preserve"> R&amp;D </w:t>
      </w:r>
      <w:r>
        <w:rPr>
          <w:b w:val="0"/>
          <w:i w:val="0"/>
          <w:smallCaps w:val="0"/>
          <w:strike w:val="0"/>
          <w:highlight w:val="green"/>
          <w:u w:val="single"/>
        </w:rPr>
        <w:t>projects</w:t>
      </w:r>
      <w:r>
        <w:rPr>
          <w:b w:val="0"/>
          <w:i w:val="0"/>
          <w:smallCaps w:val="0"/>
          <w:strike w:val="0"/>
          <w:sz w:val="16"/>
          <w:u w:val="none"/>
        </w:rPr>
        <w:t xml:space="preserve">. Another study found that Germany lost 23,000 pharma jobs after it implemented price controls in the 1990s, and Germany slipped from first to third place among the continent’s top drug innovators. As the nonpartisan Information Technology and Innovation Foundation concluded in a white paper last year, “For the issue of pharmaceutical drugs, </w:t>
      </w:r>
      <w:r>
        <w:rPr>
          <w:b w:val="0"/>
          <w:i w:val="0"/>
          <w:smallCaps w:val="0"/>
          <w:strike w:val="0"/>
          <w:u w:val="single"/>
        </w:rPr>
        <w:t xml:space="preserve">an overwhelming body of academic </w:t>
      </w:r>
      <w:r>
        <w:rPr>
          <w:b w:val="0"/>
          <w:i w:val="0"/>
          <w:smallCaps w:val="0"/>
          <w:strike w:val="0"/>
          <w:highlight w:val="green"/>
          <w:u w:val="single"/>
        </w:rPr>
        <w:t>research</w:t>
      </w:r>
      <w:r>
        <w:rPr>
          <w:b w:val="0"/>
          <w:i w:val="0"/>
          <w:smallCaps w:val="0"/>
          <w:strike w:val="0"/>
          <w:u w:val="single"/>
        </w:rPr>
        <w:t xml:space="preserve"> </w:t>
      </w:r>
      <w:r>
        <w:rPr>
          <w:b w:val="0"/>
          <w:i w:val="0"/>
          <w:smallCaps w:val="0"/>
          <w:strike w:val="0"/>
          <w:highlight w:val="green"/>
          <w:u w:val="single"/>
        </w:rPr>
        <w:t>shows</w:t>
      </w:r>
      <w:r>
        <w:rPr>
          <w:b w:val="0"/>
          <w:i w:val="0"/>
          <w:smallCaps w:val="0"/>
          <w:strike w:val="0"/>
          <w:u w:val="single"/>
        </w:rPr>
        <w:t xml:space="preserve"> that </w:t>
      </w:r>
      <w:r>
        <w:rPr>
          <w:b w:val="0"/>
          <w:i w:val="0"/>
          <w:smallCaps w:val="0"/>
          <w:strike w:val="0"/>
          <w:highlight w:val="green"/>
          <w:u w:val="single"/>
        </w:rPr>
        <w:t>price</w:t>
      </w:r>
      <w:r>
        <w:rPr>
          <w:b w:val="0"/>
          <w:i w:val="0"/>
          <w:smallCaps w:val="0"/>
          <w:strike w:val="0"/>
          <w:u w:val="single"/>
        </w:rPr>
        <w:t xml:space="preserve"> </w:t>
      </w:r>
      <w:r>
        <w:rPr>
          <w:b w:val="0"/>
          <w:i w:val="0"/>
          <w:smallCaps w:val="0"/>
          <w:strike w:val="0"/>
          <w:highlight w:val="green"/>
          <w:u w:val="single"/>
        </w:rPr>
        <w:t>controls</w:t>
      </w:r>
      <w:r>
        <w:rPr>
          <w:b w:val="0"/>
          <w:i w:val="0"/>
          <w:smallCaps w:val="0"/>
          <w:strike w:val="0"/>
          <w:u w:val="single"/>
        </w:rPr>
        <w:t xml:space="preserve"> </w:t>
      </w:r>
      <w:r>
        <w:rPr>
          <w:b w:val="0"/>
          <w:i w:val="0"/>
          <w:smallCaps w:val="0"/>
          <w:strike w:val="0"/>
          <w:highlight w:val="green"/>
          <w:u w:val="single"/>
        </w:rPr>
        <w:t>will</w:t>
      </w:r>
      <w:r>
        <w:rPr>
          <w:b w:val="0"/>
          <w:i w:val="0"/>
          <w:smallCaps w:val="0"/>
          <w:strike w:val="0"/>
          <w:u w:val="single"/>
        </w:rPr>
        <w:t xml:space="preserve"> significantly </w:t>
      </w:r>
      <w:r>
        <w:rPr>
          <w:b w:val="0"/>
          <w:i w:val="0"/>
          <w:smallCaps w:val="0"/>
          <w:strike w:val="0"/>
          <w:highlight w:val="green"/>
          <w:u w:val="single"/>
        </w:rPr>
        <w:t>restrict</w:t>
      </w:r>
      <w:r>
        <w:rPr>
          <w:b w:val="0"/>
          <w:i w:val="0"/>
          <w:smallCaps w:val="0"/>
          <w:strike w:val="0"/>
          <w:u w:val="single"/>
        </w:rPr>
        <w:t xml:space="preserve"> the number of </w:t>
      </w:r>
      <w:r>
        <w:rPr>
          <w:b w:val="0"/>
          <w:i w:val="0"/>
          <w:smallCaps w:val="0"/>
          <w:strike w:val="0"/>
          <w:highlight w:val="green"/>
          <w:u w:val="single"/>
        </w:rPr>
        <w:t>new drugs</w:t>
      </w:r>
      <w:r>
        <w:rPr>
          <w:b w:val="0"/>
          <w:i w:val="0"/>
          <w:smallCaps w:val="0"/>
          <w:strike w:val="0"/>
          <w:sz w:val="16"/>
          <w:u w:val="none"/>
        </w:rPr>
        <w:t xml:space="preserve"> in the future.” Every decision involves tradeoffs.</w:t>
      </w:r>
    </w:p>
    <w:p>
      <w:pPr>
        <w:spacing w:after="60"/>
      </w:pPr>
      <w:r>
        <w:rPr>
          <w:b w:val="0"/>
          <w:i w:val="0"/>
          <w:smallCaps w:val="0"/>
          <w:strike w:val="0"/>
          <w:sz w:val="22"/>
          <w:u w:val="single"/>
        </w:rPr>
        <w:t>Nobody doubts that inequality is baked into this incentive structure</w:t>
      </w:r>
      <w:r>
        <w:rPr>
          <w:b w:val="0"/>
          <w:i w:val="0"/>
          <w:smallCaps w:val="0"/>
          <w:strike w:val="0"/>
          <w:sz w:val="16"/>
          <w:u w:val="none"/>
        </w:rPr>
        <w:t>—</w:t>
      </w:r>
      <w:r>
        <w:rPr>
          <w:b w:val="0"/>
          <w:i w:val="0"/>
          <w:smallCaps w:val="0"/>
          <w:strike w:val="0"/>
          <w:sz w:val="16"/>
          <w:u w:val="single"/>
        </w:rPr>
        <w:t>that</w:t>
      </w:r>
      <w:r>
        <w:rPr>
          <w:b w:val="0"/>
          <w:i w:val="0"/>
          <w:smallCaps w:val="0"/>
          <w:strike w:val="0"/>
          <w:sz w:val="22"/>
          <w:u w:val="single"/>
        </w:rPr>
        <w:t xml:space="preserve"> the same profit motive that makes </w:t>
      </w:r>
      <w:r>
        <w:rPr>
          <w:b w:val="0"/>
          <w:i w:val="0"/>
          <w:smallCaps w:val="0"/>
          <w:strike w:val="0"/>
          <w:sz w:val="16"/>
          <w:u w:val="single"/>
        </w:rPr>
        <w:t>the</w:t>
      </w:r>
      <w:r>
        <w:rPr>
          <w:b w:val="0"/>
          <w:i w:val="0"/>
          <w:smallCaps w:val="0"/>
          <w:strike w:val="0"/>
          <w:sz w:val="22"/>
          <w:u w:val="single"/>
        </w:rPr>
        <w:t xml:space="preserve"> U</w:t>
      </w:r>
      <w:r>
        <w:rPr>
          <w:b w:val="0"/>
          <w:i w:val="0"/>
          <w:smallCaps w:val="0"/>
          <w:strike w:val="0"/>
          <w:u w:val="single"/>
        </w:rPr>
        <w:t>.S. pharma</w:t>
      </w:r>
      <w:r>
        <w:rPr>
          <w:b w:val="0"/>
          <w:i w:val="0"/>
          <w:smallCaps w:val="0"/>
          <w:strike w:val="0"/>
          <w:sz w:val="16"/>
          <w:u w:val="none"/>
        </w:rPr>
        <w:t xml:space="preserve">ceutical industry </w:t>
      </w:r>
      <w:r>
        <w:rPr>
          <w:b w:val="0"/>
          <w:i w:val="0"/>
          <w:smallCaps w:val="0"/>
          <w:strike w:val="0"/>
          <w:u w:val="single"/>
        </w:rPr>
        <w:t>the best</w:t>
      </w:r>
      <w:r>
        <w:rPr>
          <w:b w:val="0"/>
          <w:i w:val="0"/>
          <w:smallCaps w:val="0"/>
          <w:strike w:val="0"/>
          <w:sz w:val="16"/>
          <w:u w:val="none"/>
        </w:rPr>
        <w:t xml:space="preserve"> in the world </w:t>
      </w:r>
      <w:r>
        <w:rPr>
          <w:b w:val="0"/>
          <w:i w:val="0"/>
          <w:smallCaps w:val="0"/>
          <w:strike w:val="0"/>
          <w:u w:val="single"/>
        </w:rPr>
        <w:t>also leads to unjust outcomes</w:t>
      </w:r>
      <w:r>
        <w:rPr>
          <w:b w:val="0"/>
          <w:i w:val="0"/>
          <w:smallCaps w:val="0"/>
          <w:strike w:val="0"/>
          <w:sz w:val="16"/>
          <w:u w:val="none"/>
        </w:rPr>
        <w:t>, especially for the poor. Nor is it a secret that American R&amp;D effectively subsidizes Europe. The question is whether that system can be reformed in a way that doesn’t endanger innovation.</w:t>
      </w:r>
    </w:p>
    <w:p>
      <w:pPr>
        <w:spacing w:after="60"/>
      </w:pPr>
      <w:r>
        <w:rPr>
          <w:b w:val="0"/>
          <w:i w:val="0"/>
          <w:smallCaps w:val="0"/>
          <w:strike w:val="0"/>
          <w:sz w:val="16"/>
          <w:u w:val="single"/>
        </w:rPr>
        <w:t>Sally Susman</w:t>
      </w:r>
      <w:r>
        <w:rPr>
          <w:b w:val="0"/>
          <w:i w:val="0"/>
          <w:smallCaps w:val="0"/>
          <w:strike w:val="0"/>
          <w:sz w:val="16"/>
          <w:u w:val="none"/>
        </w:rPr>
        <w:t xml:space="preserve">, Pfizer’s head of corporate affairs, recently came on my podcast to talk about Pfizer’s efforts to develop a vaccine for COVID-19. She confidently said that a vaccine could be available by Q4 of this year. </w:t>
      </w:r>
      <w:r>
        <w:rPr>
          <w:b w:val="0"/>
          <w:i w:val="0"/>
          <w:smallCaps w:val="0"/>
          <w:strike w:val="0"/>
          <w:sz w:val="16"/>
          <w:u w:val="single"/>
        </w:rPr>
        <w:t>But even attempting that has required Pfizer to shift a great number of resources toward new research areas</w:t>
      </w:r>
      <w:r>
        <w:rPr>
          <w:b w:val="0"/>
          <w:i w:val="0"/>
          <w:smallCaps w:val="0"/>
          <w:strike w:val="0"/>
          <w:sz w:val="16"/>
          <w:u w:val="none"/>
        </w:rPr>
        <w:t xml:space="preserve">. If they succeed, they’ll have to radically transform their manufacturing process to produce the </w:t>
      </w:r>
      <w:r>
        <w:rPr>
          <w:b w:val="0"/>
          <w:i w:val="0"/>
          <w:smallCaps w:val="0"/>
          <w:strike w:val="0"/>
          <w:sz w:val="16"/>
          <w:u w:val="none"/>
        </w:rPr>
        <w:t>vaccine.</w:t>
      </w:r>
      <w:r>
        <w:rPr>
          <w:b w:val="0"/>
          <w:i w:val="0"/>
          <w:smallCaps w:val="0"/>
          <w:strike w:val="0"/>
          <w:sz w:val="22"/>
          <w:u w:val="single"/>
        </w:rPr>
        <w:t>Let’s</w:t>
      </w:r>
      <w:r>
        <w:rPr>
          <w:b w:val="0"/>
          <w:i w:val="0"/>
          <w:smallCaps w:val="0"/>
          <w:strike w:val="0"/>
          <w:sz w:val="22"/>
          <w:u w:val="single"/>
        </w:rPr>
        <w:t xml:space="preserve"> be clear</w:t>
      </w:r>
      <w:r>
        <w:rPr>
          <w:b w:val="0"/>
          <w:i w:val="0"/>
          <w:smallCaps w:val="0"/>
          <w:strike w:val="0"/>
          <w:sz w:val="16"/>
          <w:u w:val="none"/>
        </w:rPr>
        <w:t xml:space="preserve">—drug makers are not saints. </w:t>
      </w:r>
      <w:r>
        <w:rPr>
          <w:b w:val="0"/>
          <w:i w:val="0"/>
          <w:smallCaps w:val="0"/>
          <w:strike w:val="0"/>
          <w:sz w:val="22"/>
          <w:u w:val="single"/>
        </w:rPr>
        <w:t>If Pfizer develops an effective vaccine</w:t>
      </w:r>
      <w:r>
        <w:rPr>
          <w:b w:val="0"/>
          <w:i w:val="0"/>
          <w:smallCaps w:val="0"/>
          <w:strike w:val="0"/>
          <w:sz w:val="16"/>
          <w:u w:val="none"/>
        </w:rPr>
        <w:t xml:space="preserve">, </w:t>
      </w:r>
      <w:r>
        <w:rPr>
          <w:b w:val="0"/>
          <w:i w:val="0"/>
          <w:smallCaps w:val="0"/>
          <w:strike w:val="0"/>
          <w:sz w:val="22"/>
          <w:u w:val="single"/>
        </w:rPr>
        <w:t>they’ll benefit from it financially and reputationally</w:t>
      </w:r>
      <w:r>
        <w:rPr>
          <w:b w:val="0"/>
          <w:i w:val="0"/>
          <w:smallCaps w:val="0"/>
          <w:strike w:val="0"/>
          <w:sz w:val="16"/>
          <w:u w:val="none"/>
        </w:rPr>
        <w:t xml:space="preserve">, as they should. </w:t>
      </w:r>
      <w:r>
        <w:rPr>
          <w:b w:val="0"/>
          <w:i w:val="0"/>
          <w:smallCaps w:val="0"/>
          <w:strike w:val="0"/>
          <w:sz w:val="22"/>
          <w:u w:val="single"/>
        </w:rPr>
        <w:t xml:space="preserve">But they’re only </w:t>
      </w:r>
      <w:r>
        <w:rPr>
          <w:b w:val="0"/>
          <w:i w:val="0"/>
          <w:smallCaps w:val="0"/>
          <w:strike w:val="0"/>
          <w:sz w:val="22"/>
          <w:u w:val="single"/>
        </w:rPr>
        <w:t>in a position</w:t>
      </w:r>
      <w:r>
        <w:rPr>
          <w:b w:val="0"/>
          <w:i w:val="0"/>
          <w:smallCaps w:val="0"/>
          <w:strike w:val="0"/>
          <w:sz w:val="22"/>
          <w:u w:val="single"/>
        </w:rPr>
        <w:t xml:space="preserve"> to dedicate their resources to creating a vaccine </w:t>
      </w:r>
      <w:r>
        <w:rPr>
          <w:b/>
          <w:i w:val="0"/>
          <w:smallCaps w:val="0"/>
          <w:strike w:val="0"/>
          <w:sz w:val="22"/>
          <w:u w:val="single"/>
        </w:rPr>
        <w:t>because</w:t>
      </w:r>
      <w:r>
        <w:rPr>
          <w:b w:val="0"/>
          <w:i w:val="0"/>
          <w:smallCaps w:val="0"/>
          <w:strike w:val="0"/>
          <w:sz w:val="22"/>
          <w:u w:val="single"/>
        </w:rPr>
        <w:t xml:space="preserve"> they already have an immense</w:t>
      </w:r>
      <w:r>
        <w:rPr>
          <w:b w:val="0"/>
          <w:i w:val="0"/>
          <w:smallCaps w:val="0"/>
          <w:strike w:val="0"/>
          <w:sz w:val="16"/>
          <w:u w:val="none"/>
        </w:rPr>
        <w:t xml:space="preserve">, full-scale </w:t>
      </w:r>
      <w:r>
        <w:rPr>
          <w:b w:val="0"/>
          <w:i w:val="0"/>
          <w:smallCaps w:val="0"/>
          <w:strike w:val="0"/>
          <w:u w:val="single"/>
        </w:rPr>
        <w:t>infrastructure</w:t>
      </w:r>
      <w:r>
        <w:rPr>
          <w:b w:val="0"/>
          <w:i w:val="0"/>
          <w:smallCaps w:val="0"/>
          <w:strike w:val="0"/>
          <w:sz w:val="16"/>
          <w:u w:val="none"/>
        </w:rPr>
        <w:t xml:space="preserve"> of scientists, researchers, factories, labs, protocols, lawyers, and everything in between. </w:t>
      </w:r>
      <w:r>
        <w:rPr>
          <w:b w:val="0"/>
          <w:i w:val="0"/>
          <w:smallCaps w:val="0"/>
          <w:strike w:val="0"/>
          <w:sz w:val="22"/>
          <w:u w:val="single"/>
        </w:rPr>
        <w:t>That infrastructure is costly</w:t>
      </w:r>
      <w:r>
        <w:rPr>
          <w:b w:val="0"/>
          <w:i w:val="0"/>
          <w:smallCaps w:val="0"/>
          <w:strike w:val="0"/>
          <w:sz w:val="16"/>
          <w:u w:val="none"/>
        </w:rPr>
        <w:t xml:space="preserve">. </w:t>
      </w:r>
      <w:r>
        <w:rPr>
          <w:b w:val="0"/>
          <w:i w:val="0"/>
          <w:smallCaps w:val="0"/>
          <w:strike w:val="0"/>
          <w:sz w:val="22"/>
          <w:u w:val="single"/>
        </w:rPr>
        <w:t xml:space="preserve">It exists because some </w:t>
      </w:r>
      <w:r>
        <w:rPr>
          <w:b w:val="0"/>
          <w:i w:val="0"/>
          <w:smallCaps w:val="0"/>
          <w:strike w:val="0"/>
          <w:sz w:val="22"/>
          <w:u w:val="single"/>
        </w:rPr>
        <w:t>nongeneric</w:t>
      </w:r>
      <w:r>
        <w:rPr>
          <w:b w:val="0"/>
          <w:i w:val="0"/>
          <w:smallCaps w:val="0"/>
          <w:strike w:val="0"/>
          <w:sz w:val="22"/>
          <w:u w:val="single"/>
        </w:rPr>
        <w:t xml:space="preserve"> prescription drugs are very expensive</w:t>
      </w:r>
      <w:r>
        <w:rPr>
          <w:b w:val="0"/>
          <w:i w:val="0"/>
          <w:smallCaps w:val="0"/>
          <w:strike w:val="0"/>
          <w:sz w:val="16"/>
          <w:u w:val="none"/>
        </w:rPr>
        <w:t>. Those revenues don’t just pay executive salaries—they also fund the 9 out of 10 drug trials that fail.</w:t>
      </w:r>
    </w:p>
    <w:p>
      <w:pPr>
        <w:spacing w:after="60"/>
      </w:pPr>
      <w:r>
        <w:rPr>
          <w:b w:val="0"/>
          <w:i w:val="0"/>
          <w:smallCaps w:val="0"/>
          <w:strike w:val="0"/>
          <w:sz w:val="22"/>
          <w:highlight w:val="green"/>
          <w:u w:val="single"/>
        </w:rPr>
        <w:t>Demagoguery is easy</w:t>
      </w:r>
      <w:r>
        <w:rPr>
          <w:b w:val="0"/>
          <w:i w:val="0"/>
          <w:smallCaps w:val="0"/>
          <w:strike w:val="0"/>
          <w:sz w:val="16"/>
          <w:u w:val="none"/>
        </w:rPr>
        <w:t xml:space="preserve">. I spent 15 years working directly in government and politics before becoming a venture capitalist. I know a lot about demagoguery firsthand because I’ve engaged in it countless times. </w:t>
      </w:r>
      <w:r>
        <w:rPr>
          <w:b w:val="0"/>
          <w:i w:val="0"/>
          <w:smallCaps w:val="0"/>
          <w:strike w:val="0"/>
          <w:highlight w:val="green"/>
          <w:u w:val="single"/>
        </w:rPr>
        <w:t xml:space="preserve">But if </w:t>
      </w:r>
      <w:r>
        <w:rPr>
          <w:b w:val="0"/>
          <w:i w:val="0"/>
          <w:smallCaps w:val="0"/>
          <w:strike w:val="0"/>
          <w:u w:val="single"/>
        </w:rPr>
        <w:t xml:space="preserve">half the </w:t>
      </w:r>
      <w:r>
        <w:rPr>
          <w:b w:val="0"/>
          <w:i w:val="0"/>
          <w:smallCaps w:val="0"/>
          <w:strike w:val="0"/>
          <w:highlight w:val="green"/>
          <w:u w:val="single"/>
        </w:rPr>
        <w:t>policies</w:t>
      </w:r>
      <w:r>
        <w:rPr>
          <w:b w:val="0"/>
          <w:i w:val="0"/>
          <w:smallCaps w:val="0"/>
          <w:strike w:val="0"/>
          <w:sz w:val="16"/>
          <w:u w:val="none"/>
        </w:rPr>
        <w:t xml:space="preserve"> I </w:t>
      </w:r>
      <w:r>
        <w:rPr>
          <w:b w:val="0"/>
          <w:i w:val="0"/>
          <w:smallCaps w:val="0"/>
          <w:strike w:val="0"/>
          <w:u w:val="single"/>
        </w:rPr>
        <w:t>called for</w:t>
      </w:r>
      <w:r>
        <w:rPr>
          <w:b w:val="0"/>
          <w:i w:val="0"/>
          <w:smallCaps w:val="0"/>
          <w:strike w:val="0"/>
          <w:sz w:val="16"/>
          <w:u w:val="none"/>
        </w:rPr>
        <w:t xml:space="preserve"> in press releases </w:t>
      </w:r>
      <w:r>
        <w:rPr>
          <w:b w:val="0"/>
          <w:i w:val="0"/>
          <w:smallCaps w:val="0"/>
          <w:strike w:val="0"/>
          <w:highlight w:val="green"/>
          <w:u w:val="single"/>
        </w:rPr>
        <w:t>had</w:t>
      </w:r>
      <w:r>
        <w:rPr>
          <w:b w:val="0"/>
          <w:i w:val="0"/>
          <w:smallCaps w:val="0"/>
          <w:strike w:val="0"/>
          <w:u w:val="single"/>
        </w:rPr>
        <w:t xml:space="preserve"> ever </w:t>
      </w:r>
      <w:r>
        <w:rPr>
          <w:b w:val="0"/>
          <w:i w:val="0"/>
          <w:smallCaps w:val="0"/>
          <w:strike w:val="0"/>
          <w:highlight w:val="green"/>
          <w:u w:val="single"/>
        </w:rPr>
        <w:t>been implemented</w:t>
      </w:r>
      <w:r>
        <w:rPr>
          <w:b w:val="0"/>
          <w:i w:val="0"/>
          <w:smallCaps w:val="0"/>
          <w:strike w:val="0"/>
          <w:sz w:val="16"/>
          <w:u w:val="none"/>
        </w:rPr>
        <w:t xml:space="preserve">, </w:t>
      </w:r>
      <w:r>
        <w:rPr>
          <w:b w:val="0"/>
          <w:i w:val="0"/>
          <w:smallCaps w:val="0"/>
          <w:strike w:val="0"/>
          <w:sz w:val="22"/>
          <w:highlight w:val="green"/>
          <w:u w:val="single"/>
        </w:rPr>
        <w:t>we’d be years away from a vaccine</w:t>
      </w:r>
      <w:r>
        <w:rPr>
          <w:b w:val="0"/>
          <w:i w:val="0"/>
          <w:smallCaps w:val="0"/>
          <w:strike w:val="0"/>
          <w:sz w:val="22"/>
          <w:u w:val="single"/>
        </w:rPr>
        <w:t xml:space="preserve"> right now</w:t>
      </w:r>
      <w:r>
        <w:rPr>
          <w:b w:val="0"/>
          <w:i w:val="0"/>
          <w:smallCaps w:val="0"/>
          <w:strike w:val="0"/>
          <w:sz w:val="16"/>
          <w:u w:val="none"/>
        </w:rPr>
        <w:t xml:space="preserve">, not (hopefully) months. </w:t>
      </w:r>
      <w:r>
        <w:rPr>
          <w:b w:val="0"/>
          <w:i w:val="0"/>
          <w:smallCaps w:val="0"/>
          <w:strike w:val="0"/>
          <w:sz w:val="22"/>
          <w:highlight w:val="green"/>
          <w:u w:val="single"/>
        </w:rPr>
        <w:t>We’d lose millions of lives</w:t>
      </w:r>
      <w:r>
        <w:rPr>
          <w:b w:val="0"/>
          <w:i w:val="0"/>
          <w:smallCaps w:val="0"/>
          <w:strike w:val="0"/>
          <w:sz w:val="16"/>
          <w:u w:val="none"/>
        </w:rPr>
        <w:t>, instead of hundreds of thousands. The economic cost to society would last for generations.</w:t>
      </w:r>
    </w:p>
    <w:p>
      <w:pPr>
        <w:spacing w:after="60"/>
      </w:pPr>
      <w:r>
        <w:rPr>
          <w:b w:val="0"/>
          <w:i w:val="0"/>
          <w:smallCaps w:val="0"/>
          <w:strike w:val="0"/>
          <w:sz w:val="22"/>
          <w:highlight w:val="green"/>
          <w:u w:val="single"/>
        </w:rPr>
        <w:t>Some</w:t>
      </w:r>
      <w:r>
        <w:rPr>
          <w:b w:val="0"/>
          <w:i w:val="0"/>
          <w:smallCaps w:val="0"/>
          <w:strike w:val="0"/>
          <w:sz w:val="22"/>
          <w:u w:val="single"/>
        </w:rPr>
        <w:t xml:space="preserve"> may </w:t>
      </w:r>
      <w:r>
        <w:rPr>
          <w:b w:val="0"/>
          <w:i w:val="0"/>
          <w:smallCaps w:val="0"/>
          <w:strike w:val="0"/>
          <w:sz w:val="22"/>
          <w:highlight w:val="green"/>
          <w:u w:val="single"/>
        </w:rPr>
        <w:t>argue</w:t>
      </w:r>
      <w:r>
        <w:rPr>
          <w:b w:val="0"/>
          <w:i w:val="0"/>
          <w:smallCaps w:val="0"/>
          <w:strike w:val="0"/>
          <w:sz w:val="22"/>
          <w:u w:val="single"/>
        </w:rPr>
        <w:t xml:space="preserve"> that </w:t>
      </w:r>
      <w:r>
        <w:rPr>
          <w:b w:val="0"/>
          <w:i w:val="0"/>
          <w:smallCaps w:val="0"/>
          <w:strike w:val="0"/>
          <w:sz w:val="22"/>
          <w:highlight w:val="green"/>
          <w:u w:val="single"/>
        </w:rPr>
        <w:t xml:space="preserve">we should </w:t>
      </w:r>
      <w:r>
        <w:rPr>
          <w:b w:val="0"/>
          <w:i w:val="0"/>
          <w:smallCaps w:val="0"/>
          <w:strike w:val="0"/>
          <w:sz w:val="22"/>
          <w:u w:val="single"/>
        </w:rPr>
        <w:t>nationalize</w:t>
      </w:r>
      <w:r>
        <w:rPr>
          <w:b w:val="0"/>
          <w:i w:val="0"/>
          <w:smallCaps w:val="0"/>
          <w:strike w:val="0"/>
          <w:sz w:val="22"/>
          <w:u w:val="single"/>
        </w:rPr>
        <w:t xml:space="preserve"> the drug companies and </w:t>
      </w:r>
      <w:r>
        <w:rPr>
          <w:b w:val="0"/>
          <w:i w:val="0"/>
          <w:smallCaps w:val="0"/>
          <w:strike w:val="0"/>
          <w:sz w:val="22"/>
          <w:highlight w:val="green"/>
          <w:u w:val="single"/>
        </w:rPr>
        <w:t xml:space="preserve">have </w:t>
      </w:r>
      <w:r>
        <w:rPr>
          <w:b w:val="0"/>
          <w:i w:val="0"/>
          <w:smallCaps w:val="0"/>
          <w:strike w:val="0"/>
          <w:sz w:val="22"/>
          <w:highlight w:val="green"/>
          <w:u w:val="single"/>
        </w:rPr>
        <w:t>government</w:t>
      </w:r>
      <w:r>
        <w:rPr>
          <w:b w:val="0"/>
          <w:i w:val="0"/>
          <w:smallCaps w:val="0"/>
          <w:strike w:val="0"/>
          <w:sz w:val="22"/>
          <w:highlight w:val="green"/>
          <w:u w:val="single"/>
        </w:rPr>
        <w:t xml:space="preserve"> handle </w:t>
      </w:r>
      <w:r>
        <w:rPr>
          <w:b w:val="0"/>
          <w:i w:val="0"/>
          <w:smallCaps w:val="0"/>
          <w:strike w:val="0"/>
          <w:sz w:val="22"/>
          <w:u w:val="single"/>
        </w:rPr>
        <w:t xml:space="preserve">all </w:t>
      </w:r>
      <w:r>
        <w:rPr>
          <w:b w:val="0"/>
          <w:i w:val="0"/>
          <w:smallCaps w:val="0"/>
          <w:strike w:val="0"/>
          <w:sz w:val="22"/>
          <w:highlight w:val="green"/>
          <w:u w:val="single"/>
        </w:rPr>
        <w:t>research</w:t>
      </w:r>
      <w:r>
        <w:rPr>
          <w:b w:val="0"/>
          <w:i w:val="0"/>
          <w:smallCaps w:val="0"/>
          <w:strike w:val="0"/>
          <w:sz w:val="16"/>
          <w:u w:val="none"/>
        </w:rPr>
        <w:t xml:space="preserve">, development, drug trials, and manufacturing. I’m not convinced. In my four years as deputy governor of Illinois, in my time at New York’s city hall under Mike Bloomberg, and in my time in the U.S. Senate working for Chuck Schumer, I developed a true appreciation for the things government does well (national defense, public health, redistributing resources, emergency management, and law enforcement, among others) and the things it does poorly (almost everything else). </w:t>
      </w:r>
      <w:r>
        <w:rPr>
          <w:b w:val="0"/>
          <w:i w:val="0"/>
          <w:smallCaps w:val="0"/>
          <w:strike w:val="0"/>
          <w:highlight w:val="green"/>
          <w:u w:val="single"/>
        </w:rPr>
        <w:t>Government</w:t>
      </w:r>
      <w:r>
        <w:rPr>
          <w:b w:val="0"/>
          <w:i w:val="0"/>
          <w:smallCaps w:val="0"/>
          <w:strike w:val="0"/>
          <w:u w:val="single"/>
        </w:rPr>
        <w:t>-</w:t>
      </w:r>
      <w:r>
        <w:rPr>
          <w:b w:val="0"/>
          <w:i w:val="0"/>
          <w:smallCaps w:val="0"/>
          <w:strike w:val="0"/>
          <w:highlight w:val="green"/>
          <w:u w:val="single"/>
        </w:rPr>
        <w:t>led</w:t>
      </w:r>
      <w:r>
        <w:rPr>
          <w:b w:val="0"/>
          <w:i w:val="0"/>
          <w:smallCaps w:val="0"/>
          <w:strike w:val="0"/>
          <w:u w:val="single"/>
        </w:rPr>
        <w:t xml:space="preserve"> drug </w:t>
      </w:r>
      <w:r>
        <w:rPr>
          <w:b w:val="0"/>
          <w:i w:val="0"/>
          <w:smallCaps w:val="0"/>
          <w:strike w:val="0"/>
          <w:highlight w:val="green"/>
          <w:u w:val="single"/>
        </w:rPr>
        <w:t>manufacturing</w:t>
      </w:r>
      <w:r>
        <w:rPr>
          <w:b w:val="0"/>
          <w:i w:val="0"/>
          <w:smallCaps w:val="0"/>
          <w:strike w:val="0"/>
          <w:u w:val="single"/>
        </w:rPr>
        <w:t xml:space="preserve"> </w:t>
      </w:r>
      <w:r>
        <w:rPr>
          <w:b w:val="0"/>
          <w:i w:val="0"/>
          <w:smallCaps w:val="0"/>
          <w:strike w:val="0"/>
          <w:highlight w:val="green"/>
          <w:u w:val="single"/>
        </w:rPr>
        <w:t>would</w:t>
      </w:r>
      <w:r>
        <w:rPr>
          <w:b w:val="0"/>
          <w:i w:val="0"/>
          <w:smallCaps w:val="0"/>
          <w:strike w:val="0"/>
          <w:u w:val="single"/>
        </w:rPr>
        <w:t xml:space="preserve"> be about </w:t>
      </w:r>
      <w:r>
        <w:rPr>
          <w:b w:val="0"/>
          <w:i w:val="0"/>
          <w:smallCaps w:val="0"/>
          <w:strike w:val="0"/>
          <w:highlight w:val="green"/>
          <w:u w:val="single"/>
        </w:rPr>
        <w:t>as well funded</w:t>
      </w:r>
      <w:r>
        <w:rPr>
          <w:b w:val="0"/>
          <w:i w:val="0"/>
          <w:smallCaps w:val="0"/>
          <w:strike w:val="0"/>
          <w:u w:val="single"/>
        </w:rPr>
        <w:t xml:space="preserve"> and administered </w:t>
      </w:r>
      <w:r>
        <w:rPr>
          <w:b w:val="0"/>
          <w:i w:val="0"/>
          <w:smallCaps w:val="0"/>
          <w:strike w:val="0"/>
          <w:highlight w:val="green"/>
          <w:u w:val="single"/>
        </w:rPr>
        <w:t>as</w:t>
      </w:r>
      <w:r>
        <w:rPr>
          <w:b w:val="0"/>
          <w:i w:val="0"/>
          <w:smallCaps w:val="0"/>
          <w:strike w:val="0"/>
          <w:u w:val="single"/>
        </w:rPr>
        <w:t xml:space="preserve"> most </w:t>
      </w:r>
      <w:r>
        <w:rPr>
          <w:b w:val="0"/>
          <w:i w:val="0"/>
          <w:smallCaps w:val="0"/>
          <w:strike w:val="0"/>
          <w:highlight w:val="green"/>
          <w:u w:val="single"/>
        </w:rPr>
        <w:t>public</w:t>
      </w:r>
      <w:r>
        <w:rPr>
          <w:b w:val="0"/>
          <w:i w:val="0"/>
          <w:smallCaps w:val="0"/>
          <w:strike w:val="0"/>
          <w:u w:val="single"/>
        </w:rPr>
        <w:t xml:space="preserve"> </w:t>
      </w:r>
      <w:r>
        <w:rPr>
          <w:b w:val="0"/>
          <w:i w:val="0"/>
          <w:smallCaps w:val="0"/>
          <w:strike w:val="0"/>
          <w:highlight w:val="green"/>
          <w:u w:val="single"/>
        </w:rPr>
        <w:t>housing</w:t>
      </w:r>
      <w:r>
        <w:rPr>
          <w:b w:val="0"/>
          <w:i w:val="0"/>
          <w:smallCaps w:val="0"/>
          <w:strike w:val="0"/>
          <w:u w:val="single"/>
        </w:rPr>
        <w:t xml:space="preserve">, </w:t>
      </w:r>
      <w:r>
        <w:rPr>
          <w:b w:val="0"/>
          <w:i w:val="0"/>
          <w:smallCaps w:val="0"/>
          <w:strike w:val="0"/>
          <w:highlight w:val="green"/>
          <w:u w:val="single"/>
        </w:rPr>
        <w:t>school</w:t>
      </w:r>
      <w:r>
        <w:rPr>
          <w:b w:val="0"/>
          <w:i w:val="0"/>
          <w:smallCaps w:val="0"/>
          <w:strike w:val="0"/>
          <w:u w:val="single"/>
        </w:rPr>
        <w:t xml:space="preserve"> system</w:t>
      </w:r>
      <w:r>
        <w:rPr>
          <w:b w:val="0"/>
          <w:i w:val="0"/>
          <w:smallCaps w:val="0"/>
          <w:strike w:val="0"/>
          <w:highlight w:val="green"/>
          <w:u w:val="single"/>
        </w:rPr>
        <w:t>s,</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public </w:t>
      </w:r>
      <w:r>
        <w:rPr>
          <w:b w:val="0"/>
          <w:i w:val="0"/>
          <w:smallCaps w:val="0"/>
          <w:strike w:val="0"/>
          <w:highlight w:val="green"/>
          <w:u w:val="single"/>
        </w:rPr>
        <w:t>hospitals</w:t>
      </w:r>
      <w:r>
        <w:rPr>
          <w:b w:val="0"/>
          <w:i w:val="0"/>
          <w:smallCaps w:val="0"/>
          <w:strike w:val="0"/>
          <w:sz w:val="16"/>
          <w:u w:val="none"/>
        </w:rPr>
        <w:t>. In the face of a pandemic, that’s not a risk I’m willing to take.</w:t>
      </w:r>
    </w:p>
    <w:p>
      <w:pPr>
        <w:spacing w:after="60"/>
      </w:pPr>
      <w:r>
        <w:rPr>
          <w:b w:val="0"/>
          <w:i w:val="0"/>
          <w:smallCaps w:val="0"/>
          <w:strike w:val="0"/>
          <w:sz w:val="22"/>
          <w:highlight w:val="green"/>
          <w:u w:val="single"/>
        </w:rPr>
        <w:t>None</w:t>
      </w:r>
      <w:r>
        <w:rPr>
          <w:b w:val="0"/>
          <w:i w:val="0"/>
          <w:smallCaps w:val="0"/>
          <w:strike w:val="0"/>
          <w:sz w:val="22"/>
          <w:u w:val="single"/>
        </w:rPr>
        <w:t xml:space="preserve"> of </w:t>
      </w:r>
      <w:r>
        <w:rPr>
          <w:b w:val="0"/>
          <w:i w:val="0"/>
          <w:smallCaps w:val="0"/>
          <w:strike w:val="0"/>
          <w:sz w:val="22"/>
          <w:u w:val="single"/>
        </w:rPr>
        <w:t xml:space="preserve">this </w:t>
      </w:r>
      <w:r>
        <w:rPr>
          <w:b w:val="0"/>
          <w:i w:val="0"/>
          <w:smallCaps w:val="0"/>
          <w:strike w:val="0"/>
          <w:sz w:val="22"/>
          <w:highlight w:val="green"/>
          <w:u w:val="single"/>
        </w:rPr>
        <w:t>excuses</w:t>
      </w:r>
      <w:r>
        <w:rPr>
          <w:b w:val="0"/>
          <w:i w:val="0"/>
          <w:smallCaps w:val="0"/>
          <w:strike w:val="0"/>
          <w:sz w:val="22"/>
          <w:u w:val="single"/>
        </w:rPr>
        <w:t xml:space="preserve"> </w:t>
      </w:r>
      <w:r>
        <w:rPr>
          <w:b w:val="0"/>
          <w:i w:val="0"/>
          <w:smallCaps w:val="0"/>
          <w:strike w:val="0"/>
          <w:sz w:val="22"/>
          <w:highlight w:val="green"/>
          <w:u w:val="single"/>
        </w:rPr>
        <w:t>bad behavior</w:t>
      </w:r>
      <w:r>
        <w:rPr>
          <w:b w:val="0"/>
          <w:i w:val="0"/>
          <w:smallCaps w:val="0"/>
          <w:strike w:val="0"/>
          <w:sz w:val="22"/>
          <w:u w:val="single"/>
        </w:rPr>
        <w:t xml:space="preserve"> by Big Pharma or any industry when they do something wrong</w:t>
      </w:r>
      <w:r>
        <w:rPr>
          <w:b w:val="0"/>
          <w:i w:val="0"/>
          <w:smallCaps w:val="0"/>
          <w:strike w:val="0"/>
          <w:sz w:val="16"/>
          <w:u w:val="non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pretending</w:t>
      </w:r>
      <w:r>
        <w:rPr>
          <w:b w:val="0"/>
          <w:i w:val="0"/>
          <w:smallCaps w:val="0"/>
          <w:strike w:val="0"/>
          <w:u w:val="single"/>
        </w:rPr>
        <w:t xml:space="preserve"> that </w:t>
      </w:r>
      <w:r>
        <w:rPr>
          <w:b w:val="0"/>
          <w:i w:val="0"/>
          <w:smallCaps w:val="0"/>
          <w:strike w:val="0"/>
          <w:highlight w:val="green"/>
          <w:u w:val="single"/>
        </w:rPr>
        <w:t>an</w:t>
      </w:r>
      <w:r>
        <w:rPr>
          <w:b w:val="0"/>
          <w:i w:val="0"/>
          <w:smallCaps w:val="0"/>
          <w:strike w:val="0"/>
          <w:u w:val="single"/>
        </w:rPr>
        <w:t xml:space="preserve">y </w:t>
      </w:r>
      <w:r>
        <w:rPr>
          <w:b w:val="0"/>
          <w:i w:val="0"/>
          <w:smallCaps w:val="0"/>
          <w:strike w:val="0"/>
          <w:highlight w:val="green"/>
          <w:u w:val="single"/>
        </w:rPr>
        <w:t>industry</w:t>
      </w:r>
      <w:r>
        <w:rPr>
          <w:b w:val="0"/>
          <w:i w:val="0"/>
          <w:smallCaps w:val="0"/>
          <w:strike w:val="0"/>
          <w:u w:val="single"/>
        </w:rPr>
        <w:t xml:space="preserve"> </w:t>
      </w:r>
      <w:r>
        <w:rPr>
          <w:b w:val="0"/>
          <w:i w:val="0"/>
          <w:smallCaps w:val="0"/>
          <w:strike w:val="0"/>
          <w:highlight w:val="green"/>
          <w:u w:val="single"/>
        </w:rPr>
        <w:t>can</w:t>
      </w:r>
      <w:r>
        <w:rPr>
          <w:b w:val="0"/>
          <w:i w:val="0"/>
          <w:smallCaps w:val="0"/>
          <w:strike w:val="0"/>
          <w:u w:val="single"/>
        </w:rPr>
        <w:t xml:space="preserve"> </w:t>
      </w:r>
      <w:r>
        <w:rPr>
          <w:b w:val="0"/>
          <w:i w:val="0"/>
          <w:smallCaps w:val="0"/>
          <w:strike w:val="0"/>
          <w:highlight w:val="green"/>
          <w:u w:val="single"/>
        </w:rPr>
        <w:t>withstand</w:t>
      </w:r>
      <w:r>
        <w:rPr>
          <w:b w:val="0"/>
          <w:i w:val="0"/>
          <w:smallCaps w:val="0"/>
          <w:strike w:val="0"/>
          <w:u w:val="single"/>
        </w:rPr>
        <w:t xml:space="preserve"> any amount of </w:t>
      </w:r>
      <w:r>
        <w:rPr>
          <w:b w:val="0"/>
          <w:i w:val="0"/>
          <w:smallCaps w:val="0"/>
          <w:strike w:val="0"/>
          <w:highlight w:val="green"/>
          <w:u w:val="single"/>
        </w:rPr>
        <w:t>reg</w:t>
      </w:r>
      <w:r>
        <w:rPr>
          <w:b w:val="0"/>
          <w:i w:val="0"/>
          <w:smallCaps w:val="0"/>
          <w:strike w:val="0"/>
          <w:u w:val="single"/>
        </w:rPr>
        <w:t>u</w:t>
      </w:r>
      <w:r>
        <w:rPr>
          <w:b w:val="0"/>
          <w:i w:val="0"/>
          <w:smallCaps w:val="0"/>
          <w:strike w:val="0"/>
          <w:u w:val="single"/>
        </w:rPr>
        <w:t xml:space="preserve">lation </w:t>
      </w:r>
      <w:r>
        <w:rPr>
          <w:b w:val="0"/>
          <w:i w:val="0"/>
          <w:smallCaps w:val="0"/>
          <w:strike w:val="0"/>
          <w:highlight w:val="green"/>
          <w:u w:val="single"/>
        </w:rPr>
        <w:t>and</w:t>
      </w:r>
      <w:r>
        <w:rPr>
          <w:b w:val="0"/>
          <w:i w:val="0"/>
          <w:smallCaps w:val="0"/>
          <w:strike w:val="0"/>
          <w:u w:val="single"/>
        </w:rPr>
        <w:t xml:space="preserve"> </w:t>
      </w:r>
      <w:r>
        <w:rPr>
          <w:b w:val="0"/>
          <w:i w:val="0"/>
          <w:smallCaps w:val="0"/>
          <w:strike w:val="0"/>
          <w:highlight w:val="green"/>
          <w:u w:val="single"/>
        </w:rPr>
        <w:t>still</w:t>
      </w:r>
      <w:r>
        <w:rPr>
          <w:b w:val="0"/>
          <w:i w:val="0"/>
          <w:smallCaps w:val="0"/>
          <w:strike w:val="0"/>
          <w:u w:val="single"/>
        </w:rPr>
        <w:t xml:space="preserve"> be able to </w:t>
      </w:r>
      <w:r>
        <w:rPr>
          <w:b w:val="0"/>
          <w:i w:val="0"/>
          <w:smallCaps w:val="0"/>
          <w:strike w:val="0"/>
          <w:highlight w:val="green"/>
          <w:u w:val="single"/>
        </w:rPr>
        <w:t>do</w:t>
      </w:r>
      <w:r>
        <w:rPr>
          <w:b w:val="0"/>
          <w:i w:val="0"/>
          <w:smallCaps w:val="0"/>
          <w:strike w:val="0"/>
          <w:u w:val="single"/>
        </w:rPr>
        <w:t xml:space="preserve"> </w:t>
      </w:r>
      <w:r>
        <w:rPr>
          <w:b w:val="0"/>
          <w:i w:val="0"/>
          <w:smallCaps w:val="0"/>
          <w:strike w:val="0"/>
          <w:highlight w:val="green"/>
          <w:u w:val="single"/>
        </w:rPr>
        <w:t>what</w:t>
      </w:r>
      <w:r>
        <w:rPr>
          <w:b w:val="0"/>
          <w:i w:val="0"/>
          <w:smallCaps w:val="0"/>
          <w:strike w:val="0"/>
          <w:u w:val="single"/>
        </w:rPr>
        <w:t xml:space="preserve"> </w:t>
      </w:r>
      <w:r>
        <w:rPr>
          <w:b w:val="0"/>
          <w:i w:val="0"/>
          <w:smallCaps w:val="0"/>
          <w:strike w:val="0"/>
          <w:highlight w:val="green"/>
          <w:u w:val="single"/>
        </w:rPr>
        <w:t>we</w:t>
      </w:r>
      <w:r>
        <w:rPr>
          <w:b w:val="0"/>
          <w:i w:val="0"/>
          <w:smallCaps w:val="0"/>
          <w:strike w:val="0"/>
          <w:u w:val="single"/>
        </w:rPr>
        <w:t xml:space="preserve"> </w:t>
      </w:r>
      <w:r>
        <w:rPr>
          <w:b w:val="0"/>
          <w:i w:val="0"/>
          <w:smallCaps w:val="0"/>
          <w:strike w:val="0"/>
          <w:highlight w:val="green"/>
          <w:u w:val="single"/>
        </w:rPr>
        <w:t>need</w:t>
      </w:r>
      <w:r>
        <w:rPr>
          <w:b w:val="0"/>
          <w:i w:val="0"/>
          <w:smallCaps w:val="0"/>
          <w:strike w:val="0"/>
          <w:u w:val="single"/>
        </w:rPr>
        <w:t xml:space="preserve"> them to do</w:t>
      </w:r>
      <w:r>
        <w:rPr>
          <w:b w:val="0"/>
          <w:i w:val="0"/>
          <w:smallCaps w:val="0"/>
          <w:strike w:val="0"/>
          <w:sz w:val="16"/>
          <w:u w:val="none"/>
        </w:rPr>
        <w:t xml:space="preserve">, when we need them to do it, </w:t>
      </w:r>
      <w:r>
        <w:rPr>
          <w:b w:val="0"/>
          <w:i w:val="0"/>
          <w:smallCaps w:val="0"/>
          <w:strike w:val="0"/>
          <w:sz w:val="22"/>
          <w:highlight w:val="green"/>
          <w:u w:val="single"/>
        </w:rPr>
        <w:t>is worse than wrong</w:t>
      </w:r>
      <w:r>
        <w:rPr>
          <w:b w:val="0"/>
          <w:i w:val="0"/>
          <w:smallCaps w:val="0"/>
          <w:strike w:val="0"/>
          <w:sz w:val="16"/>
          <w:u w:val="none"/>
        </w:rPr>
        <w:t xml:space="preserve">. It’s intellectually dishonest. </w:t>
      </w:r>
      <w:r>
        <w:rPr>
          <w:b w:val="0"/>
          <w:i w:val="0"/>
          <w:smallCaps w:val="0"/>
          <w:strike w:val="0"/>
          <w:sz w:val="16"/>
          <w:u w:val="single"/>
        </w:rPr>
        <w:t>And right now</w:t>
      </w:r>
      <w:r>
        <w:rPr>
          <w:b w:val="0"/>
          <w:i w:val="0"/>
          <w:smallCaps w:val="0"/>
          <w:strike w:val="0"/>
          <w:sz w:val="16"/>
          <w:u w:val="none"/>
        </w:rPr>
        <w:t xml:space="preserve">, </w:t>
      </w:r>
      <w:r>
        <w:rPr>
          <w:b w:val="0"/>
          <w:i w:val="0"/>
          <w:smallCaps w:val="0"/>
          <w:strike w:val="0"/>
          <w:sz w:val="16"/>
          <w:u w:val="single"/>
        </w:rPr>
        <w:t>dishonesty is the last thing we can afford</w:t>
      </w:r>
      <w:r>
        <w:rPr>
          <w:b w:val="0"/>
          <w:i w:val="0"/>
          <w:smallCaps w:val="0"/>
          <w:strike w:val="0"/>
          <w:sz w:val="16"/>
          <w:u w:val="none"/>
        </w:rPr>
        <w:t>.</w:t>
      </w:r>
    </w:p>
    <w:p>
      <w:pPr>
        <w:spacing w:after="60"/>
      </w:pPr>
      <w:r>
        <w:rPr>
          <w:b w:val="0"/>
          <w:i w:val="0"/>
          <w:smallCaps w:val="0"/>
          <w:strike w:val="0"/>
          <w:u w:val="none"/>
        </w:rPr>
        <w:t>Only thing that can solve Life Expectancy</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