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is key to life expectancy --- no alternatives. </w:t>
      </w:r>
    </w:p>
    <w:p>
      <w:pPr>
        <w:spacing w:after="80"/>
      </w:pPr>
      <w:r>
        <w:rPr>
          <w:b/>
          <w:i w:val="0"/>
          <w:smallCaps w:val="0"/>
          <w:strike w:val="0"/>
          <w:sz w:val="26"/>
          <w:u w:val="none"/>
        </w:rPr>
        <w:t>Burke ’20</w:t>
      </w:r>
      <w:r>
        <w:rPr>
          <w:b w:val="0"/>
          <w:i w:val="0"/>
          <w:smallCaps w:val="0"/>
          <w:strike w:val="0"/>
          <w:u w:val="none"/>
        </w:rPr>
        <w:t xml:space="preserve"> (Hannah; BSc in Psychology from the University of Chester, former content editor for a healthcare consultancy firm, marketing manager of </w:t>
      </w:r>
      <w:r>
        <w:rPr>
          <w:b w:val="0"/>
          <w:i w:val="0"/>
          <w:smallCaps w:val="0"/>
          <w:strike w:val="0"/>
          <w:u w:val="none"/>
        </w:rPr>
        <w:t>Proclinical</w:t>
      </w:r>
      <w:r>
        <w:rPr>
          <w:b w:val="0"/>
          <w:i w:val="0"/>
          <w:smallCaps w:val="0"/>
          <w:strike w:val="0"/>
          <w:u w:val="none"/>
        </w:rPr>
        <w:t xml:space="preserve">; “Why are pharmaceutical companies so important?”; 27-8-2020; Accessed 7/31/2024; </w:t>
      </w:r>
      <w:r>
        <w:rPr>
          <w:b w:val="0"/>
          <w:i w:val="0"/>
          <w:smallCaps w:val="0"/>
          <w:strike w:val="0"/>
          <w:u w:val="none"/>
        </w:rPr>
        <w:t>//-rr)</w:t>
      </w:r>
    </w:p>
    <w:p>
      <w:pPr>
        <w:spacing w:after="60"/>
      </w:pPr>
      <w:r>
        <w:rPr>
          <w:b w:val="0"/>
          <w:i w:val="0"/>
          <w:smallCaps w:val="0"/>
          <w:strike w:val="0"/>
          <w:u w:val="single"/>
        </w:rPr>
        <w:t>Pharmaceuticals have been used to treat illnesses for thousands of years</w:t>
      </w:r>
      <w:r>
        <w:rPr>
          <w:b w:val="0"/>
          <w:i w:val="0"/>
          <w:smallCaps w:val="0"/>
          <w:strike w:val="0"/>
          <w:sz w:val="16"/>
          <w:u w:val="none"/>
        </w:rPr>
        <w:t xml:space="preserve">. The early days of medication included plants and herbal remedies to treat a variety of diseases and traumas. </w:t>
      </w:r>
      <w:r>
        <w:rPr>
          <w:b w:val="0"/>
          <w:i w:val="0"/>
          <w:smallCaps w:val="0"/>
          <w:strike w:val="0"/>
          <w:u w:val="single"/>
        </w:rPr>
        <w:t>Today</w:t>
      </w:r>
      <w:r>
        <w:rPr>
          <w:b w:val="0"/>
          <w:i w:val="0"/>
          <w:smallCaps w:val="0"/>
          <w:strike w:val="0"/>
          <w:sz w:val="16"/>
          <w:u w:val="none"/>
        </w:rPr>
        <w:t xml:space="preserve">, the long and complex journey to demonstrate the safety and efficacy of a compound and bring </w:t>
      </w:r>
      <w:r>
        <w:rPr>
          <w:b w:val="0"/>
          <w:i w:val="0"/>
          <w:smallCaps w:val="0"/>
          <w:strike w:val="0"/>
          <w:u w:val="single"/>
        </w:rPr>
        <w:t>it</w:t>
      </w:r>
      <w:r>
        <w:rPr>
          <w:b w:val="0"/>
          <w:i w:val="0"/>
          <w:smallCaps w:val="0"/>
          <w:strike w:val="0"/>
          <w:sz w:val="16"/>
          <w:u w:val="none"/>
        </w:rPr>
        <w:t xml:space="preserve"> from the laboratory into the hands of patients in need, </w:t>
      </w:r>
      <w:r>
        <w:rPr>
          <w:b w:val="0"/>
          <w:i w:val="0"/>
          <w:smallCaps w:val="0"/>
          <w:strike w:val="0"/>
          <w:u w:val="single"/>
        </w:rPr>
        <w:t>is a multi-billion-dollar global industry</w:t>
      </w:r>
      <w:r>
        <w:rPr>
          <w:b w:val="0"/>
          <w:i w:val="0"/>
          <w:smallCaps w:val="0"/>
          <w:strike w:val="0"/>
          <w:sz w:val="16"/>
          <w:u w:val="none"/>
        </w:rPr>
        <w:t>.</w:t>
      </w:r>
      <w:r>
        <w:rPr>
          <w:b w:val="0"/>
          <w:i w:val="0"/>
          <w:smallCaps w:val="0"/>
          <w:strike w:val="0"/>
          <w:sz w:val="16"/>
          <w:u w:val="none"/>
        </w:rPr>
        <w:t xml:space="preserve"> </w:t>
      </w:r>
    </w:p>
    <w:p>
      <w:pPr>
        <w:spacing w:after="60"/>
      </w:pPr>
      <w:r>
        <w:rPr>
          <w:b w:val="0"/>
          <w:i w:val="0"/>
          <w:smallCaps w:val="0"/>
          <w:strike w:val="0"/>
          <w:highlight w:val="green"/>
          <w:u w:val="single"/>
        </w:rPr>
        <w:t>Pharma</w:t>
      </w:r>
      <w:r>
        <w:rPr>
          <w:b w:val="0"/>
          <w:i w:val="0"/>
          <w:smallCaps w:val="0"/>
          <w:strike w:val="0"/>
          <w:sz w:val="16"/>
          <w:u w:val="none"/>
        </w:rPr>
        <w:t xml:space="preserve">ceutical </w:t>
      </w:r>
      <w:r>
        <w:rPr>
          <w:b w:val="0"/>
          <w:i w:val="0"/>
          <w:smallCaps w:val="0"/>
          <w:strike w:val="0"/>
          <w:u w:val="single"/>
        </w:rPr>
        <w:t>companies</w:t>
      </w:r>
      <w:r>
        <w:rPr>
          <w:b w:val="0"/>
          <w:i w:val="0"/>
          <w:smallCaps w:val="0"/>
          <w:strike w:val="0"/>
          <w:sz w:val="16"/>
          <w:u w:val="none"/>
        </w:rPr>
        <w:t xml:space="preserve"> continually </w:t>
      </w:r>
      <w:r>
        <w:rPr>
          <w:b w:val="0"/>
          <w:i w:val="0"/>
          <w:smallCaps w:val="0"/>
          <w:strike w:val="0"/>
          <w:highlight w:val="green"/>
          <w:u w:val="single"/>
        </w:rPr>
        <w:t>strive</w:t>
      </w:r>
      <w:r>
        <w:rPr>
          <w:b w:val="0"/>
          <w:i w:val="0"/>
          <w:smallCaps w:val="0"/>
          <w:strike w:val="0"/>
          <w:u w:val="single"/>
        </w:rPr>
        <w:t xml:space="preserve"> </w:t>
      </w:r>
      <w:r>
        <w:rPr>
          <w:b w:val="0"/>
          <w:i w:val="0"/>
          <w:smallCaps w:val="0"/>
          <w:strike w:val="0"/>
          <w:highlight w:val="green"/>
          <w:u w:val="single"/>
        </w:rPr>
        <w:t>to</w:t>
      </w:r>
      <w:r>
        <w:rPr>
          <w:b w:val="0"/>
          <w:i w:val="0"/>
          <w:smallCaps w:val="0"/>
          <w:strike w:val="0"/>
          <w:u w:val="single"/>
        </w:rPr>
        <w:t>wards innovative new</w:t>
      </w:r>
      <w:r>
        <w:rPr>
          <w:b w:val="0"/>
          <w:i w:val="0"/>
          <w:smallCaps w:val="0"/>
          <w:strike w:val="0"/>
          <w:u w:val="single"/>
        </w:rPr>
        <w:t xml:space="preserve"> treatments that </w:t>
      </w:r>
      <w:r>
        <w:rPr>
          <w:b w:val="0"/>
          <w:i w:val="0"/>
          <w:smallCaps w:val="0"/>
          <w:strike w:val="0"/>
          <w:highlight w:val="green"/>
          <w:u w:val="single"/>
        </w:rPr>
        <w:t xml:space="preserve">help </w:t>
      </w:r>
      <w:r>
        <w:rPr>
          <w:b w:val="0"/>
          <w:i w:val="0"/>
          <w:smallCaps w:val="0"/>
          <w:strike w:val="0"/>
          <w:u w:val="single"/>
        </w:rPr>
        <w:t xml:space="preserve">people live </w:t>
      </w:r>
      <w:r>
        <w:rPr>
          <w:b w:val="0"/>
          <w:i w:val="0"/>
          <w:smallCaps w:val="0"/>
          <w:strike w:val="0"/>
          <w:highlight w:val="green"/>
          <w:u w:val="single"/>
        </w:rPr>
        <w:t>longer and healthier lives</w:t>
      </w:r>
      <w:r>
        <w:rPr>
          <w:b w:val="0"/>
          <w:i w:val="0"/>
          <w:smallCaps w:val="0"/>
          <w:strike w:val="0"/>
          <w:sz w:val="16"/>
          <w:u w:val="none"/>
        </w:rPr>
        <w:t xml:space="preserve">. These therapies are developed, manufactured, marketed and distributed around the world by pharmaceutical companies every day. Here, we look at some of the key contributions of the industry, and the reasons why pharmaceutical companies are so important to patients, society and the life sciences industry: </w:t>
      </w:r>
    </w:p>
    <w:p>
      <w:pPr>
        <w:spacing w:after="60"/>
      </w:pPr>
      <w:r>
        <w:rPr>
          <w:b w:val="0"/>
          <w:i w:val="0"/>
          <w:smallCaps w:val="0"/>
          <w:strike w:val="0"/>
          <w:sz w:val="16"/>
          <w:u w:val="none"/>
        </w:rPr>
        <w:t xml:space="preserve">1. </w:t>
      </w:r>
      <w:r>
        <w:rPr>
          <w:b w:val="0"/>
          <w:i w:val="0"/>
          <w:smallCaps w:val="0"/>
          <w:strike w:val="0"/>
          <w:u w:val="single"/>
        </w:rPr>
        <w:t>Treatments increase life expectancy</w:t>
      </w:r>
    </w:p>
    <w:p>
      <w:pPr>
        <w:spacing w:after="60"/>
      </w:pPr>
      <w:r>
        <w:rPr>
          <w:b w:val="0"/>
          <w:i w:val="0"/>
          <w:smallCaps w:val="0"/>
          <w:strike w:val="0"/>
          <w:sz w:val="16"/>
          <w:u w:val="none"/>
        </w:rPr>
        <w:t xml:space="preserve">The pharmaceutical industry has greatly contributed to the increase in life expectancy for men and women across the world. It has been reported that </w:t>
      </w:r>
      <w:r>
        <w:rPr>
          <w:b w:val="0"/>
          <w:i w:val="0"/>
          <w:smallCaps w:val="0"/>
          <w:strike w:val="0"/>
          <w:highlight w:val="green"/>
          <w:u w:val="single"/>
        </w:rPr>
        <w:t>pharma</w:t>
      </w:r>
      <w:r>
        <w:rPr>
          <w:b w:val="0"/>
          <w:i w:val="0"/>
          <w:smallCaps w:val="0"/>
          <w:strike w:val="0"/>
          <w:sz w:val="16"/>
          <w:u w:val="none"/>
        </w:rPr>
        <w:t xml:space="preserve">ceutical </w:t>
      </w:r>
      <w:r>
        <w:rPr>
          <w:b w:val="0"/>
          <w:i w:val="0"/>
          <w:smallCaps w:val="0"/>
          <w:strike w:val="0"/>
          <w:u w:val="single"/>
        </w:rPr>
        <w:t>ad</w:t>
      </w:r>
      <w:r>
        <w:rPr>
          <w:b w:val="0"/>
          <w:i w:val="0"/>
          <w:smallCaps w:val="0"/>
          <w:strike w:val="0"/>
          <w:highlight w:val="green"/>
          <w:u w:val="single"/>
        </w:rPr>
        <w:t>vancements accounted for 73%</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the total </w:t>
      </w:r>
      <w:r>
        <w:rPr>
          <w:b w:val="0"/>
          <w:i w:val="0"/>
          <w:smallCaps w:val="0"/>
          <w:strike w:val="0"/>
          <w:highlight w:val="green"/>
          <w:u w:val="single"/>
        </w:rPr>
        <w:t>increase</w:t>
      </w:r>
      <w:r>
        <w:rPr>
          <w:b w:val="0"/>
          <w:i w:val="0"/>
          <w:smallCaps w:val="0"/>
          <w:strike w:val="0"/>
          <w:u w:val="single"/>
        </w:rPr>
        <w:t xml:space="preserve"> </w:t>
      </w:r>
      <w:r>
        <w:rPr>
          <w:b w:val="0"/>
          <w:i w:val="0"/>
          <w:smallCaps w:val="0"/>
          <w:strike w:val="0"/>
          <w:highlight w:val="green"/>
          <w:u w:val="single"/>
        </w:rPr>
        <w:t>in</w:t>
      </w:r>
      <w:r>
        <w:rPr>
          <w:b w:val="0"/>
          <w:i w:val="0"/>
          <w:smallCaps w:val="0"/>
          <w:strike w:val="0"/>
          <w:u w:val="single"/>
        </w:rPr>
        <w:t xml:space="preserve"> </w:t>
      </w:r>
      <w:r>
        <w:rPr>
          <w:b w:val="0"/>
          <w:i w:val="0"/>
          <w:smallCaps w:val="0"/>
          <w:strike w:val="0"/>
          <w:highlight w:val="green"/>
          <w:u w:val="single"/>
        </w:rPr>
        <w:t>life expectancy</w:t>
      </w:r>
      <w:r>
        <w:rPr>
          <w:b w:val="0"/>
          <w:i w:val="0"/>
          <w:smallCaps w:val="0"/>
          <w:strike w:val="0"/>
          <w:sz w:val="16"/>
          <w:u w:val="none"/>
        </w:rPr>
        <w:t xml:space="preserve"> between 2000 and 2009, across 30 developing and high-income countries. In 1900, global life expectancy was just 32 years; thanks to advancements in medicines, this has more than doubled and today the average life expectancy stands at 72 years.</w:t>
      </w:r>
    </w:p>
    <w:p>
      <w:pPr>
        <w:spacing w:after="60"/>
      </w:pPr>
      <w:r>
        <w:rPr>
          <w:b w:val="0"/>
          <w:i w:val="0"/>
          <w:smallCaps w:val="0"/>
          <w:strike w:val="0"/>
          <w:u w:val="single"/>
        </w:rPr>
        <w:t>Japan and Hong Kong have the highest average life expectancy</w:t>
      </w:r>
      <w:r>
        <w:rPr>
          <w:b w:val="0"/>
          <w:i w:val="0"/>
          <w:smallCaps w:val="0"/>
          <w:strike w:val="0"/>
          <w:sz w:val="16"/>
          <w:u w:val="none"/>
        </w:rPr>
        <w:t xml:space="preserve">, with people living to 85 years old on average. </w:t>
      </w:r>
      <w:r>
        <w:rPr>
          <w:b w:val="0"/>
          <w:i w:val="0"/>
          <w:smallCaps w:val="0"/>
          <w:strike w:val="0"/>
          <w:highlight w:val="green"/>
          <w:u w:val="single"/>
        </w:rPr>
        <w:t>Pharma</w:t>
      </w:r>
      <w:r>
        <w:rPr>
          <w:b w:val="0"/>
          <w:i w:val="0"/>
          <w:smallCaps w:val="0"/>
          <w:strike w:val="0"/>
          <w:sz w:val="16"/>
          <w:u w:val="none"/>
        </w:rPr>
        <w:t xml:space="preserve">ceutical </w:t>
      </w:r>
      <w:r>
        <w:rPr>
          <w:b w:val="0"/>
          <w:i w:val="0"/>
          <w:smallCaps w:val="0"/>
          <w:strike w:val="0"/>
          <w:highlight w:val="green"/>
          <w:u w:val="single"/>
        </w:rPr>
        <w:t>innovation</w:t>
      </w:r>
      <w:r>
        <w:rPr>
          <w:b w:val="0"/>
          <w:i w:val="0"/>
          <w:smallCaps w:val="0"/>
          <w:strike w:val="0"/>
          <w:u w:val="single"/>
        </w:rPr>
        <w:t xml:space="preserve"> </w:t>
      </w:r>
      <w:r>
        <w:rPr>
          <w:b w:val="0"/>
          <w:i w:val="0"/>
          <w:smallCaps w:val="0"/>
          <w:strike w:val="0"/>
          <w:highlight w:val="green"/>
          <w:u w:val="single"/>
        </w:rPr>
        <w:t>has</w:t>
      </w:r>
      <w:r>
        <w:rPr>
          <w:b w:val="0"/>
          <w:i w:val="0"/>
          <w:smallCaps w:val="0"/>
          <w:strike w:val="0"/>
          <w:u w:val="single"/>
        </w:rPr>
        <w:t xml:space="preserve"> </w:t>
      </w:r>
      <w:r>
        <w:rPr>
          <w:b w:val="0"/>
          <w:i w:val="0"/>
          <w:smallCaps w:val="0"/>
          <w:strike w:val="0"/>
          <w:highlight w:val="green"/>
          <w:u w:val="single"/>
        </w:rPr>
        <w:t>not</w:t>
      </w:r>
      <w:r>
        <w:rPr>
          <w:b w:val="0"/>
          <w:i w:val="0"/>
          <w:smallCaps w:val="0"/>
          <w:strike w:val="0"/>
          <w:u w:val="single"/>
        </w:rPr>
        <w:t xml:space="preserve"> </w:t>
      </w:r>
      <w:r>
        <w:rPr>
          <w:b w:val="0"/>
          <w:i w:val="0"/>
          <w:smallCaps w:val="0"/>
          <w:strike w:val="0"/>
          <w:highlight w:val="green"/>
          <w:u w:val="single"/>
        </w:rPr>
        <w:t>just</w:t>
      </w:r>
      <w:r>
        <w:rPr>
          <w:b w:val="0"/>
          <w:i w:val="0"/>
          <w:smallCaps w:val="0"/>
          <w:strike w:val="0"/>
          <w:u w:val="single"/>
        </w:rPr>
        <w:t xml:space="preserve"> </w:t>
      </w:r>
      <w:r>
        <w:rPr>
          <w:b w:val="0"/>
          <w:i w:val="0"/>
          <w:smallCaps w:val="0"/>
          <w:strike w:val="0"/>
          <w:highlight w:val="green"/>
          <w:u w:val="single"/>
        </w:rPr>
        <w:t>benefited</w:t>
      </w:r>
      <w:r>
        <w:rPr>
          <w:b w:val="0"/>
          <w:i w:val="0"/>
          <w:smallCaps w:val="0"/>
          <w:strike w:val="0"/>
          <w:u w:val="single"/>
        </w:rPr>
        <w:t xml:space="preserve"> </w:t>
      </w:r>
      <w:r>
        <w:rPr>
          <w:b w:val="0"/>
          <w:i w:val="0"/>
          <w:smallCaps w:val="0"/>
          <w:strike w:val="0"/>
          <w:highlight w:val="green"/>
          <w:u w:val="single"/>
        </w:rPr>
        <w:t>rich</w:t>
      </w:r>
      <w:r>
        <w:rPr>
          <w:b w:val="0"/>
          <w:i w:val="0"/>
          <w:smallCaps w:val="0"/>
          <w:strike w:val="0"/>
          <w:u w:val="single"/>
        </w:rPr>
        <w:t xml:space="preserve">er </w:t>
      </w:r>
      <w:r>
        <w:rPr>
          <w:b w:val="0"/>
          <w:i w:val="0"/>
          <w:smallCaps w:val="0"/>
          <w:strike w:val="0"/>
          <w:highlight w:val="green"/>
          <w:u w:val="single"/>
        </w:rPr>
        <w:t>nations</w:t>
      </w:r>
      <w:r>
        <w:rPr>
          <w:b w:val="0"/>
          <w:i w:val="0"/>
          <w:smallCaps w:val="0"/>
          <w:strike w:val="0"/>
          <w:sz w:val="16"/>
          <w:u w:val="none"/>
        </w:rPr>
        <w:t xml:space="preserve">, </w:t>
      </w:r>
      <w:r>
        <w:rPr>
          <w:b w:val="0"/>
          <w:i w:val="0"/>
          <w:smallCaps w:val="0"/>
          <w:strike w:val="0"/>
          <w:highlight w:val="green"/>
          <w:u w:val="single"/>
        </w:rPr>
        <w:t>developing</w:t>
      </w:r>
      <w:r>
        <w:rPr>
          <w:b w:val="0"/>
          <w:i w:val="0"/>
          <w:smallCaps w:val="0"/>
          <w:strike w:val="0"/>
          <w:u w:val="single"/>
        </w:rPr>
        <w:t xml:space="preserve"> </w:t>
      </w:r>
      <w:r>
        <w:rPr>
          <w:b w:val="0"/>
          <w:i w:val="0"/>
          <w:smallCaps w:val="0"/>
          <w:strike w:val="0"/>
          <w:highlight w:val="green"/>
          <w:u w:val="single"/>
        </w:rPr>
        <w:t>countries</w:t>
      </w:r>
      <w:r>
        <w:rPr>
          <w:b w:val="0"/>
          <w:i w:val="0"/>
          <w:smallCaps w:val="0"/>
          <w:strike w:val="0"/>
          <w:u w:val="single"/>
        </w:rPr>
        <w:t xml:space="preserve"> </w:t>
      </w:r>
      <w:r>
        <w:rPr>
          <w:b w:val="0"/>
          <w:i w:val="0"/>
          <w:smallCaps w:val="0"/>
          <w:strike w:val="0"/>
          <w:highlight w:val="green"/>
          <w:u w:val="single"/>
        </w:rPr>
        <w:t>have</w:t>
      </w:r>
      <w:r>
        <w:rPr>
          <w:b w:val="0"/>
          <w:i w:val="0"/>
          <w:smallCaps w:val="0"/>
          <w:strike w:val="0"/>
          <w:u w:val="single"/>
        </w:rPr>
        <w:t xml:space="preserve"> also </w:t>
      </w:r>
      <w:r>
        <w:rPr>
          <w:b w:val="0"/>
          <w:i w:val="0"/>
          <w:smallCaps w:val="0"/>
          <w:strike w:val="0"/>
          <w:highlight w:val="green"/>
          <w:u w:val="single"/>
        </w:rPr>
        <w:t>been</w:t>
      </w:r>
      <w:r>
        <w:rPr>
          <w:b w:val="0"/>
          <w:i w:val="0"/>
          <w:smallCaps w:val="0"/>
          <w:strike w:val="0"/>
          <w:u w:val="single"/>
        </w:rPr>
        <w:t xml:space="preserve"> </w:t>
      </w:r>
      <w:r>
        <w:rPr>
          <w:b w:val="0"/>
          <w:i w:val="0"/>
          <w:smallCaps w:val="0"/>
          <w:strike w:val="0"/>
          <w:highlight w:val="green"/>
          <w:u w:val="single"/>
        </w:rPr>
        <w:t>positively</w:t>
      </w:r>
      <w:r>
        <w:rPr>
          <w:b w:val="0"/>
          <w:i w:val="0"/>
          <w:smallCaps w:val="0"/>
          <w:strike w:val="0"/>
          <w:u w:val="single"/>
        </w:rPr>
        <w:t xml:space="preserve"> </w:t>
      </w:r>
      <w:r>
        <w:rPr>
          <w:b w:val="0"/>
          <w:i w:val="0"/>
          <w:smallCaps w:val="0"/>
          <w:strike w:val="0"/>
          <w:highlight w:val="green"/>
          <w:u w:val="single"/>
        </w:rPr>
        <w:t>impacted</w:t>
      </w:r>
      <w:r>
        <w:rPr>
          <w:b w:val="0"/>
          <w:i w:val="0"/>
          <w:smallCaps w:val="0"/>
          <w:strike w:val="0"/>
          <w:sz w:val="16"/>
          <w:u w:val="none"/>
        </w:rPr>
        <w:t xml:space="preserve"> and global inequality in life expectancy is starting to decrease. </w:t>
      </w:r>
    </w:p>
    <w:p>
      <w:pPr>
        <w:spacing w:after="60"/>
      </w:pPr>
      <w:r>
        <w:rPr>
          <w:b w:val="0"/>
          <w:i w:val="0"/>
          <w:smallCaps w:val="0"/>
          <w:strike w:val="0"/>
          <w:sz w:val="16"/>
          <w:u w:val="none"/>
        </w:rPr>
        <w:t xml:space="preserve">2. </w:t>
      </w:r>
      <w:r>
        <w:rPr>
          <w:b w:val="0"/>
          <w:i w:val="0"/>
          <w:smallCaps w:val="0"/>
          <w:strike w:val="0"/>
          <w:u w:val="single"/>
        </w:rPr>
        <w:t>The industry strives to eradicate and eliminate diseases</w:t>
      </w:r>
    </w:p>
    <w:p>
      <w:pPr>
        <w:spacing w:after="60"/>
      </w:pPr>
      <w:r>
        <w:rPr>
          <w:b w:val="0"/>
          <w:i w:val="0"/>
          <w:smallCaps w:val="0"/>
          <w:strike w:val="0"/>
          <w:highlight w:val="green"/>
          <w:u w:val="single"/>
        </w:rPr>
        <w:t>Disease eradication is the</w:t>
      </w:r>
      <w:r>
        <w:rPr>
          <w:b w:val="0"/>
          <w:i w:val="0"/>
          <w:smallCaps w:val="0"/>
          <w:strike w:val="0"/>
          <w:u w:val="single"/>
        </w:rPr>
        <w:t xml:space="preserve"> </w:t>
      </w:r>
      <w:r>
        <w:rPr>
          <w:b w:val="0"/>
          <w:i w:val="0"/>
          <w:smallCaps w:val="0"/>
          <w:strike w:val="0"/>
          <w:u w:val="single"/>
        </w:rPr>
        <w:t xml:space="preserve">ultimate </w:t>
      </w:r>
      <w:r>
        <w:rPr>
          <w:b w:val="0"/>
          <w:i w:val="0"/>
          <w:smallCaps w:val="0"/>
          <w:strike w:val="0"/>
          <w:highlight w:val="green"/>
          <w:u w:val="single"/>
        </w:rPr>
        <w:t>goal</w:t>
      </w:r>
      <w:r>
        <w:rPr>
          <w:b w:val="0"/>
          <w:i w:val="0"/>
          <w:smallCaps w:val="0"/>
          <w:strike w:val="0"/>
          <w:sz w:val="16"/>
          <w:u w:val="none"/>
        </w:rPr>
        <w:t xml:space="preserve"> when developing treatments, as this benefits ecosystems on a global level. To date, the World Health Organization (</w:t>
      </w:r>
      <w:r>
        <w:rPr>
          <w:b w:val="0"/>
          <w:i w:val="0"/>
          <w:smallCaps w:val="0"/>
          <w:strike w:val="0"/>
          <w:highlight w:val="green"/>
          <w:u w:val="single"/>
        </w:rPr>
        <w:t>WHO</w:t>
      </w:r>
      <w:r>
        <w:rPr>
          <w:b w:val="0"/>
          <w:i w:val="0"/>
          <w:smallCaps w:val="0"/>
          <w:strike w:val="0"/>
          <w:u w:val="single"/>
        </w:rPr>
        <w:t xml:space="preserve">) has </w:t>
      </w:r>
      <w:r>
        <w:rPr>
          <w:b w:val="0"/>
          <w:i w:val="0"/>
          <w:smallCaps w:val="0"/>
          <w:strike w:val="0"/>
          <w:highlight w:val="green"/>
          <w:u w:val="single"/>
        </w:rPr>
        <w:t>declared</w:t>
      </w:r>
      <w:r>
        <w:rPr>
          <w:b w:val="0"/>
          <w:i w:val="0"/>
          <w:smallCaps w:val="0"/>
          <w:strike w:val="0"/>
          <w:u w:val="single"/>
        </w:rPr>
        <w:t xml:space="preserve"> </w:t>
      </w:r>
      <w:r>
        <w:rPr>
          <w:b w:val="0"/>
          <w:i w:val="0"/>
          <w:smallCaps w:val="0"/>
          <w:strike w:val="0"/>
          <w:highlight w:val="green"/>
          <w:u w:val="single"/>
        </w:rPr>
        <w:t>smallpox</w:t>
      </w:r>
      <w:r>
        <w:rPr>
          <w:b w:val="0"/>
          <w:i w:val="0"/>
          <w:smallCaps w:val="0"/>
          <w:strike w:val="0"/>
          <w:u w:val="single"/>
        </w:rPr>
        <w:t xml:space="preserve"> as the first</w:t>
      </w:r>
      <w:r>
        <w:rPr>
          <w:b w:val="0"/>
          <w:i w:val="0"/>
          <w:smallCaps w:val="0"/>
          <w:strike w:val="0"/>
          <w:sz w:val="16"/>
          <w:u w:val="none"/>
        </w:rPr>
        <w:t xml:space="preserve"> – and so </w:t>
      </w:r>
      <w:r>
        <w:rPr>
          <w:b w:val="0"/>
          <w:i w:val="0"/>
          <w:smallCaps w:val="0"/>
          <w:strike w:val="0"/>
          <w:sz w:val="16"/>
          <w:u w:val="none"/>
        </w:rPr>
        <w:t>far</w:t>
      </w:r>
      <w:r>
        <w:rPr>
          <w:b w:val="0"/>
          <w:i w:val="0"/>
          <w:smallCaps w:val="0"/>
          <w:strike w:val="0"/>
          <w:sz w:val="16"/>
          <w:u w:val="none"/>
        </w:rPr>
        <w:t xml:space="preserve"> only – human </w:t>
      </w:r>
      <w:r>
        <w:rPr>
          <w:b w:val="0"/>
          <w:i w:val="0"/>
          <w:smallCaps w:val="0"/>
          <w:strike w:val="0"/>
          <w:u w:val="single"/>
        </w:rPr>
        <w:t xml:space="preserve">disease </w:t>
      </w:r>
      <w:r>
        <w:rPr>
          <w:b w:val="0"/>
          <w:i w:val="0"/>
          <w:smallCaps w:val="0"/>
          <w:strike w:val="0"/>
          <w:highlight w:val="green"/>
          <w:u w:val="single"/>
        </w:rPr>
        <w:t>to be eradicated</w:t>
      </w:r>
      <w:r>
        <w:rPr>
          <w:b w:val="0"/>
          <w:i w:val="0"/>
          <w:smallCaps w:val="0"/>
          <w:strike w:val="0"/>
          <w:u w:val="single"/>
        </w:rPr>
        <w:t xml:space="preserve"> globally</w:t>
      </w:r>
      <w:r>
        <w:rPr>
          <w:b w:val="0"/>
          <w:i w:val="0"/>
          <w:smallCaps w:val="0"/>
          <w:strike w:val="0"/>
          <w:sz w:val="16"/>
          <w:u w:val="none"/>
        </w:rPr>
        <w:t>.</w:t>
      </w:r>
    </w:p>
    <w:p>
      <w:pPr>
        <w:spacing w:after="60"/>
      </w:pPr>
      <w:r>
        <w:rPr>
          <w:b w:val="0"/>
          <w:i w:val="0"/>
          <w:smallCaps w:val="0"/>
          <w:strike w:val="0"/>
          <w:sz w:val="16"/>
          <w:u w:val="none"/>
        </w:rPr>
        <w:t xml:space="preserve">There are </w:t>
      </w:r>
      <w:r>
        <w:rPr>
          <w:b w:val="0"/>
          <w:i w:val="0"/>
          <w:smallCaps w:val="0"/>
          <w:strike w:val="0"/>
          <w:highlight w:val="green"/>
          <w:u w:val="single"/>
        </w:rPr>
        <w:t>7 diseases</w:t>
      </w:r>
      <w:r>
        <w:rPr>
          <w:b w:val="0"/>
          <w:i w:val="0"/>
          <w:smallCaps w:val="0"/>
          <w:strike w:val="0"/>
          <w:sz w:val="16"/>
          <w:u w:val="none"/>
        </w:rPr>
        <w:t xml:space="preserve"> that </w:t>
      </w:r>
      <w:r>
        <w:rPr>
          <w:b w:val="0"/>
          <w:i w:val="0"/>
          <w:smallCaps w:val="0"/>
          <w:strike w:val="0"/>
          <w:highlight w:val="green"/>
          <w:u w:val="single"/>
        </w:rPr>
        <w:t>are almost eradicated</w:t>
      </w:r>
      <w:r>
        <w:rPr>
          <w:b w:val="0"/>
          <w:i w:val="0"/>
          <w:smallCaps w:val="0"/>
          <w:strike w:val="0"/>
          <w:sz w:val="16"/>
          <w:u w:val="none"/>
        </w:rPr>
        <w:t>, including: measles, rubella, polio, guinea worm and lymphatic filariasis (elephantiasis). Eradication is extremely hard to achieve as it requires a vaccination and a true global effort.</w:t>
      </w:r>
    </w:p>
    <w:p>
      <w:pPr>
        <w:spacing w:after="60"/>
      </w:pPr>
      <w:r>
        <w:rPr>
          <w:b w:val="0"/>
          <w:i w:val="0"/>
          <w:smallCaps w:val="0"/>
          <w:strike w:val="0"/>
          <w:sz w:val="16"/>
          <w:u w:val="none"/>
        </w:rPr>
        <w:t xml:space="preserve">3. </w:t>
      </w:r>
      <w:r>
        <w:rPr>
          <w:b w:val="0"/>
          <w:i w:val="0"/>
          <w:smallCaps w:val="0"/>
          <w:strike w:val="0"/>
          <w:u w:val="single"/>
        </w:rPr>
        <w:t>Reduced pain and suffering</w:t>
      </w:r>
    </w:p>
    <w:p>
      <w:pPr>
        <w:spacing w:after="60"/>
      </w:pPr>
      <w:r>
        <w:rPr>
          <w:b w:val="0"/>
          <w:i w:val="0"/>
          <w:smallCaps w:val="0"/>
          <w:strike w:val="0"/>
          <w:sz w:val="16"/>
          <w:u w:val="none"/>
        </w:rPr>
        <w:t xml:space="preserve">Although many </w:t>
      </w:r>
      <w:r>
        <w:rPr>
          <w:b w:val="0"/>
          <w:i w:val="0"/>
          <w:smallCaps w:val="0"/>
          <w:strike w:val="0"/>
          <w:highlight w:val="green"/>
          <w:u w:val="single"/>
        </w:rPr>
        <w:t>pharmaceuticals</w:t>
      </w:r>
      <w:r>
        <w:rPr>
          <w:b w:val="0"/>
          <w:i w:val="0"/>
          <w:smallCaps w:val="0"/>
          <w:strike w:val="0"/>
          <w:sz w:val="16"/>
          <w:u w:val="none"/>
        </w:rPr>
        <w:t xml:space="preserve"> do directly cure conditions, they </w:t>
      </w:r>
      <w:r>
        <w:rPr>
          <w:b w:val="0"/>
          <w:i w:val="0"/>
          <w:smallCaps w:val="0"/>
          <w:strike w:val="0"/>
          <w:highlight w:val="green"/>
          <w:u w:val="single"/>
        </w:rPr>
        <w:t>can</w:t>
      </w:r>
      <w:r>
        <w:rPr>
          <w:b w:val="0"/>
          <w:i w:val="0"/>
          <w:smallCaps w:val="0"/>
          <w:strike w:val="0"/>
          <w:sz w:val="16"/>
          <w:u w:val="none"/>
        </w:rPr>
        <w:t xml:space="preserve"> </w:t>
      </w:r>
      <w:r>
        <w:rPr>
          <w:b w:val="0"/>
          <w:i w:val="0"/>
          <w:smallCaps w:val="0"/>
          <w:strike w:val="0"/>
          <w:u w:val="single"/>
        </w:rPr>
        <w:t xml:space="preserve">also </w:t>
      </w:r>
      <w:r>
        <w:rPr>
          <w:b w:val="0"/>
          <w:i w:val="0"/>
          <w:smallCaps w:val="0"/>
          <w:strike w:val="0"/>
          <w:highlight w:val="green"/>
          <w:u w:val="single"/>
        </w:rPr>
        <w:t>be used to manage pain</w:t>
      </w:r>
      <w:r>
        <w:rPr>
          <w:b w:val="0"/>
          <w:i w:val="0"/>
          <w:smallCaps w:val="0"/>
          <w:strike w:val="0"/>
          <w:sz w:val="16"/>
          <w:u w:val="none"/>
        </w:rPr>
        <w:t xml:space="preserve">, symptoms or side-effects </w:t>
      </w:r>
      <w:r>
        <w:rPr>
          <w:b w:val="0"/>
          <w:i w:val="0"/>
          <w:smallCaps w:val="0"/>
          <w:strike w:val="0"/>
          <w:highlight w:val="green"/>
          <w:u w:val="single"/>
        </w:rPr>
        <w:t>of other treatments</w:t>
      </w:r>
      <w:r>
        <w:rPr>
          <w:b w:val="0"/>
          <w:i w:val="0"/>
          <w:smallCaps w:val="0"/>
          <w:strike w:val="0"/>
          <w:sz w:val="16"/>
          <w:u w:val="none"/>
        </w:rPr>
        <w:t xml:space="preserve">, helping to relieve discomfort. A study by the WHO showed that individuals who live with persistent pain are four times more likely to suffer from depression, anxiety and twice as </w:t>
      </w:r>
      <w:r>
        <w:rPr>
          <w:b w:val="0"/>
          <w:i w:val="0"/>
          <w:smallCaps w:val="0"/>
          <w:strike w:val="0"/>
          <w:sz w:val="16"/>
          <w:u w:val="none"/>
        </w:rPr>
        <w:t>more likely</w:t>
      </w:r>
      <w:r>
        <w:rPr>
          <w:b w:val="0"/>
          <w:i w:val="0"/>
          <w:smallCaps w:val="0"/>
          <w:strike w:val="0"/>
          <w:sz w:val="16"/>
          <w:u w:val="none"/>
        </w:rPr>
        <w:t xml:space="preserve"> to have difficulty working than those who do not suffer with pain. By providing treatments to manage pain, symptoms and side-effects, </w:t>
      </w:r>
      <w:r>
        <w:rPr>
          <w:b w:val="0"/>
          <w:i w:val="0"/>
          <w:smallCaps w:val="0"/>
          <w:strike w:val="0"/>
          <w:highlight w:val="green"/>
          <w:u w:val="single"/>
        </w:rPr>
        <w:t>pharma</w:t>
      </w:r>
      <w:r>
        <w:rPr>
          <w:b w:val="0"/>
          <w:i w:val="0"/>
          <w:smallCaps w:val="0"/>
          <w:strike w:val="0"/>
          <w:sz w:val="16"/>
          <w:u w:val="none"/>
        </w:rPr>
        <w:t xml:space="preserve">ceutical companies can </w:t>
      </w:r>
      <w:r>
        <w:rPr>
          <w:b w:val="0"/>
          <w:i w:val="0"/>
          <w:smallCaps w:val="0"/>
          <w:strike w:val="0"/>
          <w:highlight w:val="green"/>
          <w:u w:val="single"/>
        </w:rPr>
        <w:t>improve</w:t>
      </w:r>
      <w:r>
        <w:rPr>
          <w:b w:val="0"/>
          <w:i w:val="0"/>
          <w:smallCaps w:val="0"/>
          <w:strike w:val="0"/>
          <w:u w:val="single"/>
        </w:rPr>
        <w:t xml:space="preserve"> patients’ </w:t>
      </w:r>
      <w:r>
        <w:rPr>
          <w:b w:val="0"/>
          <w:i w:val="0"/>
          <w:smallCaps w:val="0"/>
          <w:strike w:val="0"/>
          <w:highlight w:val="green"/>
          <w:u w:val="single"/>
        </w:rPr>
        <w:t>quality of life</w:t>
      </w:r>
      <w:r>
        <w:rPr>
          <w:b w:val="0"/>
          <w:i w:val="0"/>
          <w:smallCaps w:val="0"/>
          <w:strike w:val="0"/>
          <w:sz w:val="16"/>
          <w:u w:val="none"/>
        </w:rPr>
        <w:t>, allowing them the freedom to live healthier and more fulfilled lives.</w:t>
      </w:r>
    </w:p>
    <w:p>
      <w:pPr>
        <w:spacing w:after="60"/>
      </w:pPr>
      <w:r>
        <w:rPr>
          <w:b w:val="0"/>
          <w:i w:val="0"/>
          <w:smallCaps w:val="0"/>
          <w:strike w:val="0"/>
          <w:sz w:val="16"/>
          <w:u w:val="none"/>
        </w:rPr>
        <w:t xml:space="preserve">4. </w:t>
      </w:r>
      <w:r>
        <w:rPr>
          <w:b w:val="0"/>
          <w:i w:val="0"/>
          <w:smallCaps w:val="0"/>
          <w:strike w:val="0"/>
          <w:u w:val="single"/>
        </w:rPr>
        <w:t>Vaccines save money</w:t>
      </w:r>
    </w:p>
    <w:p>
      <w:pPr>
        <w:spacing w:after="60"/>
      </w:pPr>
      <w:r>
        <w:rPr>
          <w:b w:val="0"/>
          <w:i w:val="0"/>
          <w:smallCaps w:val="0"/>
          <w:strike w:val="0"/>
          <w:highlight w:val="green"/>
          <w:u w:val="single"/>
        </w:rPr>
        <w:t>By preventing disease</w:t>
      </w:r>
      <w:r>
        <w:rPr>
          <w:b w:val="0"/>
          <w:i w:val="0"/>
          <w:smallCaps w:val="0"/>
          <w:strike w:val="0"/>
          <w:sz w:val="16"/>
          <w:u w:val="none"/>
        </w:rPr>
        <w:t xml:space="preserve">, </w:t>
      </w:r>
      <w:r>
        <w:rPr>
          <w:b w:val="0"/>
          <w:i w:val="0"/>
          <w:smallCaps w:val="0"/>
          <w:strike w:val="0"/>
          <w:highlight w:val="green"/>
          <w:u w:val="single"/>
        </w:rPr>
        <w:t>vaccines</w:t>
      </w:r>
      <w:r>
        <w:rPr>
          <w:b w:val="0"/>
          <w:i w:val="0"/>
          <w:smallCaps w:val="0"/>
          <w:strike w:val="0"/>
          <w:sz w:val="16"/>
          <w:u w:val="none"/>
        </w:rPr>
        <w:t xml:space="preserve"> </w:t>
      </w:r>
      <w:r>
        <w:rPr>
          <w:b w:val="0"/>
          <w:i w:val="0"/>
          <w:smallCaps w:val="0"/>
          <w:strike w:val="0"/>
          <w:u w:val="single"/>
        </w:rPr>
        <w:t>not only</w:t>
      </w:r>
      <w:r>
        <w:rPr>
          <w:b w:val="0"/>
          <w:i w:val="0"/>
          <w:smallCaps w:val="0"/>
          <w:strike w:val="0"/>
          <w:sz w:val="16"/>
          <w:u w:val="none"/>
        </w:rPr>
        <w:t xml:space="preserve"> </w:t>
      </w:r>
      <w:r>
        <w:rPr>
          <w:b w:val="0"/>
          <w:i w:val="0"/>
          <w:smallCaps w:val="0"/>
          <w:strike w:val="0"/>
          <w:u w:val="single"/>
        </w:rPr>
        <w:t xml:space="preserve">help to save millions of lives, </w:t>
      </w:r>
      <w:r>
        <w:rPr>
          <w:b w:val="0"/>
          <w:i w:val="0"/>
          <w:smallCaps w:val="0"/>
          <w:strike w:val="0"/>
          <w:u w:val="single"/>
        </w:rPr>
        <w:t>they</w:t>
      </w:r>
      <w:r>
        <w:rPr>
          <w:b w:val="0"/>
          <w:i w:val="0"/>
          <w:smallCaps w:val="0"/>
          <w:strike w:val="0"/>
          <w:u w:val="single"/>
        </w:rPr>
        <w:t xml:space="preserve"> </w:t>
      </w:r>
      <w:r>
        <w:rPr>
          <w:b w:val="0"/>
          <w:i w:val="0"/>
          <w:smallCaps w:val="0"/>
          <w:strike w:val="0"/>
          <w:highlight w:val="green"/>
          <w:u w:val="single"/>
        </w:rPr>
        <w:t>save money</w:t>
      </w:r>
      <w:r>
        <w:rPr>
          <w:b w:val="0"/>
          <w:i w:val="0"/>
          <w:smallCaps w:val="0"/>
          <w:strike w:val="0"/>
          <w:u w:val="single"/>
        </w:rPr>
        <w:t xml:space="preserve"> too</w:t>
      </w:r>
      <w:r>
        <w:rPr>
          <w:b w:val="0"/>
          <w:i w:val="0"/>
          <w:smallCaps w:val="0"/>
          <w:strike w:val="0"/>
          <w:sz w:val="16"/>
          <w:u w:val="none"/>
        </w:rPr>
        <w:t xml:space="preserve">. Vaccines are widely accepted as a cost-effective public health intervention, reducing healthcare spending and prevent productivity loss, curbing the wider impact on the economy. According to the WHO </w:t>
      </w:r>
      <w:r>
        <w:rPr>
          <w:b w:val="0"/>
          <w:i w:val="0"/>
          <w:smallCaps w:val="0"/>
          <w:strike w:val="0"/>
          <w:highlight w:val="green"/>
          <w:u w:val="single"/>
        </w:rPr>
        <w:t>for every $1</w:t>
      </w:r>
      <w:r>
        <w:rPr>
          <w:b w:val="0"/>
          <w:i w:val="0"/>
          <w:smallCaps w:val="0"/>
          <w:strike w:val="0"/>
          <w:sz w:val="16"/>
          <w:u w:val="none"/>
        </w:rPr>
        <w:t xml:space="preserve"> the US </w:t>
      </w:r>
      <w:r>
        <w:rPr>
          <w:b w:val="0"/>
          <w:i w:val="0"/>
          <w:smallCaps w:val="0"/>
          <w:strike w:val="0"/>
          <w:highlight w:val="green"/>
          <w:u w:val="single"/>
        </w:rPr>
        <w:t>spend</w:t>
      </w:r>
      <w:r>
        <w:rPr>
          <w:b w:val="0"/>
          <w:i w:val="0"/>
          <w:smallCaps w:val="0"/>
          <w:strike w:val="0"/>
          <w:sz w:val="16"/>
          <w:u w:val="none"/>
        </w:rPr>
        <w:t xml:space="preserve">s </w:t>
      </w:r>
      <w:r>
        <w:rPr>
          <w:b w:val="0"/>
          <w:i w:val="0"/>
          <w:smallCaps w:val="0"/>
          <w:strike w:val="0"/>
          <w:highlight w:val="green"/>
          <w:u w:val="single"/>
        </w:rPr>
        <w:t>on</w:t>
      </w:r>
      <w:r>
        <w:rPr>
          <w:b w:val="0"/>
          <w:i w:val="0"/>
          <w:smallCaps w:val="0"/>
          <w:strike w:val="0"/>
          <w:u w:val="single"/>
        </w:rPr>
        <w:t xml:space="preserve"> childhood </w:t>
      </w:r>
      <w:r>
        <w:rPr>
          <w:b w:val="0"/>
          <w:i w:val="0"/>
          <w:smallCaps w:val="0"/>
          <w:strike w:val="0"/>
          <w:highlight w:val="green"/>
          <w:u w:val="single"/>
        </w:rPr>
        <w:t>vaccinations</w:t>
      </w:r>
      <w:r>
        <w:rPr>
          <w:b w:val="0"/>
          <w:i w:val="0"/>
          <w:smallCaps w:val="0"/>
          <w:strike w:val="0"/>
          <w:sz w:val="16"/>
          <w:u w:val="none"/>
        </w:rPr>
        <w:t xml:space="preserve">, </w:t>
      </w:r>
      <w:r>
        <w:rPr>
          <w:b w:val="0"/>
          <w:i w:val="0"/>
          <w:smallCaps w:val="0"/>
          <w:strike w:val="0"/>
          <w:highlight w:val="green"/>
          <w:u w:val="single"/>
        </w:rPr>
        <w:t>over $10 in disease</w:t>
      </w:r>
      <w:r>
        <w:rPr>
          <w:b w:val="0"/>
          <w:i w:val="0"/>
          <w:smallCaps w:val="0"/>
          <w:strike w:val="0"/>
          <w:u w:val="single"/>
        </w:rPr>
        <w:t xml:space="preserve"> </w:t>
      </w:r>
      <w:r>
        <w:rPr>
          <w:b w:val="0"/>
          <w:i w:val="0"/>
          <w:smallCaps w:val="0"/>
          <w:strike w:val="0"/>
          <w:sz w:val="16"/>
          <w:u w:val="none"/>
        </w:rPr>
        <w:t xml:space="preserve">treatment </w:t>
      </w:r>
      <w:r>
        <w:rPr>
          <w:b w:val="0"/>
          <w:i w:val="0"/>
          <w:smallCaps w:val="0"/>
          <w:strike w:val="0"/>
          <w:highlight w:val="green"/>
          <w:u w:val="single"/>
        </w:rPr>
        <w:t>costs is saved</w:t>
      </w:r>
      <w:r>
        <w:rPr>
          <w:b w:val="0"/>
          <w:i w:val="0"/>
          <w:smallCaps w:val="0"/>
          <w:strike w:val="0"/>
          <w:sz w:val="16"/>
          <w:u w:val="none"/>
        </w:rPr>
        <w:t>.</w:t>
      </w:r>
    </w:p>
    <w:p>
      <w:pPr>
        <w:spacing w:after="60"/>
      </w:pPr>
      <w:r>
        <w:rPr>
          <w:b w:val="0"/>
          <w:i w:val="0"/>
          <w:smallCaps w:val="0"/>
          <w:strike w:val="0"/>
          <w:sz w:val="16"/>
          <w:u w:val="none"/>
        </w:rPr>
        <w:t xml:space="preserve">5. </w:t>
      </w:r>
      <w:r>
        <w:rPr>
          <w:b w:val="0"/>
          <w:i w:val="0"/>
          <w:smallCaps w:val="0"/>
          <w:strike w:val="0"/>
          <w:highlight w:val="green"/>
          <w:u w:val="single"/>
        </w:rPr>
        <w:t>Hospital stays are shorter</w:t>
      </w:r>
    </w:p>
    <w:p>
      <w:pPr>
        <w:spacing w:after="60"/>
      </w:pPr>
      <w:r>
        <w:rPr>
          <w:b w:val="0"/>
          <w:i w:val="0"/>
          <w:smallCaps w:val="0"/>
          <w:strike w:val="0"/>
          <w:sz w:val="16"/>
          <w:u w:val="none"/>
        </w:rPr>
        <w:t xml:space="preserve">In the US, </w:t>
      </w:r>
      <w:r>
        <w:rPr>
          <w:b w:val="0"/>
          <w:i w:val="0"/>
          <w:smallCaps w:val="0"/>
          <w:strike w:val="0"/>
          <w:highlight w:val="green"/>
          <w:u w:val="single"/>
        </w:rPr>
        <w:t>50 years ago,</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average hospital </w:t>
      </w:r>
      <w:r>
        <w:rPr>
          <w:b w:val="0"/>
          <w:i w:val="0"/>
          <w:smallCaps w:val="0"/>
          <w:strike w:val="0"/>
          <w:highlight w:val="green"/>
          <w:u w:val="single"/>
        </w:rPr>
        <w:t>stay was 8 days</w:t>
      </w:r>
      <w:r>
        <w:rPr>
          <w:b w:val="0"/>
          <w:i w:val="0"/>
          <w:smallCaps w:val="0"/>
          <w:strike w:val="0"/>
          <w:sz w:val="16"/>
          <w:u w:val="none"/>
        </w:rPr>
        <w:t xml:space="preserve">. </w:t>
      </w:r>
      <w:r>
        <w:rPr>
          <w:b w:val="0"/>
          <w:i w:val="0"/>
          <w:smallCaps w:val="0"/>
          <w:strike w:val="0"/>
          <w:highlight w:val="green"/>
          <w:u w:val="single"/>
        </w:rPr>
        <w:t>With innovation</w:t>
      </w:r>
      <w:r>
        <w:rPr>
          <w:b w:val="0"/>
          <w:i w:val="0"/>
          <w:smallCaps w:val="0"/>
          <w:strike w:val="0"/>
          <w:u w:val="single"/>
        </w:rPr>
        <w:t xml:space="preserve"> and greater access to medicine</w:t>
      </w:r>
      <w:r>
        <w:rPr>
          <w:b w:val="0"/>
          <w:i w:val="0"/>
          <w:smallCaps w:val="0"/>
          <w:strike w:val="0"/>
          <w:sz w:val="16"/>
          <w:u w:val="none"/>
        </w:rPr>
        <w:t xml:space="preserve">, patients have the potential to recover more quickly. Many conditions that would have previously required invasive treatments and operations can now be treated with medicines. Today,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average</w:t>
      </w:r>
      <w:r>
        <w:rPr>
          <w:b w:val="0"/>
          <w:i w:val="0"/>
          <w:smallCaps w:val="0"/>
          <w:strike w:val="0"/>
          <w:u w:val="single"/>
        </w:rPr>
        <w:t xml:space="preserve"> hospital </w:t>
      </w:r>
      <w:r>
        <w:rPr>
          <w:b w:val="0"/>
          <w:i w:val="0"/>
          <w:smallCaps w:val="0"/>
          <w:strike w:val="0"/>
          <w:highlight w:val="green"/>
          <w:u w:val="single"/>
        </w:rPr>
        <w:t>stay</w:t>
      </w:r>
      <w:r>
        <w:rPr>
          <w:b w:val="0"/>
          <w:i w:val="0"/>
          <w:smallCaps w:val="0"/>
          <w:strike w:val="0"/>
          <w:u w:val="single"/>
        </w:rPr>
        <w:t xml:space="preserve"> </w:t>
      </w:r>
      <w:r>
        <w:rPr>
          <w:b w:val="0"/>
          <w:i w:val="0"/>
          <w:smallCaps w:val="0"/>
          <w:strike w:val="0"/>
          <w:u w:val="single"/>
        </w:rPr>
        <w:t>in</w:t>
      </w:r>
      <w:r>
        <w:rPr>
          <w:b w:val="0"/>
          <w:i w:val="0"/>
          <w:smallCaps w:val="0"/>
          <w:strike w:val="0"/>
          <w:u w:val="single"/>
        </w:rPr>
        <w:t xml:space="preserve"> the US </w:t>
      </w:r>
      <w:r>
        <w:rPr>
          <w:b w:val="0"/>
          <w:i w:val="0"/>
          <w:smallCaps w:val="0"/>
          <w:strike w:val="0"/>
          <w:highlight w:val="green"/>
          <w:u w:val="single"/>
        </w:rPr>
        <w:t xml:space="preserve">stands at </w:t>
      </w:r>
      <w:r>
        <w:rPr>
          <w:b w:val="0"/>
          <w:i w:val="0"/>
          <w:smallCaps w:val="0"/>
          <w:strike w:val="0"/>
          <w:u w:val="single"/>
        </w:rPr>
        <w:t xml:space="preserve">just </w:t>
      </w:r>
      <w:r>
        <w:rPr>
          <w:b w:val="0"/>
          <w:i w:val="0"/>
          <w:smallCaps w:val="0"/>
          <w:strike w:val="0"/>
          <w:highlight w:val="green"/>
          <w:u w:val="single"/>
        </w:rPr>
        <w:t>4-5 days</w:t>
      </w:r>
      <w:r>
        <w:rPr>
          <w:b w:val="0"/>
          <w:i w:val="0"/>
          <w:smallCaps w:val="0"/>
          <w:strike w:val="0"/>
          <w:sz w:val="16"/>
          <w:u w:val="none"/>
        </w:rPr>
        <w:t>. With patients being able to be discharged quicker, this has reduced pressure on the healthcare system and healthcare workers.</w:t>
      </w:r>
    </w:p>
    <w:p>
      <w:pPr>
        <w:spacing w:after="60"/>
      </w:pPr>
      <w:r>
        <w:rPr>
          <w:b w:val="0"/>
          <w:i w:val="0"/>
          <w:smallCaps w:val="0"/>
          <w:strike w:val="0"/>
          <w:sz w:val="16"/>
          <w:u w:val="none"/>
        </w:rPr>
        <w:t xml:space="preserve">6. </w:t>
      </w:r>
      <w:r>
        <w:rPr>
          <w:b w:val="0"/>
          <w:i w:val="0"/>
          <w:smallCaps w:val="0"/>
          <w:strike w:val="0"/>
          <w:u w:val="single"/>
        </w:rPr>
        <w:t>The industry employees millions of people</w:t>
      </w:r>
    </w:p>
    <w:p>
      <w:pPr>
        <w:spacing w:after="60"/>
      </w:pPr>
      <w:r>
        <w:rPr>
          <w:b w:val="0"/>
          <w:i w:val="0"/>
          <w:smallCaps w:val="0"/>
          <w:strike w:val="0"/>
          <w:highlight w:val="green"/>
          <w:u w:val="single"/>
        </w:rPr>
        <w:t>Pharma</w:t>
      </w:r>
      <w:r>
        <w:rPr>
          <w:b w:val="0"/>
          <w:i w:val="0"/>
          <w:smallCaps w:val="0"/>
          <w:strike w:val="0"/>
          <w:sz w:val="16"/>
          <w:u w:val="none"/>
        </w:rPr>
        <w:t xml:space="preserve">ceutical companies </w:t>
      </w:r>
      <w:r>
        <w:rPr>
          <w:b w:val="0"/>
          <w:i w:val="0"/>
          <w:smallCaps w:val="0"/>
          <w:strike w:val="0"/>
          <w:highlight w:val="green"/>
          <w:u w:val="single"/>
        </w:rPr>
        <w:t>are</w:t>
      </w:r>
      <w:r>
        <w:rPr>
          <w:b w:val="0"/>
          <w:i w:val="0"/>
          <w:smallCaps w:val="0"/>
          <w:strike w:val="0"/>
          <w:u w:val="single"/>
        </w:rPr>
        <w:t xml:space="preserve"> </w:t>
      </w:r>
      <w:r>
        <w:rPr>
          <w:b w:val="0"/>
          <w:i w:val="0"/>
          <w:smallCaps w:val="0"/>
          <w:strike w:val="0"/>
          <w:highlight w:val="green"/>
          <w:u w:val="single"/>
        </w:rPr>
        <w:t>responsible</w:t>
      </w:r>
      <w:r>
        <w:rPr>
          <w:b w:val="0"/>
          <w:i w:val="0"/>
          <w:smallCaps w:val="0"/>
          <w:strike w:val="0"/>
          <w:u w:val="single"/>
        </w:rPr>
        <w:t xml:space="preserve"> </w:t>
      </w:r>
      <w:r>
        <w:rPr>
          <w:b w:val="0"/>
          <w:i w:val="0"/>
          <w:smallCaps w:val="0"/>
          <w:strike w:val="0"/>
          <w:highlight w:val="green"/>
          <w:u w:val="single"/>
        </w:rPr>
        <w:t>for millions of jobs</w:t>
      </w:r>
      <w:r>
        <w:rPr>
          <w:b w:val="0"/>
          <w:i w:val="0"/>
          <w:smallCaps w:val="0"/>
          <w:strike w:val="0"/>
          <w:sz w:val="16"/>
          <w:u w:val="none"/>
        </w:rPr>
        <w:t xml:space="preserve"> across the world. In the US, the biopharmaceutical industry employs over 800,000 professionals who work across a wide range of areas including scientific research, technical support and manufacturing.</w:t>
      </w:r>
    </w:p>
    <w:p>
      <w:pPr>
        <w:spacing w:after="60"/>
      </w:pPr>
      <w:r>
        <w:rPr>
          <w:b w:val="0"/>
          <w:i w:val="0"/>
          <w:smallCaps w:val="0"/>
          <w:strike w:val="0"/>
          <w:sz w:val="16"/>
          <w:u w:val="none"/>
        </w:rPr>
        <w:t xml:space="preserve">It is estimated that </w:t>
      </w:r>
      <w:r>
        <w:rPr>
          <w:b w:val="0"/>
          <w:i w:val="0"/>
          <w:smallCaps w:val="0"/>
          <w:strike w:val="0"/>
          <w:u w:val="single"/>
        </w:rPr>
        <w:t xml:space="preserve">in the US, </w:t>
      </w:r>
      <w:r>
        <w:rPr>
          <w:b w:val="0"/>
          <w:i w:val="0"/>
          <w:smallCaps w:val="0"/>
          <w:strike w:val="0"/>
          <w:highlight w:val="green"/>
          <w:u w:val="single"/>
        </w:rPr>
        <w:t xml:space="preserve">the industry </w:t>
      </w:r>
      <w:r>
        <w:rPr>
          <w:b w:val="0"/>
          <w:i w:val="0"/>
          <w:smallCaps w:val="0"/>
          <w:strike w:val="0"/>
          <w:u w:val="single"/>
        </w:rPr>
        <w:t xml:space="preserve">directly and indirectly </w:t>
      </w:r>
      <w:r>
        <w:rPr>
          <w:b w:val="0"/>
          <w:i w:val="0"/>
          <w:smallCaps w:val="0"/>
          <w:strike w:val="0"/>
          <w:highlight w:val="green"/>
          <w:u w:val="single"/>
        </w:rPr>
        <w:t xml:space="preserve">supports </w:t>
      </w:r>
      <w:r>
        <w:rPr>
          <w:b w:val="0"/>
          <w:i w:val="0"/>
          <w:smallCaps w:val="0"/>
          <w:strike w:val="0"/>
          <w:u w:val="single"/>
        </w:rPr>
        <w:t xml:space="preserve">around </w:t>
      </w:r>
      <w:r>
        <w:rPr>
          <w:b w:val="0"/>
          <w:i w:val="0"/>
          <w:smallCaps w:val="0"/>
          <w:strike w:val="0"/>
          <w:highlight w:val="green"/>
          <w:u w:val="single"/>
        </w:rPr>
        <w:t>4.7 million jobs</w:t>
      </w:r>
      <w:r>
        <w:rPr>
          <w:b w:val="0"/>
          <w:i w:val="0"/>
          <w:smallCaps w:val="0"/>
          <w:strike w:val="0"/>
          <w:sz w:val="16"/>
          <w:u w:val="none"/>
        </w:rPr>
        <w:t>. Pharmaceutical companies require highly skilled and educated professionals, with roles for administrative level up to and including Ph.D. scientists.</w:t>
      </w:r>
    </w:p>
    <w:p>
      <w:pPr>
        <w:spacing w:after="60"/>
      </w:pPr>
      <w:r>
        <w:rPr>
          <w:b w:val="0"/>
          <w:i w:val="0"/>
          <w:smallCaps w:val="0"/>
          <w:strike w:val="0"/>
          <w:sz w:val="16"/>
          <w:u w:val="none"/>
        </w:rPr>
        <w:t xml:space="preserve">7. </w:t>
      </w:r>
      <w:r>
        <w:rPr>
          <w:b w:val="0"/>
          <w:i w:val="0"/>
          <w:smallCaps w:val="0"/>
          <w:strike w:val="0"/>
          <w:highlight w:val="green"/>
          <w:u w:val="single"/>
        </w:rPr>
        <w:t>Pharma</w:t>
      </w:r>
      <w:r>
        <w:rPr>
          <w:b w:val="0"/>
          <w:i w:val="0"/>
          <w:smallCaps w:val="0"/>
          <w:strike w:val="0"/>
          <w:sz w:val="16"/>
          <w:u w:val="none"/>
        </w:rPr>
        <w:t xml:space="preserve">ceutical companies </w:t>
      </w:r>
      <w:r>
        <w:rPr>
          <w:b w:val="0"/>
          <w:i w:val="0"/>
          <w:smallCaps w:val="0"/>
          <w:strike w:val="0"/>
          <w:highlight w:val="green"/>
          <w:u w:val="single"/>
        </w:rPr>
        <w:t>boost the global economy</w:t>
      </w:r>
    </w:p>
    <w:p>
      <w:pPr>
        <w:spacing w:after="60"/>
      </w:pPr>
      <w:r>
        <w:rPr>
          <w:b w:val="0"/>
          <w:i w:val="0"/>
          <w:smallCaps w:val="0"/>
          <w:strike w:val="0"/>
          <w:sz w:val="16"/>
          <w:u w:val="none"/>
        </w:rPr>
        <w:t xml:space="preserve">As well as driving medical progress by researching, developing and bringing new medicines that improve health and quality of life for patients around the world, the </w:t>
      </w:r>
      <w:r>
        <w:rPr>
          <w:b w:val="0"/>
          <w:i w:val="0"/>
          <w:smallCaps w:val="0"/>
          <w:strike w:val="0"/>
          <w:highlight w:val="green"/>
          <w:u w:val="single"/>
        </w:rPr>
        <w:t>pharma</w:t>
      </w:r>
      <w:r>
        <w:rPr>
          <w:b w:val="0"/>
          <w:i w:val="0"/>
          <w:smallCaps w:val="0"/>
          <w:strike w:val="0"/>
          <w:sz w:val="16"/>
          <w:u w:val="none"/>
        </w:rPr>
        <w:t xml:space="preserve">ceutical industry </w:t>
      </w:r>
      <w:r>
        <w:rPr>
          <w:b w:val="0"/>
          <w:i w:val="0"/>
          <w:smallCaps w:val="0"/>
          <w:strike w:val="0"/>
          <w:highlight w:val="green"/>
          <w:u w:val="single"/>
        </w:rPr>
        <w:t>is</w:t>
      </w:r>
      <w:r>
        <w:rPr>
          <w:b w:val="0"/>
          <w:i w:val="0"/>
          <w:smallCaps w:val="0"/>
          <w:strike w:val="0"/>
          <w:sz w:val="16"/>
          <w:u w:val="none"/>
        </w:rPr>
        <w:t xml:space="preserve"> a </w:t>
      </w:r>
      <w:r>
        <w:rPr>
          <w:b w:val="0"/>
          <w:i w:val="0"/>
          <w:smallCaps w:val="0"/>
          <w:strike w:val="0"/>
          <w:highlight w:val="green"/>
          <w:u w:val="single"/>
        </w:rPr>
        <w:t>key</w:t>
      </w:r>
      <w:r>
        <w:rPr>
          <w:b w:val="0"/>
          <w:i w:val="0"/>
          <w:smallCaps w:val="0"/>
          <w:strike w:val="0"/>
          <w:sz w:val="16"/>
          <w:u w:val="none"/>
        </w:rPr>
        <w:t xml:space="preserve"> asset </w:t>
      </w:r>
      <w:r>
        <w:rPr>
          <w:b w:val="0"/>
          <w:i w:val="0"/>
          <w:smallCaps w:val="0"/>
          <w:strike w:val="0"/>
          <w:highlight w:val="green"/>
          <w:u w:val="single"/>
        </w:rPr>
        <w:t>to</w:t>
      </w:r>
      <w:r>
        <w:rPr>
          <w:b w:val="0"/>
          <w:i w:val="0"/>
          <w:smallCaps w:val="0"/>
          <w:strike w:val="0"/>
          <w:u w:val="single"/>
        </w:rPr>
        <w:t xml:space="preserve"> the </w:t>
      </w:r>
      <w:r>
        <w:rPr>
          <w:b w:val="0"/>
          <w:i w:val="0"/>
          <w:smallCaps w:val="0"/>
          <w:strike w:val="0"/>
          <w:highlight w:val="green"/>
          <w:u w:val="single"/>
        </w:rPr>
        <w:t>global</w:t>
      </w:r>
      <w:r>
        <w:rPr>
          <w:b w:val="0"/>
          <w:i w:val="0"/>
          <w:smallCaps w:val="0"/>
          <w:strike w:val="0"/>
          <w:u w:val="single"/>
        </w:rPr>
        <w:t xml:space="preserve"> </w:t>
      </w:r>
      <w:r>
        <w:rPr>
          <w:b w:val="0"/>
          <w:i w:val="0"/>
          <w:smallCaps w:val="0"/>
          <w:strike w:val="0"/>
          <w:highlight w:val="green"/>
          <w:u w:val="single"/>
        </w:rPr>
        <w:t>econ</w:t>
      </w:r>
      <w:r>
        <w:rPr>
          <w:b w:val="0"/>
          <w:i w:val="0"/>
          <w:smallCaps w:val="0"/>
          <w:strike w:val="0"/>
          <w:u w:val="single"/>
        </w:rPr>
        <w:t>omy</w:t>
      </w:r>
      <w:r>
        <w:rPr>
          <w:b w:val="0"/>
          <w:i w:val="0"/>
          <w:smallCaps w:val="0"/>
          <w:strike w:val="0"/>
          <w:sz w:val="16"/>
          <w:u w:val="none"/>
        </w:rPr>
        <w:t xml:space="preserve">.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industry</w:t>
      </w:r>
      <w:r>
        <w:rPr>
          <w:b w:val="0"/>
          <w:i w:val="0"/>
          <w:smallCaps w:val="0"/>
          <w:strike w:val="0"/>
          <w:sz w:val="16"/>
          <w:u w:val="none"/>
        </w:rPr>
        <w:t xml:space="preserve"> reached unprecedented heights in 2019, </w:t>
      </w:r>
      <w:r>
        <w:rPr>
          <w:b w:val="0"/>
          <w:i w:val="0"/>
          <w:smallCaps w:val="0"/>
          <w:strike w:val="0"/>
          <w:highlight w:val="green"/>
          <w:u w:val="single"/>
        </w:rPr>
        <w:t>worth</w:t>
      </w:r>
      <w:r>
        <w:rPr>
          <w:b w:val="0"/>
          <w:i w:val="0"/>
          <w:smallCaps w:val="0"/>
          <w:strike w:val="0"/>
          <w:u w:val="single"/>
        </w:rPr>
        <w:t xml:space="preserve"> an estimated </w:t>
      </w:r>
      <w:r>
        <w:rPr>
          <w:b w:val="0"/>
          <w:i w:val="0"/>
          <w:smallCaps w:val="0"/>
          <w:strike w:val="0"/>
          <w:highlight w:val="green"/>
          <w:u w:val="single"/>
        </w:rPr>
        <w:t>$1.3 trillion</w:t>
      </w:r>
      <w:r>
        <w:rPr>
          <w:b w:val="0"/>
          <w:i w:val="0"/>
          <w:smallCaps w:val="0"/>
          <w:strike w:val="0"/>
          <w:sz w:val="16"/>
          <w:u w:val="none"/>
        </w:rPr>
        <w:t>.</w:t>
      </w:r>
    </w:p>
    <w:p>
      <w:pPr>
        <w:spacing w:after="60"/>
      </w:pPr>
      <w:r>
        <w:rPr>
          <w:b w:val="0"/>
          <w:i w:val="0"/>
          <w:smallCaps w:val="0"/>
          <w:strike w:val="0"/>
          <w:sz w:val="16"/>
          <w:u w:val="none"/>
        </w:rPr>
        <w:t xml:space="preserve">The industry’s research and development (R&amp;D) enterprise drives sizable economic impacts. In the US, biopharmaceutical manufacturers spend more </w:t>
      </w:r>
      <w:r>
        <w:rPr>
          <w:b w:val="0"/>
          <w:i w:val="0"/>
          <w:smallCaps w:val="0"/>
          <w:strike w:val="0"/>
          <w:sz w:val="16"/>
          <w:u w:val="none"/>
        </w:rPr>
        <w:t>in</w:t>
      </w:r>
      <w:r>
        <w:rPr>
          <w:b w:val="0"/>
          <w:i w:val="0"/>
          <w:smallCaps w:val="0"/>
          <w:strike w:val="0"/>
          <w:sz w:val="16"/>
          <w:u w:val="none"/>
        </w:rPr>
        <w:t xml:space="preserve"> R&amp;D relative to sales than any other manufacturing industry, investing more than six times the average for all manufacturing industries.</w:t>
      </w:r>
    </w:p>
    <w:p>
      <w:pPr>
        <w:spacing w:after="60"/>
      </w:pPr>
      <w:r>
        <w:rPr>
          <w:b w:val="0"/>
          <w:i w:val="0"/>
          <w:smallCaps w:val="0"/>
          <w:strike w:val="0"/>
          <w:sz w:val="16"/>
          <w:u w:val="none"/>
        </w:rPr>
        <w:t xml:space="preserve">Overall, </w:t>
      </w:r>
      <w:r>
        <w:rPr>
          <w:b w:val="0"/>
          <w:i w:val="0"/>
          <w:smallCaps w:val="0"/>
          <w:strike w:val="0"/>
          <w:highlight w:val="green"/>
          <w:u w:val="single"/>
        </w:rPr>
        <w:t>pharma</w:t>
      </w:r>
      <w:r>
        <w:rPr>
          <w:b w:val="0"/>
          <w:i w:val="0"/>
          <w:smallCaps w:val="0"/>
          <w:strike w:val="0"/>
          <w:sz w:val="16"/>
          <w:u w:val="none"/>
        </w:rPr>
        <w:t xml:space="preserve">ceutical companies </w:t>
      </w:r>
      <w:r>
        <w:rPr>
          <w:b w:val="0"/>
          <w:i w:val="0"/>
          <w:smallCaps w:val="0"/>
          <w:strike w:val="0"/>
          <w:highlight w:val="green"/>
          <w:u w:val="single"/>
        </w:rPr>
        <w:t>play</w:t>
      </w:r>
      <w:r>
        <w:rPr>
          <w:b w:val="0"/>
          <w:i w:val="0"/>
          <w:smallCaps w:val="0"/>
          <w:strike w:val="0"/>
          <w:u w:val="single"/>
        </w:rPr>
        <w:t xml:space="preserve"> </w:t>
      </w:r>
      <w:r>
        <w:rPr>
          <w:b w:val="0"/>
          <w:i w:val="0"/>
          <w:smallCaps w:val="0"/>
          <w:strike w:val="0"/>
          <w:highlight w:val="green"/>
          <w:u w:val="single"/>
        </w:rPr>
        <w:t>a pivotal role</w:t>
      </w:r>
      <w:r>
        <w:rPr>
          <w:b w:val="0"/>
          <w:i w:val="0"/>
          <w:smallCaps w:val="0"/>
          <w:strike w:val="0"/>
          <w:u w:val="single"/>
        </w:rPr>
        <w:t xml:space="preserve"> in helping patients and communities</w:t>
      </w:r>
      <w:r>
        <w:rPr>
          <w:b w:val="0"/>
          <w:i w:val="0"/>
          <w:smallCaps w:val="0"/>
          <w:strike w:val="0"/>
          <w:sz w:val="16"/>
          <w:u w:val="none"/>
        </w:rPr>
        <w:t>. They provide more than potential cures and lifesaving treatments; they also create fulfilling jobs and fuel the global economy. Looking ahead, the industry will continue to firmly establish its importance in the world by creating more exciting and ground-breaking treatments.</w:t>
      </w:r>
    </w:p>
    <w:p>
      <w:pPr>
        <w:pStyle w:val="Caption"/>
      </w:pPr>
      <w:r>
        <w:t>Source: Small Pharma CP Answers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