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Only big pharma has the capital to innovate vaccines.</w:t>
      </w:r>
    </w:p>
    <w:p>
      <w:pPr>
        <w:spacing w:after="80"/>
      </w:pPr>
      <w:r>
        <w:rPr>
          <w:b/>
          <w:i w:val="0"/>
          <w:smallCaps w:val="0"/>
          <w:strike w:val="0"/>
          <w:sz w:val="26"/>
          <w:u w:val="none"/>
        </w:rPr>
        <w:t>Tusk ’20</w:t>
      </w:r>
      <w:r>
        <w:rPr>
          <w:b w:val="0"/>
          <w:i w:val="0"/>
          <w:smallCaps w:val="0"/>
          <w:strike w:val="0"/>
          <w:u w:val="none"/>
        </w:rPr>
        <w:t xml:space="preserve"> (Bradley Tusk – CEO of Tusk Ventures, “In defense of Big Pharma, the innovation engine we love to hate”, Fast Company, Available online: </w:t>
      </w:r>
      <w:r>
        <w:rPr>
          <w:b w:val="0"/>
          <w:i w:val="0"/>
          <w:smallCaps w:val="0"/>
          <w:strike w:val="0"/>
          <w:u w:val="none"/>
        </w:rPr>
        <w:t>https://www.fastcompany.com/90504726/in-defense-of-big-pharma-the-innovation-engine-we-love-to-hate</w:t>
      </w:r>
      <w:r>
        <w:rPr>
          <w:b w:val="0"/>
          <w:i w:val="0"/>
          <w:smallCaps w:val="0"/>
          <w:strike w:val="0"/>
          <w:u w:val="none"/>
        </w:rPr>
        <w:t>, 5-14-2020, Accessed 7-31-2024)//</w:t>
      </w:r>
      <w:r>
        <w:rPr>
          <w:b w:val="0"/>
          <w:i w:val="0"/>
          <w:smallCaps w:val="0"/>
          <w:strike w:val="0"/>
          <w:u w:val="none"/>
        </w:rPr>
        <w:t>ILake</w:t>
      </w:r>
      <w:r>
        <w:rPr>
          <w:b w:val="0"/>
          <w:i w:val="0"/>
          <w:smallCaps w:val="0"/>
          <w:strike w:val="0"/>
          <w:u w:val="none"/>
        </w:rPr>
        <w:t xml:space="preserve"> </w:t>
      </w:r>
      <w:r>
        <w:rPr>
          <w:b w:val="0"/>
          <w:i w:val="0"/>
          <w:smallCaps w:val="0"/>
          <w:strike w:val="0"/>
          <w:u w:val="none"/>
        </w:rPr>
      </w:r>
    </w:p>
    <w:p>
      <w:pPr>
        <w:spacing w:after="60"/>
      </w:pPr>
      <w:r>
        <w:rPr>
          <w:b w:val="0"/>
          <w:i w:val="0"/>
          <w:smallCaps w:val="0"/>
          <w:strike w:val="0"/>
          <w:sz w:val="16"/>
          <w:u w:val="none"/>
        </w:rPr>
        <w:t xml:space="preserve">Yet as we sit here in the throes of a global pandemic, we must confront an uncomfortable truth: </w:t>
      </w:r>
      <w:r>
        <w:rPr>
          <w:b w:val="0"/>
          <w:i w:val="0"/>
          <w:smallCaps w:val="0"/>
          <w:strike w:val="0"/>
          <w:sz w:val="22"/>
          <w:u w:val="single"/>
        </w:rPr>
        <w:t xml:space="preserve">A vaccine is the only real hope for beating the coronavirus, and </w:t>
      </w:r>
      <w:r>
        <w:rPr>
          <w:b/>
          <w:i w:val="0"/>
          <w:smallCaps w:val="0"/>
          <w:strike w:val="0"/>
          <w:sz w:val="22"/>
          <w:highlight w:val="green"/>
          <w:u w:val="single"/>
        </w:rPr>
        <w:t>only</w:t>
      </w:r>
      <w:r>
        <w:rPr>
          <w:b/>
          <w:i w:val="0"/>
          <w:smallCaps w:val="0"/>
          <w:strike w:val="0"/>
          <w:sz w:val="22"/>
          <w:u w:val="single"/>
        </w:rPr>
        <w:t xml:space="preserve"> the </w:t>
      </w:r>
      <w:r>
        <w:rPr>
          <w:b/>
          <w:i w:val="0"/>
          <w:smallCaps w:val="0"/>
          <w:strike w:val="0"/>
          <w:sz w:val="22"/>
          <w:highlight w:val="green"/>
          <w:u w:val="single"/>
        </w:rPr>
        <w:t>pharma</w:t>
      </w:r>
      <w:r>
        <w:rPr>
          <w:b/>
          <w:i w:val="0"/>
          <w:smallCaps w:val="0"/>
          <w:strike w:val="0"/>
          <w:sz w:val="22"/>
          <w:u w:val="single"/>
        </w:rPr>
        <w:t xml:space="preserve">ceutical industry </w:t>
      </w:r>
      <w:r>
        <w:rPr>
          <w:b/>
          <w:i w:val="0"/>
          <w:smallCaps w:val="0"/>
          <w:strike w:val="0"/>
          <w:sz w:val="22"/>
          <w:highlight w:val="green"/>
          <w:u w:val="single"/>
        </w:rPr>
        <w:t>has</w:t>
      </w:r>
      <w:r>
        <w:rPr>
          <w:b/>
          <w:i w:val="0"/>
          <w:smallCaps w:val="0"/>
          <w:strike w:val="0"/>
          <w:sz w:val="22"/>
          <w:u w:val="single"/>
        </w:rPr>
        <w:t xml:space="preserve"> the human </w:t>
      </w:r>
      <w:r>
        <w:rPr>
          <w:b/>
          <w:i w:val="0"/>
          <w:smallCaps w:val="0"/>
          <w:strike w:val="0"/>
          <w:sz w:val="22"/>
          <w:highlight w:val="green"/>
          <w:u w:val="single"/>
        </w:rPr>
        <w:t>capital and</w:t>
      </w:r>
      <w:r>
        <w:rPr>
          <w:b/>
          <w:i w:val="0"/>
          <w:smallCaps w:val="0"/>
          <w:strike w:val="0"/>
          <w:sz w:val="22"/>
          <w:u w:val="single"/>
        </w:rPr>
        <w:t xml:space="preserve"> physical </w:t>
      </w:r>
      <w:r>
        <w:rPr>
          <w:b/>
          <w:i w:val="0"/>
          <w:smallCaps w:val="0"/>
          <w:strike w:val="0"/>
          <w:sz w:val="22"/>
          <w:highlight w:val="green"/>
          <w:u w:val="single"/>
        </w:rPr>
        <w:t>infrastructure</w:t>
      </w:r>
      <w:r>
        <w:rPr>
          <w:b/>
          <w:i w:val="0"/>
          <w:smallCaps w:val="0"/>
          <w:strike w:val="0"/>
          <w:sz w:val="22"/>
          <w:u w:val="single"/>
        </w:rPr>
        <w:t xml:space="preserve"> </w:t>
      </w:r>
      <w:r>
        <w:rPr>
          <w:b w:val="0"/>
          <w:i w:val="0"/>
          <w:smallCaps w:val="0"/>
          <w:strike w:val="0"/>
          <w:sz w:val="22"/>
          <w:u w:val="single"/>
        </w:rPr>
        <w:t>to create one.</w:t>
      </w:r>
      <w:r>
        <w:rPr>
          <w:b w:val="0"/>
          <w:i w:val="0"/>
          <w:smallCaps w:val="0"/>
          <w:strike w:val="0"/>
          <w:sz w:val="16"/>
          <w:u w:val="none"/>
        </w:rPr>
        <w:t xml:space="preserve"> </w:t>
      </w:r>
      <w:r>
        <w:rPr>
          <w:b w:val="0"/>
          <w:i w:val="0"/>
          <w:smallCaps w:val="0"/>
          <w:strike w:val="0"/>
          <w:sz w:val="22"/>
          <w:u w:val="single"/>
        </w:rPr>
        <w:t>The difference between waiting four months and four years for a vaccine could be millions of lives and trillions of dollars.</w:t>
      </w:r>
    </w:p>
    <w:p>
      <w:pPr>
        <w:spacing w:after="60"/>
      </w:pPr>
      <w:r>
        <w:rPr>
          <w:b w:val="0"/>
          <w:i w:val="0"/>
          <w:smallCaps w:val="0"/>
          <w:strike w:val="0"/>
          <w:sz w:val="16"/>
          <w:u w:val="none"/>
        </w:rPr>
        <w:t>The cost of producing a vaccine, in other words, is priceless. But expecting Big Pharma to deliver a cure means acknowledging how Big Pharma works. The economic logic that drives up drug prices and fuels constant political outrage also makes rapid drug development possible. They’re two sides of the same coin.</w:t>
      </w:r>
    </w:p>
    <w:p>
      <w:pPr>
        <w:spacing w:after="60"/>
      </w:pPr>
      <w:r>
        <w:rPr>
          <w:b w:val="0"/>
          <w:i w:val="0"/>
          <w:smallCaps w:val="0"/>
          <w:strike w:val="0"/>
          <w:sz w:val="22"/>
          <w:u w:val="single"/>
        </w:rPr>
        <w:t xml:space="preserve">Multiple </w:t>
      </w:r>
      <w:r>
        <w:rPr>
          <w:b w:val="0"/>
          <w:i w:val="0"/>
          <w:smallCaps w:val="0"/>
          <w:strike w:val="0"/>
          <w:sz w:val="22"/>
          <w:highlight w:val="green"/>
          <w:u w:val="single"/>
        </w:rPr>
        <w:t>studies show</w:t>
      </w:r>
      <w:r>
        <w:rPr>
          <w:b w:val="0"/>
          <w:i w:val="0"/>
          <w:smallCaps w:val="0"/>
          <w:strike w:val="0"/>
          <w:sz w:val="22"/>
          <w:u w:val="single"/>
        </w:rPr>
        <w:t xml:space="preserve"> that you can only </w:t>
      </w:r>
      <w:r>
        <w:rPr>
          <w:b w:val="0"/>
          <w:i w:val="0"/>
          <w:smallCaps w:val="0"/>
          <w:strike w:val="0"/>
          <w:sz w:val="22"/>
          <w:highlight w:val="green"/>
          <w:u w:val="single"/>
        </w:rPr>
        <w:t>trim</w:t>
      </w:r>
      <w:r>
        <w:rPr>
          <w:b w:val="0"/>
          <w:i w:val="0"/>
          <w:smallCaps w:val="0"/>
          <w:strike w:val="0"/>
          <w:sz w:val="22"/>
          <w:u w:val="single"/>
        </w:rPr>
        <w:t xml:space="preserve"> pharmaceutical </w:t>
      </w:r>
      <w:r>
        <w:rPr>
          <w:b w:val="0"/>
          <w:i w:val="0"/>
          <w:smallCaps w:val="0"/>
          <w:strike w:val="0"/>
          <w:sz w:val="22"/>
          <w:highlight w:val="green"/>
          <w:u w:val="single"/>
        </w:rPr>
        <w:t>profits</w:t>
      </w:r>
      <w:r>
        <w:rPr>
          <w:b w:val="0"/>
          <w:i w:val="0"/>
          <w:smallCaps w:val="0"/>
          <w:strike w:val="0"/>
          <w:sz w:val="22"/>
          <w:u w:val="single"/>
        </w:rPr>
        <w:t xml:space="preserve"> so much before innovation slows, </w:t>
      </w:r>
      <w:r>
        <w:rPr>
          <w:b/>
          <w:i w:val="0"/>
          <w:smallCaps w:val="0"/>
          <w:strike w:val="0"/>
          <w:sz w:val="22"/>
          <w:u w:val="single"/>
        </w:rPr>
        <w:t xml:space="preserve">which </w:t>
      </w:r>
      <w:r>
        <w:rPr>
          <w:b/>
          <w:i w:val="0"/>
          <w:smallCaps w:val="0"/>
          <w:strike w:val="0"/>
          <w:sz w:val="22"/>
          <w:highlight w:val="green"/>
          <w:u w:val="single"/>
        </w:rPr>
        <w:t>means fewer new medicines</w:t>
      </w:r>
      <w:r>
        <w:rPr>
          <w:b w:val="0"/>
          <w:i w:val="0"/>
          <w:smallCaps w:val="0"/>
          <w:strike w:val="0"/>
          <w:sz w:val="22"/>
          <w:highlight w:val="green"/>
          <w:u w:val="single"/>
        </w:rPr>
        <w:t xml:space="preserve"> and </w:t>
      </w:r>
      <w:r>
        <w:rPr>
          <w:b w:val="0"/>
          <w:i w:val="0"/>
          <w:smallCaps w:val="0"/>
          <w:strike w:val="0"/>
          <w:sz w:val="22"/>
          <w:u w:val="single"/>
        </w:rPr>
        <w:t xml:space="preserve">diminished </w:t>
      </w:r>
      <w:r>
        <w:rPr>
          <w:b w:val="0"/>
          <w:i w:val="0"/>
          <w:smallCaps w:val="0"/>
          <w:strike w:val="0"/>
          <w:sz w:val="22"/>
          <w:highlight w:val="green"/>
          <w:u w:val="single"/>
        </w:rPr>
        <w:t>capacity</w:t>
      </w:r>
      <w:r>
        <w:rPr>
          <w:b w:val="0"/>
          <w:i w:val="0"/>
          <w:smallCaps w:val="0"/>
          <w:strike w:val="0"/>
          <w:sz w:val="22"/>
          <w:u w:val="single"/>
        </w:rPr>
        <w:t xml:space="preserve"> to solve problems such as SARS-CoV-2 </w:t>
      </w:r>
      <w:r>
        <w:rPr>
          <w:b w:val="0"/>
          <w:i w:val="0"/>
          <w:smallCaps w:val="0"/>
          <w:strike w:val="0"/>
          <w:sz w:val="16"/>
          <w:u w:val="none"/>
        </w:rPr>
        <w:t xml:space="preserve">(the virus that causes the COVID-19 disease). </w:t>
      </w:r>
      <w:r>
        <w:rPr>
          <w:b w:val="0"/>
          <w:i w:val="0"/>
          <w:smallCaps w:val="0"/>
          <w:strike w:val="0"/>
          <w:sz w:val="22"/>
          <w:u w:val="single"/>
        </w:rPr>
        <w:t xml:space="preserve">The National Bureau of Economic Research has found, for instance, that </w:t>
      </w:r>
      <w:r>
        <w:rPr>
          <w:b w:val="0"/>
          <w:i w:val="0"/>
          <w:smallCaps w:val="0"/>
          <w:strike w:val="0"/>
          <w:sz w:val="22"/>
          <w:highlight w:val="green"/>
          <w:u w:val="single"/>
        </w:rPr>
        <w:t>cutting</w:t>
      </w:r>
      <w:r>
        <w:rPr>
          <w:b w:val="0"/>
          <w:i w:val="0"/>
          <w:smallCaps w:val="0"/>
          <w:strike w:val="0"/>
          <w:sz w:val="22"/>
          <w:u w:val="single"/>
        </w:rPr>
        <w:t xml:space="preserve"> drug </w:t>
      </w:r>
      <w:r>
        <w:rPr>
          <w:b w:val="0"/>
          <w:i w:val="0"/>
          <w:smallCaps w:val="0"/>
          <w:strike w:val="0"/>
          <w:sz w:val="22"/>
          <w:highlight w:val="green"/>
          <w:u w:val="single"/>
        </w:rPr>
        <w:t>prices</w:t>
      </w:r>
      <w:r>
        <w:rPr>
          <w:b w:val="0"/>
          <w:i w:val="0"/>
          <w:smallCaps w:val="0"/>
          <w:strike w:val="0"/>
          <w:sz w:val="22"/>
          <w:u w:val="single"/>
        </w:rPr>
        <w:t xml:space="preserve"> in the U.S. </w:t>
      </w:r>
      <w:r>
        <w:rPr>
          <w:b w:val="0"/>
          <w:i w:val="0"/>
          <w:smallCaps w:val="0"/>
          <w:strike w:val="0"/>
          <w:sz w:val="22"/>
          <w:highlight w:val="green"/>
          <w:u w:val="single"/>
        </w:rPr>
        <w:t>by</w:t>
      </w:r>
      <w:r>
        <w:rPr>
          <w:b w:val="0"/>
          <w:i w:val="0"/>
          <w:smallCaps w:val="0"/>
          <w:strike w:val="0"/>
          <w:sz w:val="22"/>
          <w:u w:val="single"/>
        </w:rPr>
        <w:t xml:space="preserve"> 40 to </w:t>
      </w:r>
      <w:r>
        <w:rPr>
          <w:b/>
          <w:i w:val="0"/>
          <w:smallCaps w:val="0"/>
          <w:strike w:val="0"/>
          <w:sz w:val="22"/>
          <w:highlight w:val="green"/>
          <w:u w:val="single"/>
        </w:rPr>
        <w:t>50 percent</w:t>
      </w:r>
      <w:r>
        <w:rPr>
          <w:b w:val="0"/>
          <w:i w:val="0"/>
          <w:smallCaps w:val="0"/>
          <w:strike w:val="0"/>
          <w:sz w:val="22"/>
          <w:u w:val="single"/>
        </w:rPr>
        <w:t xml:space="preserve"> would </w:t>
      </w:r>
      <w:r>
        <w:rPr>
          <w:b w:val="0"/>
          <w:i w:val="0"/>
          <w:smallCaps w:val="0"/>
          <w:strike w:val="0"/>
          <w:sz w:val="22"/>
          <w:highlight w:val="green"/>
          <w:u w:val="single"/>
        </w:rPr>
        <w:t>lead</w:t>
      </w:r>
      <w:r>
        <w:rPr>
          <w:b w:val="0"/>
          <w:i w:val="0"/>
          <w:smallCaps w:val="0"/>
          <w:strike w:val="0"/>
          <w:sz w:val="22"/>
          <w:u w:val="single"/>
        </w:rPr>
        <w:t xml:space="preserve"> to 30 </w:t>
      </w:r>
      <w:r>
        <w:rPr>
          <w:b w:val="0"/>
          <w:i w:val="0"/>
          <w:smallCaps w:val="0"/>
          <w:strike w:val="0"/>
          <w:sz w:val="22"/>
          <w:highlight w:val="green"/>
          <w:u w:val="single"/>
        </w:rPr>
        <w:t>to</w:t>
      </w:r>
      <w:r>
        <w:rPr>
          <w:b w:val="0"/>
          <w:i w:val="0"/>
          <w:smallCaps w:val="0"/>
          <w:strike w:val="0"/>
          <w:sz w:val="22"/>
          <w:u w:val="single"/>
        </w:rPr>
        <w:t xml:space="preserve"> </w:t>
      </w:r>
      <w:r>
        <w:rPr>
          <w:b/>
          <w:i w:val="0"/>
          <w:smallCaps w:val="0"/>
          <w:strike w:val="0"/>
          <w:sz w:val="22"/>
          <w:highlight w:val="green"/>
          <w:u w:val="single"/>
        </w:rPr>
        <w:t>60 percent fewer</w:t>
      </w:r>
      <w:r>
        <w:rPr>
          <w:b w:val="0"/>
          <w:i w:val="0"/>
          <w:smallCaps w:val="0"/>
          <w:strike w:val="0"/>
          <w:sz w:val="22"/>
          <w:u w:val="single"/>
        </w:rPr>
        <w:t xml:space="preserve"> R&amp;D </w:t>
      </w:r>
      <w:r>
        <w:rPr>
          <w:b w:val="0"/>
          <w:i w:val="0"/>
          <w:smallCaps w:val="0"/>
          <w:strike w:val="0"/>
          <w:sz w:val="22"/>
          <w:highlight w:val="green"/>
          <w:u w:val="single"/>
        </w:rPr>
        <w:t>projects</w:t>
      </w:r>
      <w:r>
        <w:rPr>
          <w:b w:val="0"/>
          <w:i w:val="0"/>
          <w:smallCaps w:val="0"/>
          <w:strike w:val="0"/>
          <w:sz w:val="22"/>
          <w:u w:val="single"/>
        </w:rPr>
        <w:t>.</w:t>
      </w:r>
      <w:r>
        <w:rPr>
          <w:b w:val="0"/>
          <w:i w:val="0"/>
          <w:smallCaps w:val="0"/>
          <w:strike w:val="0"/>
          <w:sz w:val="16"/>
          <w:u w:val="none"/>
        </w:rPr>
        <w:t xml:space="preserve"> Another study found that Germany lost 23,000 pharma jobs after it implemented price controls in the 1990s, and Germany slipped from first to third place among the continent’s top drug innovators. As the nonpartisan Information Technology and Innovation Foundation concluded in a white paper last year, “</w:t>
      </w:r>
      <w:r>
        <w:rPr>
          <w:b w:val="0"/>
          <w:i w:val="0"/>
          <w:smallCaps w:val="0"/>
          <w:strike w:val="0"/>
          <w:sz w:val="22"/>
          <w:u w:val="single"/>
        </w:rPr>
        <w:t xml:space="preserve">For the issue of pharmaceutical drugs, an overwhelming body of academic research shows that </w:t>
      </w:r>
      <w:r>
        <w:rPr>
          <w:b w:val="0"/>
          <w:i w:val="0"/>
          <w:smallCaps w:val="0"/>
          <w:strike w:val="0"/>
          <w:sz w:val="22"/>
          <w:highlight w:val="green"/>
          <w:u w:val="single"/>
        </w:rPr>
        <w:t>price controls</w:t>
      </w:r>
      <w:r>
        <w:rPr>
          <w:b w:val="0"/>
          <w:i w:val="0"/>
          <w:smallCaps w:val="0"/>
          <w:strike w:val="0"/>
          <w:sz w:val="22"/>
          <w:u w:val="single"/>
        </w:rPr>
        <w:t xml:space="preserve"> will </w:t>
      </w:r>
      <w:r>
        <w:rPr>
          <w:b/>
          <w:i w:val="0"/>
          <w:smallCaps w:val="0"/>
          <w:strike w:val="0"/>
          <w:sz w:val="22"/>
          <w:u w:val="single"/>
        </w:rPr>
        <w:t xml:space="preserve">significantly </w:t>
      </w:r>
      <w:r>
        <w:rPr>
          <w:b/>
          <w:i w:val="0"/>
          <w:smallCaps w:val="0"/>
          <w:strike w:val="0"/>
          <w:sz w:val="22"/>
          <w:highlight w:val="green"/>
          <w:u w:val="single"/>
        </w:rPr>
        <w:t>restrict</w:t>
      </w:r>
      <w:r>
        <w:rPr>
          <w:b w:val="0"/>
          <w:i w:val="0"/>
          <w:smallCaps w:val="0"/>
          <w:strike w:val="0"/>
          <w:sz w:val="22"/>
          <w:u w:val="single"/>
        </w:rPr>
        <w:t xml:space="preserve"> the number of </w:t>
      </w:r>
      <w:r>
        <w:rPr>
          <w:b w:val="0"/>
          <w:i w:val="0"/>
          <w:smallCaps w:val="0"/>
          <w:strike w:val="0"/>
          <w:sz w:val="22"/>
          <w:highlight w:val="green"/>
          <w:u w:val="single"/>
        </w:rPr>
        <w:t>new drugs</w:t>
      </w:r>
      <w:r>
        <w:rPr>
          <w:b w:val="0"/>
          <w:i w:val="0"/>
          <w:smallCaps w:val="0"/>
          <w:strike w:val="0"/>
          <w:sz w:val="22"/>
          <w:u w:val="single"/>
        </w:rPr>
        <w:t xml:space="preserve"> in the future.” Every decision involves tradeoffs.</w:t>
      </w:r>
    </w:p>
    <w:p>
      <w:pPr>
        <w:pStyle w:val="Caption"/>
      </w:pPr>
      <w:r>
        <w:t>Source: Small Pharma CP Answers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