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patent protection is key to economy and innovation</w:t>
      </w:r>
    </w:p>
    <w:p>
      <w:pPr>
        <w:spacing w:after="80"/>
      </w:pPr>
      <w:r>
        <w:rPr>
          <w:b/>
          <w:i w:val="0"/>
          <w:smallCaps w:val="0"/>
          <w:strike w:val="0"/>
          <w:sz w:val="26"/>
          <w:u w:val="none"/>
        </w:rPr>
        <w:t>Hicks ’12</w:t>
      </w:r>
      <w:r>
        <w:rPr>
          <w:b w:val="0"/>
          <w:i w:val="0"/>
          <w:smallCaps w:val="0"/>
          <w:strike w:val="0"/>
          <w:u w:val="none"/>
        </w:rPr>
        <w:t xml:space="preserve"> (Justin; Ph.D. in economics at University of California, Merced, M.A. in economics and B.A. in Business economics from the University of California, Riverside, Senior Economic Analyst at ITIF, Visiting Assistant Professor of Economics at University of the Pacific; “Big Benefits from Big Pharma: Longevity and Real Welfare Growth”; 7-23-2012; Accessed 7-31-2024; </w:t>
      </w:r>
      <w:r>
        <w:rPr>
          <w:b w:val="0"/>
          <w:i w:val="0"/>
          <w:smallCaps w:val="0"/>
          <w:strike w:val="0"/>
          <w:u w:val="none"/>
        </w:rPr>
        <w:t>/-rr)</w:t>
      </w:r>
    </w:p>
    <w:p>
      <w:pPr>
        <w:spacing w:after="60"/>
      </w:pPr>
      <w:r>
        <w:rPr>
          <w:b w:val="0"/>
          <w:i w:val="0"/>
          <w:smallCaps w:val="0"/>
          <w:strike w:val="0"/>
          <w:sz w:val="16"/>
          <w:u w:val="none"/>
        </w:rPr>
        <w:t xml:space="preserve">The </w:t>
      </w:r>
      <w:r>
        <w:rPr>
          <w:b w:val="0"/>
          <w:i w:val="0"/>
          <w:smallCaps w:val="0"/>
          <w:strike w:val="0"/>
          <w:highlight w:val="green"/>
          <w:u w:val="single"/>
        </w:rPr>
        <w:t>pharma</w:t>
      </w:r>
      <w:r>
        <w:rPr>
          <w:b w:val="0"/>
          <w:i w:val="0"/>
          <w:smallCaps w:val="0"/>
          <w:strike w:val="0"/>
          <w:sz w:val="16"/>
          <w:u w:val="none"/>
        </w:rPr>
        <w:t xml:space="preserve">ceutical industry certainly </w:t>
      </w:r>
      <w:r>
        <w:rPr>
          <w:b w:val="0"/>
          <w:i w:val="0"/>
          <w:smallCaps w:val="0"/>
          <w:strike w:val="0"/>
          <w:highlight w:val="green"/>
          <w:u w:val="single"/>
        </w:rPr>
        <w:t>doesn’t</w:t>
      </w:r>
      <w:r>
        <w:rPr>
          <w:b w:val="0"/>
          <w:i w:val="0"/>
          <w:smallCaps w:val="0"/>
          <w:strike w:val="0"/>
          <w:u w:val="single"/>
        </w:rPr>
        <w:t xml:space="preserve"> suffer from a </w:t>
      </w:r>
      <w:r>
        <w:rPr>
          <w:b w:val="0"/>
          <w:i w:val="0"/>
          <w:smallCaps w:val="0"/>
          <w:strike w:val="0"/>
          <w:highlight w:val="green"/>
          <w:u w:val="single"/>
        </w:rPr>
        <w:t xml:space="preserve">lack </w:t>
      </w:r>
      <w:r>
        <w:rPr>
          <w:b w:val="0"/>
          <w:i w:val="0"/>
          <w:smallCaps w:val="0"/>
          <w:strike w:val="0"/>
          <w:u w:val="single"/>
        </w:rPr>
        <w:t xml:space="preserve">of </w:t>
      </w:r>
      <w:r>
        <w:rPr>
          <w:b w:val="0"/>
          <w:i w:val="0"/>
          <w:smallCaps w:val="0"/>
          <w:strike w:val="0"/>
          <w:highlight w:val="green"/>
          <w:u w:val="single"/>
        </w:rPr>
        <w:t>detractors</w:t>
      </w:r>
      <w:r>
        <w:rPr>
          <w:b w:val="0"/>
          <w:i w:val="0"/>
          <w:smallCaps w:val="0"/>
          <w:strike w:val="0"/>
          <w:sz w:val="16"/>
          <w:u w:val="none"/>
        </w:rPr>
        <w:t>. Many claim that “Big-Pharma” is simply in it for the money, and that they'll push new drugs simply to boost profits, even if the drugs aren't appropriate for the consumer.</w:t>
      </w:r>
      <w:r>
        <w:rPr>
          <w:b w:val="0"/>
          <w:i w:val="0"/>
          <w:smallCaps w:val="0"/>
          <w:strike w:val="0"/>
          <w:sz w:val="16"/>
          <w:u w:val="none"/>
        </w:rPr>
        <w:t xml:space="preserve"> </w:t>
      </w:r>
      <w:r>
        <w:rPr>
          <w:b w:val="0"/>
          <w:i w:val="0"/>
          <w:smallCaps w:val="0"/>
          <w:strike w:val="0"/>
          <w:sz w:val="16"/>
          <w:u w:val="none"/>
        </w:rPr>
        <w:t xml:space="preserve">Others argue that we should eliminate intellectual property protections to get lower price drugs, since there isn’t </w:t>
      </w:r>
      <w:r>
        <w:rPr>
          <w:b w:val="0"/>
          <w:i w:val="0"/>
          <w:smallCaps w:val="0"/>
          <w:strike w:val="0"/>
          <w:sz w:val="16"/>
          <w:u w:val="none"/>
        </w:rPr>
        <w:t>really that</w:t>
      </w:r>
      <w:r>
        <w:rPr>
          <w:b w:val="0"/>
          <w:i w:val="0"/>
          <w:smallCaps w:val="0"/>
          <w:strike w:val="0"/>
          <w:sz w:val="16"/>
          <w:u w:val="none"/>
        </w:rPr>
        <w:t xml:space="preserve"> much innovation that has a real impact happening anyway.</w:t>
      </w:r>
    </w:p>
    <w:p>
      <w:pPr>
        <w:spacing w:after="60"/>
      </w:pPr>
      <w:r>
        <w:rPr>
          <w:b w:val="0"/>
          <w:i w:val="0"/>
          <w:smallCaps w:val="0"/>
          <w:strike w:val="0"/>
          <w:highlight w:val="green"/>
          <w:u w:val="single"/>
        </w:rPr>
        <w:t>However</w:t>
      </w:r>
      <w:r>
        <w:rPr>
          <w:b w:val="0"/>
          <w:i w:val="0"/>
          <w:smallCaps w:val="0"/>
          <w:strike w:val="0"/>
          <w:u w:val="single"/>
        </w:rPr>
        <w:t xml:space="preserve">, before throwing the pharmaceutical industry under the bus, </w:t>
      </w:r>
      <w:r>
        <w:rPr>
          <w:b w:val="0"/>
          <w:i w:val="0"/>
          <w:smallCaps w:val="0"/>
          <w:strike w:val="0"/>
          <w:highlight w:val="green"/>
          <w:u w:val="single"/>
        </w:rPr>
        <w:t>it is critical to understand</w:t>
      </w:r>
      <w:r>
        <w:rPr>
          <w:b w:val="0"/>
          <w:i w:val="0"/>
          <w:smallCaps w:val="0"/>
          <w:strike w:val="0"/>
          <w:u w:val="single"/>
        </w:rPr>
        <w:t xml:space="preserve"> the relationship between </w:t>
      </w:r>
      <w:r>
        <w:rPr>
          <w:b w:val="0"/>
          <w:i w:val="0"/>
          <w:smallCaps w:val="0"/>
          <w:strike w:val="0"/>
          <w:highlight w:val="green"/>
          <w:u w:val="single"/>
        </w:rPr>
        <w:t>pharma</w:t>
      </w:r>
      <w:r>
        <w:rPr>
          <w:b w:val="0"/>
          <w:i w:val="0"/>
          <w:smallCaps w:val="0"/>
          <w:strike w:val="0"/>
          <w:u w:val="single"/>
        </w:rPr>
        <w:t>ceutical R&amp;D</w:t>
      </w:r>
      <w:r>
        <w:rPr>
          <w:b w:val="0"/>
          <w:i w:val="0"/>
          <w:smallCaps w:val="0"/>
          <w:strike w:val="0"/>
          <w:u w:val="single"/>
        </w:rPr>
        <w:t xml:space="preserve">, new drugs </w:t>
      </w:r>
      <w:r>
        <w:rPr>
          <w:b w:val="0"/>
          <w:i w:val="0"/>
          <w:smallCaps w:val="0"/>
          <w:strike w:val="0"/>
          <w:highlight w:val="green"/>
          <w:u w:val="single"/>
        </w:rPr>
        <w:t>and human health impacts</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 xml:space="preserve">And in fact, a recent study finds that the related drugs brought to market are having a bigger positive effect than you might think. Frank </w:t>
      </w:r>
      <w:r>
        <w:rPr>
          <w:b w:val="0"/>
          <w:i w:val="0"/>
          <w:smallCaps w:val="0"/>
          <w:strike w:val="0"/>
          <w:sz w:val="16"/>
          <w:u w:val="none"/>
        </w:rPr>
        <w:t>Lichtentberg</w:t>
      </w:r>
      <w:r>
        <w:rPr>
          <w:b w:val="0"/>
          <w:i w:val="0"/>
          <w:smallCaps w:val="0"/>
          <w:strike w:val="0"/>
          <w:sz w:val="16"/>
          <w:u w:val="none"/>
        </w:rPr>
        <w:t>, a professor at Columbia University and published by the National Bureau of Economic Research,</w:t>
      </w:r>
      <w:r>
        <w:rPr>
          <w:b w:val="0"/>
          <w:i w:val="0"/>
          <w:smallCaps w:val="0"/>
          <w:strike w:val="0"/>
          <w:sz w:val="16"/>
          <w:u w:val="none"/>
        </w:rPr>
        <w:t xml:space="preserve"> </w:t>
      </w:r>
      <w:r>
        <w:rPr>
          <w:b w:val="0"/>
          <w:i w:val="0"/>
          <w:smallCaps w:val="0"/>
          <w:strike w:val="0"/>
          <w:sz w:val="16"/>
          <w:u w:val="none"/>
        </w:rPr>
        <w:t xml:space="preserve">finds that </w:t>
      </w:r>
      <w:r>
        <w:rPr>
          <w:b w:val="0"/>
          <w:i w:val="0"/>
          <w:smallCaps w:val="0"/>
          <w:strike w:val="0"/>
          <w:highlight w:val="green"/>
          <w:u w:val="single"/>
        </w:rPr>
        <w:t>an increase in drug</w:t>
      </w:r>
      <w:r>
        <w:rPr>
          <w:b w:val="0"/>
          <w:i w:val="0"/>
          <w:smallCaps w:val="0"/>
          <w:strike w:val="0"/>
          <w:u w:val="single"/>
        </w:rPr>
        <w:t xml:space="preserve"> </w:t>
      </w:r>
      <w:r>
        <w:rPr>
          <w:b w:val="0"/>
          <w:i w:val="0"/>
          <w:smallCaps w:val="0"/>
          <w:strike w:val="0"/>
          <w:highlight w:val="green"/>
          <w:u w:val="single"/>
        </w:rPr>
        <w:t>prolif</w:t>
      </w:r>
      <w:r>
        <w:rPr>
          <w:b w:val="0"/>
          <w:i w:val="0"/>
          <w:smallCaps w:val="0"/>
          <w:strike w:val="0"/>
          <w:u w:val="single"/>
        </w:rPr>
        <w:t>eration</w:t>
      </w:r>
      <w:r>
        <w:rPr>
          <w:b w:val="0"/>
          <w:i w:val="0"/>
          <w:smallCaps w:val="0"/>
          <w:strike w:val="0"/>
          <w:sz w:val="16"/>
          <w:u w:val="none"/>
        </w:rPr>
        <w:t xml:space="preserve"> year-over-year (drug vintage) </w:t>
      </w:r>
      <w:r>
        <w:rPr>
          <w:b w:val="0"/>
          <w:i w:val="0"/>
          <w:smallCaps w:val="0"/>
          <w:strike w:val="0"/>
          <w:highlight w:val="green"/>
          <w:u w:val="single"/>
        </w:rPr>
        <w:t>leads to increased life expectancy</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From 2000 to 2009, the study finds that life expectancy increased by 1.74 years on average, and 73% of that increase was due to new drugs brought to market after 1990. In other words, </w:t>
      </w:r>
      <w:r>
        <w:rPr>
          <w:b w:val="0"/>
          <w:i w:val="0"/>
          <w:smallCaps w:val="0"/>
          <w:strike w:val="0"/>
          <w:highlight w:val="green"/>
          <w:u w:val="single"/>
        </w:rPr>
        <w:t>pharma</w:t>
      </w:r>
      <w:r>
        <w:rPr>
          <w:b w:val="0"/>
          <w:i w:val="0"/>
          <w:smallCaps w:val="0"/>
          <w:strike w:val="0"/>
          <w:sz w:val="16"/>
          <w:u w:val="none"/>
        </w:rPr>
        <w:t xml:space="preserve">ceutical </w:t>
      </w:r>
      <w:r>
        <w:rPr>
          <w:b w:val="0"/>
          <w:i w:val="0"/>
          <w:smallCaps w:val="0"/>
          <w:strike w:val="0"/>
          <w:u w:val="single"/>
        </w:rPr>
        <w:t xml:space="preserve">innovation </w:t>
      </w:r>
      <w:r>
        <w:rPr>
          <w:b w:val="0"/>
          <w:i w:val="0"/>
          <w:smallCaps w:val="0"/>
          <w:strike w:val="0"/>
          <w:highlight w:val="green"/>
          <w:u w:val="single"/>
        </w:rPr>
        <w:t>added 1.23 years to the average lifespan</w:t>
      </w:r>
      <w:r>
        <w:rPr>
          <w:b w:val="0"/>
          <w:i w:val="0"/>
          <w:smallCaps w:val="0"/>
          <w:strike w:val="0"/>
          <w:sz w:val="16"/>
          <w:highlight w:val="green"/>
          <w:u w:val="none"/>
        </w:rPr>
        <w:t>.</w:t>
      </w:r>
      <w:r>
        <w:rPr>
          <w:b w:val="0"/>
          <w:i w:val="0"/>
          <w:smallCaps w:val="0"/>
          <w:strike w:val="0"/>
          <w:sz w:val="16"/>
          <w:u w:val="none"/>
        </w:rPr>
        <w:t xml:space="preserve"> The author also finds that of the 9-year difference in average life expectancy between the top-5 nations and the bottom 5, more than a third of the difference is directly attributable to drug proliferation.</w:t>
      </w:r>
    </w:p>
    <w:p>
      <w:pPr>
        <w:spacing w:after="60"/>
      </w:pPr>
      <w:r>
        <w:rPr>
          <w:b w:val="0"/>
          <w:i w:val="0"/>
          <w:smallCaps w:val="0"/>
          <w:strike w:val="0"/>
          <w:sz w:val="16"/>
          <w:u w:val="none"/>
        </w:rPr>
        <w:t xml:space="preserve">Specifically, the study looks at how differences in drug introductions in 1990 affect longevity in 2000. Their study looks at the effect both among and between 30 developed and developing nations. They use a causal model (difference-in-differences) to eliminate biased estimates. Their results are statistically </w:t>
      </w:r>
      <w:r>
        <w:rPr>
          <w:b w:val="0"/>
          <w:i w:val="0"/>
          <w:smallCaps w:val="0"/>
          <w:strike w:val="0"/>
          <w:sz w:val="16"/>
          <w:u w:val="none"/>
        </w:rPr>
        <w:t>significant, and</w:t>
      </w:r>
      <w:r>
        <w:rPr>
          <w:b w:val="0"/>
          <w:i w:val="0"/>
          <w:smallCaps w:val="0"/>
          <w:strike w:val="0"/>
          <w:sz w:val="16"/>
          <w:u w:val="none"/>
        </w:rPr>
        <w:t xml:space="preserve"> stand up to a myriad of different specifications and tests of the validity of their claims. The increases in longevity are not attributable to other trends </w:t>
      </w:r>
      <w:r>
        <w:rPr>
          <w:b w:val="0"/>
          <w:i w:val="0"/>
          <w:smallCaps w:val="0"/>
          <w:strike w:val="0"/>
          <w:sz w:val="16"/>
          <w:u w:val="none"/>
        </w:rPr>
        <w:t>including:</w:t>
      </w:r>
      <w:r>
        <w:rPr>
          <w:b w:val="0"/>
          <w:i w:val="0"/>
          <w:smallCaps w:val="0"/>
          <w:strike w:val="0"/>
          <w:sz w:val="16"/>
          <w:u w:val="none"/>
        </w:rPr>
        <w:t xml:space="preserve"> income, unemployment, education, urbanization, per-capita health expenditures, DPT immunization, general risk factors of HIV or tuberculosis.</w:t>
      </w:r>
    </w:p>
    <w:p>
      <w:pPr>
        <w:spacing w:after="60"/>
      </w:pPr>
      <w:r>
        <w:rPr>
          <w:b w:val="0"/>
          <w:i w:val="0"/>
          <w:smallCaps w:val="0"/>
          <w:strike w:val="0"/>
          <w:sz w:val="16"/>
          <w:u w:val="none"/>
        </w:rPr>
        <w:t>So, what is the key point in relating these increases in life-expectancy to pharmaceutical innovation?</w:t>
      </w:r>
      <w:r>
        <w:rPr>
          <w:b w:val="0"/>
          <w:i w:val="0"/>
          <w:smallCaps w:val="0"/>
          <w:strike w:val="0"/>
          <w:sz w:val="16"/>
          <w:u w:val="none"/>
        </w:rPr>
        <w:t xml:space="preserve"> </w:t>
      </w:r>
      <w:r>
        <w:rPr>
          <w:b w:val="0"/>
          <w:i w:val="0"/>
          <w:smallCaps w:val="0"/>
          <w:strike w:val="0"/>
          <w:highlight w:val="green"/>
          <w:u w:val="single"/>
        </w:rPr>
        <w:t>One might argue</w:t>
      </w:r>
      <w:r>
        <w:rPr>
          <w:b w:val="0"/>
          <w:i w:val="0"/>
          <w:smallCaps w:val="0"/>
          <w:strike w:val="0"/>
          <w:u w:val="single"/>
        </w:rPr>
        <w:t xml:space="preserve"> that simply </w:t>
      </w:r>
      <w:r>
        <w:rPr>
          <w:b w:val="0"/>
          <w:i w:val="0"/>
          <w:smallCaps w:val="0"/>
          <w:strike w:val="0"/>
          <w:highlight w:val="green"/>
          <w:u w:val="single"/>
        </w:rPr>
        <w:t>keeping people</w:t>
      </w:r>
      <w:r>
        <w:rPr>
          <w:b w:val="0"/>
          <w:i w:val="0"/>
          <w:smallCaps w:val="0"/>
          <w:strike w:val="0"/>
          <w:u w:val="single"/>
        </w:rPr>
        <w:t xml:space="preserve"> </w:t>
      </w:r>
      <w:r>
        <w:rPr>
          <w:b w:val="0"/>
          <w:i w:val="0"/>
          <w:smallCaps w:val="0"/>
          <w:strike w:val="0"/>
          <w:highlight w:val="green"/>
          <w:u w:val="single"/>
        </w:rPr>
        <w:t>alive</w:t>
      </w:r>
      <w:r>
        <w:rPr>
          <w:b w:val="0"/>
          <w:i w:val="0"/>
          <w:smallCaps w:val="0"/>
          <w:strike w:val="0"/>
          <w:u w:val="single"/>
        </w:rPr>
        <w:t xml:space="preserve"> </w:t>
      </w:r>
      <w:r>
        <w:rPr>
          <w:b w:val="0"/>
          <w:i w:val="0"/>
          <w:smallCaps w:val="0"/>
          <w:strike w:val="0"/>
          <w:highlight w:val="green"/>
          <w:u w:val="single"/>
        </w:rPr>
        <w:t xml:space="preserve">who aren't contributing </w:t>
      </w:r>
      <w:r>
        <w:rPr>
          <w:b w:val="0"/>
          <w:i w:val="0"/>
          <w:smallCaps w:val="0"/>
          <w:strike w:val="0"/>
          <w:u w:val="single"/>
        </w:rPr>
        <w:t>to</w:t>
      </w:r>
      <w:r>
        <w:rPr>
          <w:b w:val="0"/>
          <w:i w:val="0"/>
          <w:smallCaps w:val="0"/>
          <w:strike w:val="0"/>
          <w:u w:val="single"/>
        </w:rPr>
        <w:t xml:space="preserve"> the economy </w:t>
      </w:r>
      <w:r>
        <w:rPr>
          <w:b w:val="0"/>
          <w:i w:val="0"/>
          <w:smallCaps w:val="0"/>
          <w:strike w:val="0"/>
          <w:highlight w:val="green"/>
          <w:u w:val="single"/>
        </w:rPr>
        <w:t>is</w:t>
      </w:r>
      <w:r>
        <w:rPr>
          <w:b w:val="0"/>
          <w:i w:val="0"/>
          <w:smallCaps w:val="0"/>
          <w:strike w:val="0"/>
          <w:u w:val="single"/>
        </w:rPr>
        <w:t xml:space="preserve"> a </w:t>
      </w:r>
      <w:r>
        <w:rPr>
          <w:b w:val="0"/>
          <w:i w:val="0"/>
          <w:smallCaps w:val="0"/>
          <w:strike w:val="0"/>
          <w:highlight w:val="green"/>
          <w:u w:val="single"/>
        </w:rPr>
        <w:t>negative</w:t>
      </w:r>
      <w:r>
        <w:rPr>
          <w:b w:val="0"/>
          <w:i w:val="0"/>
          <w:smallCaps w:val="0"/>
          <w:strike w:val="0"/>
          <w:u w:val="single"/>
        </w:rPr>
        <w:t xml:space="preserve"> thing.</w:t>
      </w:r>
      <w:r>
        <w:rPr>
          <w:b w:val="0"/>
          <w:i w:val="0"/>
          <w:smallCaps w:val="0"/>
          <w:strike w:val="0"/>
          <w:u w:val="single"/>
        </w:rPr>
        <w:t xml:space="preserve"> </w:t>
      </w:r>
      <w:r>
        <w:rPr>
          <w:b w:val="0"/>
          <w:i w:val="0"/>
          <w:smallCaps w:val="0"/>
          <w:strike w:val="0"/>
          <w:highlight w:val="green"/>
          <w:u w:val="single"/>
        </w:rPr>
        <w:t>However</w:t>
      </w:r>
      <w:r>
        <w:rPr>
          <w:b w:val="0"/>
          <w:i w:val="0"/>
          <w:smallCaps w:val="0"/>
          <w:strike w:val="0"/>
          <w:u w:val="single"/>
        </w:rPr>
        <w:t xml:space="preserve">, </w:t>
      </w:r>
      <w:r>
        <w:rPr>
          <w:b w:val="0"/>
          <w:i w:val="0"/>
          <w:smallCaps w:val="0"/>
          <w:strike w:val="0"/>
          <w:highlight w:val="green"/>
          <w:u w:val="single"/>
        </w:rPr>
        <w:t>this</w:t>
      </w:r>
      <w:r>
        <w:rPr>
          <w:b w:val="0"/>
          <w:i w:val="0"/>
          <w:smallCaps w:val="0"/>
          <w:strike w:val="0"/>
          <w:u w:val="single"/>
        </w:rPr>
        <w:t xml:space="preserve"> argument </w:t>
      </w:r>
      <w:r>
        <w:rPr>
          <w:b w:val="0"/>
          <w:i w:val="0"/>
          <w:smallCaps w:val="0"/>
          <w:strike w:val="0"/>
          <w:highlight w:val="green"/>
          <w:u w:val="single"/>
        </w:rPr>
        <w:t>is fallacious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Between 1970 and 2000</w:t>
      </w:r>
      <w:r>
        <w:rPr>
          <w:b w:val="0"/>
          <w:i w:val="0"/>
          <w:smallCaps w:val="0"/>
          <w:strike w:val="0"/>
          <w:u w:val="single"/>
        </w:rPr>
        <w:t xml:space="preserve">, </w:t>
      </w:r>
      <w:r>
        <w:rPr>
          <w:b w:val="0"/>
          <w:i w:val="0"/>
          <w:smallCaps w:val="0"/>
          <w:strike w:val="0"/>
          <w:highlight w:val="green"/>
          <w:u w:val="single"/>
        </w:rPr>
        <w:t xml:space="preserve">increased </w:t>
      </w:r>
      <w:r>
        <w:rPr>
          <w:b w:val="0"/>
          <w:i w:val="0"/>
          <w:smallCaps w:val="0"/>
          <w:strike w:val="0"/>
          <w:u w:val="single"/>
        </w:rPr>
        <w:t xml:space="preserve">U.S. </w:t>
      </w:r>
      <w:r>
        <w:rPr>
          <w:b w:val="0"/>
          <w:i w:val="0"/>
          <w:smallCaps w:val="0"/>
          <w:strike w:val="0"/>
          <w:highlight w:val="green"/>
          <w:u w:val="single"/>
        </w:rPr>
        <w:t>longevity</w:t>
      </w:r>
      <w:r>
        <w:rPr>
          <w:b w:val="0"/>
          <w:i w:val="0"/>
          <w:smallCaps w:val="0"/>
          <w:strike w:val="0"/>
          <w:u w:val="single"/>
        </w:rPr>
        <w:t xml:space="preserve"> </w:t>
      </w:r>
      <w:r>
        <w:rPr>
          <w:b w:val="0"/>
          <w:i w:val="0"/>
          <w:smallCaps w:val="0"/>
          <w:strike w:val="0"/>
          <w:highlight w:val="green"/>
          <w:u w:val="single"/>
        </w:rPr>
        <w:t>added</w:t>
      </w:r>
      <w:r>
        <w:rPr>
          <w:b w:val="0"/>
          <w:i w:val="0"/>
          <w:smallCaps w:val="0"/>
          <w:strike w:val="0"/>
          <w:u w:val="single"/>
        </w:rPr>
        <w:t xml:space="preserve"> about $</w:t>
      </w:r>
      <w:r>
        <w:rPr>
          <w:b w:val="0"/>
          <w:i w:val="0"/>
          <w:smallCaps w:val="0"/>
          <w:strike w:val="0"/>
          <w:highlight w:val="green"/>
          <w:u w:val="single"/>
        </w:rPr>
        <w:t>3.2 trillion per year</w:t>
      </w:r>
      <w:r>
        <w:rPr>
          <w:b w:val="0"/>
          <w:i w:val="0"/>
          <w:smallCaps w:val="0"/>
          <w:strike w:val="0"/>
          <w:u w:val="single"/>
        </w:rPr>
        <w:t xml:space="preserve"> to national wealth</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For example, </w:t>
      </w:r>
      <w:r>
        <w:rPr>
          <w:b w:val="0"/>
          <w:i w:val="0"/>
          <w:smallCaps w:val="0"/>
          <w:strike w:val="0"/>
          <w:sz w:val="16"/>
          <w:u w:val="none"/>
        </w:rPr>
        <w:t>Murhphy</w:t>
      </w:r>
      <w:r>
        <w:rPr>
          <w:b w:val="0"/>
          <w:i w:val="0"/>
          <w:smallCaps w:val="0"/>
          <w:strike w:val="0"/>
          <w:sz w:val="16"/>
          <w:u w:val="none"/>
        </w:rPr>
        <w:t xml:space="preserve"> and Topel find that if there were </w:t>
      </w:r>
      <w:r>
        <w:rPr>
          <w:b w:val="0"/>
          <w:i w:val="0"/>
          <w:smallCaps w:val="0"/>
          <w:strike w:val="0"/>
          <w:highlight w:val="green"/>
          <w:u w:val="single"/>
        </w:rPr>
        <w:t>a 1 percent reduction in cancer mortality</w:t>
      </w:r>
      <w:r>
        <w:rPr>
          <w:b w:val="0"/>
          <w:i w:val="0"/>
          <w:smallCaps w:val="0"/>
          <w:strike w:val="0"/>
          <w:u w:val="single"/>
        </w:rPr>
        <w:t xml:space="preserve">, it </w:t>
      </w:r>
      <w:r>
        <w:rPr>
          <w:b w:val="0"/>
          <w:i w:val="0"/>
          <w:smallCaps w:val="0"/>
          <w:strike w:val="0"/>
          <w:highlight w:val="green"/>
          <w:u w:val="single"/>
        </w:rPr>
        <w:t>would be worth over $500 billion</w:t>
      </w:r>
      <w:r>
        <w:rPr>
          <w:b w:val="0"/>
          <w:i w:val="0"/>
          <w:smallCaps w:val="0"/>
          <w:strike w:val="0"/>
          <w:u w:val="single"/>
        </w:rPr>
        <w:t xml:space="preserve"> in the</w:t>
      </w:r>
      <w:r>
        <w:rPr>
          <w:b w:val="0"/>
          <w:i w:val="0"/>
          <w:smallCaps w:val="0"/>
          <w:strike w:val="0"/>
          <w:sz w:val="16"/>
          <w:u w:val="none"/>
        </w:rPr>
        <w:t xml:space="preserve"> </w:t>
      </w:r>
      <w:r>
        <w:rPr>
          <w:b w:val="0"/>
          <w:i w:val="0"/>
          <w:smallCaps w:val="0"/>
          <w:strike w:val="0"/>
          <w:u w:val="single"/>
        </w:rPr>
        <w:t>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tates.</w:t>
      </w:r>
      <w:r>
        <w:rPr>
          <w:b w:val="0"/>
          <w:i w:val="0"/>
          <w:smallCaps w:val="0"/>
          <w:strike w:val="0"/>
          <w:sz w:val="16"/>
          <w:u w:val="none"/>
        </w:rPr>
        <w:t xml:space="preserve"> </w:t>
      </w:r>
      <w:r>
        <w:rPr>
          <w:b w:val="0"/>
          <w:i w:val="0"/>
          <w:smallCaps w:val="0"/>
          <w:strike w:val="0"/>
          <w:sz w:val="16"/>
          <w:u w:val="none"/>
        </w:rPr>
        <w:t xml:space="preserve">In fact, </w:t>
      </w:r>
      <w:r>
        <w:rPr>
          <w:b w:val="0"/>
          <w:i w:val="0"/>
          <w:smallCaps w:val="0"/>
          <w:strike w:val="0"/>
          <w:highlight w:val="green"/>
          <w:u w:val="single"/>
        </w:rPr>
        <w:t>if</w:t>
      </w:r>
      <w:r>
        <w:rPr>
          <w:b w:val="0"/>
          <w:i w:val="0"/>
          <w:smallCaps w:val="0"/>
          <w:strike w:val="0"/>
          <w:sz w:val="16"/>
          <w:highlight w:val="green"/>
          <w:u w:val="none"/>
        </w:rPr>
        <w:t xml:space="preserve"> </w:t>
      </w:r>
      <w:r>
        <w:rPr>
          <w:b w:val="0"/>
          <w:i w:val="0"/>
          <w:smallCaps w:val="0"/>
          <w:strike w:val="0"/>
          <w:highlight w:val="green"/>
          <w:u w:val="single"/>
        </w:rPr>
        <w:t>a</w:t>
      </w:r>
      <w:r>
        <w:rPr>
          <w:b w:val="0"/>
          <w:i w:val="0"/>
          <w:smallCaps w:val="0"/>
          <w:strike w:val="0"/>
          <w:u w:val="single"/>
        </w:rPr>
        <w:t xml:space="preserve"> </w:t>
      </w:r>
      <w:r>
        <w:rPr>
          <w:b w:val="0"/>
          <w:i w:val="0"/>
          <w:smallCaps w:val="0"/>
          <w:strike w:val="0"/>
          <w:highlight w:val="green"/>
          <w:u w:val="single"/>
        </w:rPr>
        <w:t xml:space="preserve">cure </w:t>
      </w:r>
      <w:r>
        <w:rPr>
          <w:b w:val="0"/>
          <w:i w:val="0"/>
          <w:smallCaps w:val="0"/>
          <w:strike w:val="0"/>
          <w:highlight w:val="green"/>
          <w:u w:val="single"/>
        </w:rPr>
        <w:t>to</w:t>
      </w:r>
      <w:r>
        <w:rPr>
          <w:b w:val="0"/>
          <w:i w:val="0"/>
          <w:smallCaps w:val="0"/>
          <w:strike w:val="0"/>
          <w:highlight w:val="green"/>
          <w:u w:val="single"/>
        </w:rPr>
        <w:t xml:space="preserve"> cancer</w:t>
      </w:r>
      <w:r>
        <w:rPr>
          <w:b w:val="0"/>
          <w:i w:val="0"/>
          <w:smallCaps w:val="0"/>
          <w:strike w:val="0"/>
          <w:sz w:val="16"/>
          <w:highlight w:val="green"/>
          <w:u w:val="none"/>
        </w:rPr>
        <w:t xml:space="preserve"> </w:t>
      </w:r>
      <w:r>
        <w:rPr>
          <w:b w:val="0"/>
          <w:i w:val="0"/>
          <w:smallCaps w:val="0"/>
          <w:strike w:val="0"/>
          <w:highlight w:val="green"/>
          <w:u w:val="single"/>
        </w:rPr>
        <w:t>were discovered</w:t>
      </w:r>
      <w:r>
        <w:rPr>
          <w:b w:val="0"/>
          <w:i w:val="0"/>
          <w:smallCaps w:val="0"/>
          <w:strike w:val="0"/>
          <w:sz w:val="16"/>
          <w:u w:val="none"/>
        </w:rPr>
        <w:t xml:space="preserve"> and brought to market, </w:t>
      </w:r>
      <w:r>
        <w:rPr>
          <w:b w:val="0"/>
          <w:i w:val="0"/>
          <w:smallCaps w:val="0"/>
          <w:strike w:val="0"/>
          <w:highlight w:val="green"/>
          <w:u w:val="single"/>
        </w:rPr>
        <w:t>the</w:t>
      </w:r>
      <w:r>
        <w:rPr>
          <w:b w:val="0"/>
          <w:i w:val="0"/>
          <w:smallCaps w:val="0"/>
          <w:strike w:val="0"/>
          <w:u w:val="single"/>
        </w:rPr>
        <w:t xml:space="preserve"> economic </w:t>
      </w:r>
      <w:r>
        <w:rPr>
          <w:b w:val="0"/>
          <w:i w:val="0"/>
          <w:smallCaps w:val="0"/>
          <w:strike w:val="0"/>
          <w:highlight w:val="green"/>
          <w:u w:val="single"/>
        </w:rPr>
        <w:t>benefit</w:t>
      </w:r>
      <w:r>
        <w:rPr>
          <w:b w:val="0"/>
          <w:i w:val="0"/>
          <w:smallCaps w:val="0"/>
          <w:strike w:val="0"/>
          <w:u w:val="single"/>
        </w:rPr>
        <w:t xml:space="preserve"> </w:t>
      </w:r>
      <w:r>
        <w:rPr>
          <w:b w:val="0"/>
          <w:i w:val="0"/>
          <w:smallCaps w:val="0"/>
          <w:strike w:val="0"/>
          <w:highlight w:val="green"/>
          <w:u w:val="single"/>
        </w:rPr>
        <w:t>would</w:t>
      </w:r>
      <w:r>
        <w:rPr>
          <w:b w:val="0"/>
          <w:i w:val="0"/>
          <w:smallCaps w:val="0"/>
          <w:strike w:val="0"/>
          <w:u w:val="single"/>
        </w:rPr>
        <w:t xml:space="preserve"> </w:t>
      </w:r>
      <w:r>
        <w:rPr>
          <w:b w:val="0"/>
          <w:i w:val="0"/>
          <w:smallCaps w:val="0"/>
          <w:strike w:val="0"/>
          <w:highlight w:val="green"/>
          <w:u w:val="single"/>
        </w:rPr>
        <w:t>be</w:t>
      </w:r>
      <w:r>
        <w:rPr>
          <w:b w:val="0"/>
          <w:i w:val="0"/>
          <w:smallCaps w:val="0"/>
          <w:strike w:val="0"/>
          <w:u w:val="single"/>
        </w:rPr>
        <w:t xml:space="preserve"> potentially </w:t>
      </w:r>
      <w:r>
        <w:rPr>
          <w:b w:val="0"/>
          <w:i w:val="0"/>
          <w:smallCaps w:val="0"/>
          <w:strike w:val="0"/>
          <w:u w:val="single"/>
        </w:rPr>
        <w:t xml:space="preserve">worth </w:t>
      </w:r>
      <w:r>
        <w:rPr>
          <w:b w:val="0"/>
          <w:i w:val="0"/>
          <w:smallCaps w:val="0"/>
          <w:strike w:val="0"/>
          <w:highlight w:val="green"/>
          <w:u w:val="single"/>
        </w:rPr>
        <w:t>$50 trillion</w:t>
      </w:r>
      <w:r>
        <w:rPr>
          <w:b w:val="0"/>
          <w:i w:val="0"/>
          <w:smallCaps w:val="0"/>
          <w:strike w:val="0"/>
          <w:sz w:val="16"/>
          <w:u w:val="none"/>
        </w:rPr>
        <w:t xml:space="preserve"> over the next 30 years. Murphy and Topel rightly claim; "As the population </w:t>
      </w:r>
      <w:r>
        <w:rPr>
          <w:b w:val="0"/>
          <w:i w:val="0"/>
          <w:smallCaps w:val="0"/>
          <w:strike w:val="0"/>
          <w:sz w:val="16"/>
          <w:u w:val="none"/>
        </w:rPr>
        <w:t>grows</w:t>
      </w:r>
      <w:r>
        <w:rPr>
          <w:b w:val="0"/>
          <w:i w:val="0"/>
          <w:smallCaps w:val="0"/>
          <w:strike w:val="0"/>
          <w:sz w:val="16"/>
          <w:u w:val="none"/>
        </w:rPr>
        <w:t>, as incomes grow, as health levels improve, and as the baby-boom generation approaches the primary ages of disease-related death, the social value [in $US] of improvements in health will continue to rise."</w:t>
      </w:r>
    </w:p>
    <w:p>
      <w:pPr>
        <w:spacing w:after="60"/>
      </w:pPr>
      <w:r>
        <w:rPr>
          <w:b w:val="0"/>
          <w:i w:val="0"/>
          <w:smallCaps w:val="0"/>
          <w:strike w:val="0"/>
          <w:sz w:val="16"/>
          <w:u w:val="none"/>
        </w:rPr>
        <w:t>So, what are the policy implications?</w:t>
      </w:r>
      <w:r>
        <w:rPr>
          <w:b w:val="0"/>
          <w:i w:val="0"/>
          <w:smallCaps w:val="0"/>
          <w:strike w:val="0"/>
          <w:sz w:val="16"/>
          <w:u w:val="none"/>
        </w:rPr>
        <w:t xml:space="preserve"> </w:t>
      </w:r>
      <w:r>
        <w:rPr>
          <w:b w:val="0"/>
          <w:i w:val="0"/>
          <w:smallCaps w:val="0"/>
          <w:strike w:val="0"/>
          <w:sz w:val="16"/>
          <w:u w:val="none"/>
        </w:rPr>
        <w:t>It has been shown that the effective patent life of most FDA-approved drugs is between 9 and 12 years.</w:t>
      </w:r>
      <w:r>
        <w:rPr>
          <w:b w:val="0"/>
          <w:i w:val="0"/>
          <w:smallCaps w:val="0"/>
          <w:strike w:val="0"/>
          <w:sz w:val="16"/>
          <w:u w:val="none"/>
        </w:rPr>
        <w:t xml:space="preserve"> </w:t>
      </w:r>
      <w:r>
        <w:rPr>
          <w:b w:val="0"/>
          <w:i w:val="0"/>
          <w:smallCaps w:val="0"/>
          <w:strike w:val="0"/>
          <w:sz w:val="16"/>
          <w:u w:val="none"/>
        </w:rPr>
        <w:t>(Most pharma-patents are applied for during the pre-clinical period, and even after accounting for partial patent-restoration, the full 20 years of patent protection is not realized.)</w:t>
      </w:r>
      <w:r>
        <w:rPr>
          <w:b w:val="0"/>
          <w:i w:val="0"/>
          <w:smallCaps w:val="0"/>
          <w:strike w:val="0"/>
          <w:sz w:val="16"/>
          <w:u w:val="none"/>
        </w:rPr>
        <w:t xml:space="preserve"> </w:t>
      </w:r>
      <w:r>
        <w:rPr>
          <w:b w:val="0"/>
          <w:i w:val="0"/>
          <w:smallCaps w:val="0"/>
          <w:strike w:val="0"/>
          <w:sz w:val="16"/>
          <w:u w:val="none"/>
        </w:rPr>
        <w:t xml:space="preserve">This makes recapturing the over $400 million of out-of-pocket costs associated with the average FDA-approved drug a difficult task indeed. (One that has most likely </w:t>
      </w:r>
      <w:r>
        <w:rPr>
          <w:b w:val="0"/>
          <w:i w:val="0"/>
          <w:smallCaps w:val="0"/>
          <w:strike w:val="0"/>
          <w:sz w:val="16"/>
          <w:u w:val="none"/>
        </w:rPr>
        <w:t>lead</w:t>
      </w:r>
      <w:r>
        <w:rPr>
          <w:b w:val="0"/>
          <w:i w:val="0"/>
          <w:smallCaps w:val="0"/>
          <w:strike w:val="0"/>
          <w:sz w:val="16"/>
          <w:u w:val="none"/>
        </w:rPr>
        <w:t xml:space="preserve"> to the recent flurry of off-label </w:t>
      </w:r>
      <w:r>
        <w:rPr>
          <w:b w:val="0"/>
          <w:i w:val="0"/>
          <w:smallCaps w:val="0"/>
          <w:strike w:val="0"/>
          <w:sz w:val="16"/>
          <w:u w:val="none"/>
        </w:rPr>
        <w:t>promotion</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Moreover, </w:t>
      </w:r>
      <w:r>
        <w:rPr>
          <w:b w:val="0"/>
          <w:i w:val="0"/>
          <w:smallCaps w:val="0"/>
          <w:strike w:val="0"/>
          <w:u w:val="single"/>
        </w:rPr>
        <w:t xml:space="preserve">rampant </w:t>
      </w:r>
      <w:r>
        <w:rPr>
          <w:b w:val="0"/>
          <w:i w:val="0"/>
          <w:smallCaps w:val="0"/>
          <w:strike w:val="0"/>
          <w:highlight w:val="green"/>
          <w:u w:val="single"/>
        </w:rPr>
        <w:t>policies</w:t>
      </w:r>
      <w:r>
        <w:rPr>
          <w:b w:val="0"/>
          <w:i w:val="0"/>
          <w:smallCaps w:val="0"/>
          <w:strike w:val="0"/>
          <w:u w:val="single"/>
        </w:rPr>
        <w:t xml:space="preserve"> </w:t>
      </w:r>
      <w:r>
        <w:rPr>
          <w:b w:val="0"/>
          <w:i w:val="0"/>
          <w:smallCaps w:val="0"/>
          <w:strike w:val="0"/>
          <w:highlight w:val="green"/>
          <w:u w:val="single"/>
        </w:rPr>
        <w:t>in other nations</w:t>
      </w:r>
      <w:r>
        <w:rPr>
          <w:b w:val="0"/>
          <w:i w:val="0"/>
          <w:smallCaps w:val="0"/>
          <w:strike w:val="0"/>
          <w:u w:val="single"/>
        </w:rPr>
        <w:t xml:space="preserve"> to not pay the full costs of drugs</w:t>
      </w:r>
      <w:r>
        <w:rPr>
          <w:b w:val="0"/>
          <w:i w:val="0"/>
          <w:smallCaps w:val="0"/>
          <w:strike w:val="0"/>
          <w:sz w:val="16"/>
          <w:u w:val="none"/>
        </w:rPr>
        <w:t xml:space="preserve"> (e.g., through requiring drugs to be sold at discounts) also </w:t>
      </w:r>
      <w:r>
        <w:rPr>
          <w:b w:val="0"/>
          <w:i w:val="0"/>
          <w:smallCaps w:val="0"/>
          <w:strike w:val="0"/>
          <w:highlight w:val="green"/>
          <w:u w:val="single"/>
        </w:rPr>
        <w:t>reduce</w:t>
      </w:r>
      <w:r>
        <w:rPr>
          <w:b w:val="0"/>
          <w:i w:val="0"/>
          <w:smallCaps w:val="0"/>
          <w:strike w:val="0"/>
          <w:u w:val="single"/>
        </w:rPr>
        <w:t>s</w:t>
      </w:r>
      <w:r>
        <w:rPr>
          <w:b w:val="0"/>
          <w:i w:val="0"/>
          <w:smallCaps w:val="0"/>
          <w:strike w:val="0"/>
          <w:u w:val="single"/>
        </w:rPr>
        <w:t xml:space="preserve"> </w:t>
      </w:r>
      <w:r>
        <w:rPr>
          <w:b w:val="0"/>
          <w:i w:val="0"/>
          <w:smallCaps w:val="0"/>
          <w:strike w:val="0"/>
          <w:highlight w:val="green"/>
          <w:u w:val="single"/>
        </w:rPr>
        <w:t>the revenues</w:t>
      </w:r>
      <w:r>
        <w:rPr>
          <w:b w:val="0"/>
          <w:i w:val="0"/>
          <w:smallCaps w:val="0"/>
          <w:strike w:val="0"/>
          <w:u w:val="single"/>
        </w:rPr>
        <w:t xml:space="preserve"> </w:t>
      </w:r>
      <w:r>
        <w:rPr>
          <w:b w:val="0"/>
          <w:i w:val="0"/>
          <w:smallCaps w:val="0"/>
          <w:strike w:val="0"/>
          <w:highlight w:val="green"/>
          <w:u w:val="single"/>
        </w:rPr>
        <w:t>that</w:t>
      </w:r>
      <w:r>
        <w:rPr>
          <w:b w:val="0"/>
          <w:i w:val="0"/>
          <w:smallCaps w:val="0"/>
          <w:strike w:val="0"/>
          <w:u w:val="single"/>
        </w:rPr>
        <w:t xml:space="preserve"> </w:t>
      </w:r>
      <w:r>
        <w:rPr>
          <w:b w:val="0"/>
          <w:i w:val="0"/>
          <w:smallCaps w:val="0"/>
          <w:strike w:val="0"/>
          <w:highlight w:val="green"/>
          <w:u w:val="single"/>
        </w:rPr>
        <w:t>can</w:t>
      </w:r>
      <w:r>
        <w:rPr>
          <w:b w:val="0"/>
          <w:i w:val="0"/>
          <w:smallCaps w:val="0"/>
          <w:strike w:val="0"/>
          <w:u w:val="single"/>
        </w:rPr>
        <w:t xml:space="preserve"> </w:t>
      </w:r>
      <w:r>
        <w:rPr>
          <w:b w:val="0"/>
          <w:i w:val="0"/>
          <w:smallCaps w:val="0"/>
          <w:strike w:val="0"/>
          <w:highlight w:val="green"/>
          <w:u w:val="single"/>
        </w:rPr>
        <w:t>go back into R&amp;D</w:t>
      </w:r>
      <w:r>
        <w:rPr>
          <w:b w:val="0"/>
          <w:i w:val="0"/>
          <w:smallCaps w:val="0"/>
          <w:strike w:val="0"/>
          <w:u w:val="single"/>
        </w:rPr>
        <w:t xml:space="preserve"> and innovation.</w:t>
      </w:r>
    </w:p>
    <w:p>
      <w:pPr>
        <w:spacing w:after="60"/>
      </w:pPr>
      <w:r>
        <w:rPr>
          <w:b w:val="0"/>
          <w:i w:val="0"/>
          <w:smallCaps w:val="0"/>
          <w:strike w:val="0"/>
          <w:highlight w:val="green"/>
          <w:u w:val="single"/>
        </w:rPr>
        <w:t>Increasing</w:t>
      </w:r>
      <w:r>
        <w:rPr>
          <w:b w:val="0"/>
          <w:i w:val="0"/>
          <w:smallCaps w:val="0"/>
          <w:strike w:val="0"/>
          <w:u w:val="single"/>
        </w:rPr>
        <w:t xml:space="preserve"> </w:t>
      </w:r>
      <w:r>
        <w:rPr>
          <w:b w:val="0"/>
          <w:i w:val="0"/>
          <w:smallCaps w:val="0"/>
          <w:strike w:val="0"/>
          <w:u w:val="single"/>
        </w:rPr>
        <w:t>the</w:t>
      </w:r>
      <w:r>
        <w:rPr>
          <w:b w:val="0"/>
          <w:i w:val="0"/>
          <w:smallCaps w:val="0"/>
          <w:strike w:val="0"/>
          <w:u w:val="single"/>
        </w:rPr>
        <w:t xml:space="preserve"> effective </w:t>
      </w:r>
      <w:r>
        <w:rPr>
          <w:b w:val="0"/>
          <w:i w:val="0"/>
          <w:smallCaps w:val="0"/>
          <w:strike w:val="0"/>
          <w:highlight w:val="green"/>
          <w:u w:val="single"/>
        </w:rPr>
        <w:t>patent</w:t>
      </w:r>
      <w:r>
        <w:rPr>
          <w:b w:val="0"/>
          <w:i w:val="0"/>
          <w:smallCaps w:val="0"/>
          <w:strike w:val="0"/>
          <w:u w:val="single"/>
        </w:rPr>
        <w:t xml:space="preserve"> </w:t>
      </w:r>
      <w:r>
        <w:rPr>
          <w:b w:val="0"/>
          <w:i w:val="0"/>
          <w:smallCaps w:val="0"/>
          <w:strike w:val="0"/>
          <w:highlight w:val="green"/>
          <w:u w:val="single"/>
        </w:rPr>
        <w:t>life</w:t>
      </w:r>
      <w:r>
        <w:rPr>
          <w:b w:val="0"/>
          <w:i w:val="0"/>
          <w:smallCaps w:val="0"/>
          <w:strike w:val="0"/>
          <w:u w:val="single"/>
        </w:rPr>
        <w:t xml:space="preserve"> of R&amp;D intensive industries may be the incentive </w:t>
      </w:r>
      <w:r>
        <w:rPr>
          <w:b w:val="0"/>
          <w:i w:val="0"/>
          <w:smallCaps w:val="0"/>
          <w:strike w:val="0"/>
          <w:highlight w:val="green"/>
          <w:u w:val="single"/>
        </w:rPr>
        <w:t>needed to boost innovatio</w:t>
      </w:r>
      <w:r>
        <w:rPr>
          <w:b w:val="0"/>
          <w:i w:val="0"/>
          <w:smallCaps w:val="0"/>
          <w:strike w:val="0"/>
          <w:sz w:val="16"/>
          <w:highlight w:val="green"/>
          <w:u w:val="none"/>
        </w:rPr>
        <w:t>n</w:t>
      </w:r>
      <w:r>
        <w:rPr>
          <w:b w:val="0"/>
          <w:i w:val="0"/>
          <w:smallCaps w:val="0"/>
          <w:strike w:val="0"/>
          <w:sz w:val="16"/>
          <w:u w:val="none"/>
        </w:rPr>
        <w:t xml:space="preserve"> we are looking for, and </w:t>
      </w:r>
      <w:r>
        <w:rPr>
          <w:b w:val="0"/>
          <w:i w:val="0"/>
          <w:smallCaps w:val="0"/>
          <w:strike w:val="0"/>
          <w:highlight w:val="green"/>
          <w:u w:val="single"/>
        </w:rPr>
        <w:t>with</w:t>
      </w:r>
      <w:r>
        <w:rPr>
          <w:b w:val="0"/>
          <w:i w:val="0"/>
          <w:smallCaps w:val="0"/>
          <w:strike w:val="0"/>
          <w:sz w:val="16"/>
          <w:u w:val="none"/>
        </w:rPr>
        <w:t xml:space="preserve"> it</w:t>
      </w:r>
      <w:r>
        <w:rPr>
          <w:b w:val="0"/>
          <w:i w:val="0"/>
          <w:smallCaps w:val="0"/>
          <w:strike w:val="0"/>
          <w:sz w:val="16"/>
          <w:u w:val="none"/>
        </w:rPr>
        <w:t xml:space="preserve"> </w:t>
      </w:r>
      <w:r>
        <w:rPr>
          <w:b w:val="0"/>
          <w:i w:val="0"/>
          <w:smallCaps w:val="0"/>
          <w:strike w:val="0"/>
          <w:u w:val="single"/>
        </w:rPr>
        <w:t>real</w:t>
      </w:r>
      <w:r>
        <w:rPr>
          <w:b w:val="0"/>
          <w:i w:val="0"/>
          <w:smallCaps w:val="0"/>
          <w:strike w:val="0"/>
          <w:u w:val="single"/>
        </w:rPr>
        <w:t xml:space="preserve"> </w:t>
      </w:r>
      <w:r>
        <w:rPr>
          <w:b w:val="0"/>
          <w:i w:val="0"/>
          <w:smallCaps w:val="0"/>
          <w:strike w:val="0"/>
          <w:highlight w:val="green"/>
          <w:u w:val="single"/>
        </w:rPr>
        <w:t>benefits</w:t>
      </w:r>
      <w:r>
        <w:rPr>
          <w:b w:val="0"/>
          <w:i w:val="0"/>
          <w:smallCaps w:val="0"/>
          <w:strike w:val="0"/>
          <w:u w:val="single"/>
        </w:rPr>
        <w:t xml:space="preserve"> </w:t>
      </w:r>
      <w:r>
        <w:rPr>
          <w:b w:val="0"/>
          <w:i w:val="0"/>
          <w:smallCaps w:val="0"/>
          <w:strike w:val="0"/>
          <w:highlight w:val="green"/>
          <w:u w:val="single"/>
        </w:rPr>
        <w:t>to social welfar</w:t>
      </w:r>
      <w:r>
        <w:rPr>
          <w:b w:val="0"/>
          <w:i w:val="0"/>
          <w:smallCaps w:val="0"/>
          <w:strike w:val="0"/>
          <w:u w:val="single"/>
        </w:rPr>
        <w:t>e</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As Grabowski, an economist at Duke University argues, "</w:t>
      </w:r>
      <w:r>
        <w:rPr>
          <w:b w:val="0"/>
          <w:i w:val="0"/>
          <w:smallCaps w:val="0"/>
          <w:strike w:val="0"/>
          <w:highlight w:val="green"/>
          <w:u w:val="single"/>
        </w:rPr>
        <w:t>Without a</w:t>
      </w:r>
      <w:r>
        <w:rPr>
          <w:b w:val="0"/>
          <w:i w:val="0"/>
          <w:smallCaps w:val="0"/>
          <w:strike w:val="0"/>
          <w:u w:val="single"/>
        </w:rPr>
        <w:t xml:space="preserve"> well-structured </w:t>
      </w:r>
      <w:r>
        <w:rPr>
          <w:b w:val="0"/>
          <w:i w:val="0"/>
          <w:smallCaps w:val="0"/>
          <w:strike w:val="0"/>
          <w:highlight w:val="green"/>
          <w:u w:val="single"/>
        </w:rPr>
        <w:t>system of patent protection</w:t>
      </w:r>
      <w:r>
        <w:rPr>
          <w:b w:val="0"/>
          <w:i w:val="0"/>
          <w:smallCaps w:val="0"/>
          <w:strike w:val="0"/>
          <w:u w:val="single"/>
        </w:rPr>
        <w:t xml:space="preserve">, </w:t>
      </w:r>
      <w:r>
        <w:rPr>
          <w:b w:val="0"/>
          <w:i w:val="0"/>
          <w:smallCaps w:val="0"/>
          <w:strike w:val="0"/>
          <w:highlight w:val="green"/>
          <w:u w:val="single"/>
        </w:rPr>
        <w:t>neither</w:t>
      </w:r>
      <w:r>
        <w:rPr>
          <w:b w:val="0"/>
          <w:i w:val="0"/>
          <w:smallCaps w:val="0"/>
          <w:strike w:val="0"/>
          <w:u w:val="single"/>
        </w:rPr>
        <w:t xml:space="preserve"> the </w:t>
      </w:r>
      <w:r>
        <w:rPr>
          <w:b w:val="0"/>
          <w:i w:val="0"/>
          <w:smallCaps w:val="0"/>
          <w:strike w:val="0"/>
          <w:sz w:val="16"/>
          <w:u w:val="none"/>
        </w:rPr>
        <w:t>research</w:t>
      </w:r>
      <w:r>
        <w:rPr>
          <w:b w:val="0"/>
          <w:i w:val="0"/>
          <w:smallCaps w:val="0"/>
          <w:strike w:val="0"/>
          <w:u w:val="single"/>
        </w:rPr>
        <w:t xml:space="preserve"> </w:t>
      </w:r>
      <w:r>
        <w:rPr>
          <w:b w:val="0"/>
          <w:i w:val="0"/>
          <w:smallCaps w:val="0"/>
          <w:strike w:val="0"/>
          <w:highlight w:val="green"/>
          <w:u w:val="single"/>
        </w:rPr>
        <w:t>pharma</w:t>
      </w:r>
      <w:r>
        <w:rPr>
          <w:b w:val="0"/>
          <w:i w:val="0"/>
          <w:smallCaps w:val="0"/>
          <w:strike w:val="0"/>
          <w:sz w:val="16"/>
          <w:u w:val="none"/>
        </w:rPr>
        <w:t>ceutical</w:t>
      </w:r>
      <w:r>
        <w:rPr>
          <w:b w:val="0"/>
          <w:i w:val="0"/>
          <w:smallCaps w:val="0"/>
          <w:strike w:val="0"/>
          <w:u w:val="single"/>
        </w:rPr>
        <w:t xml:space="preserve"> industry </w:t>
      </w:r>
      <w:r>
        <w:rPr>
          <w:b w:val="0"/>
          <w:i w:val="0"/>
          <w:smallCaps w:val="0"/>
          <w:strike w:val="0"/>
          <w:highlight w:val="green"/>
          <w:u w:val="single"/>
        </w:rPr>
        <w:t>nor the</w:t>
      </w:r>
      <w:r>
        <w:rPr>
          <w:b w:val="0"/>
          <w:i w:val="0"/>
          <w:smallCaps w:val="0"/>
          <w:strike w:val="0"/>
          <w:u w:val="single"/>
        </w:rPr>
        <w:t xml:space="preserve"> </w:t>
      </w:r>
      <w:r>
        <w:rPr>
          <w:b w:val="0"/>
          <w:i w:val="0"/>
          <w:smallCaps w:val="0"/>
          <w:strike w:val="0"/>
          <w:highlight w:val="green"/>
          <w:u w:val="single"/>
        </w:rPr>
        <w:t>generic</w:t>
      </w:r>
      <w:r>
        <w:rPr>
          <w:b w:val="0"/>
          <w:i w:val="0"/>
          <w:smallCaps w:val="0"/>
          <w:strike w:val="0"/>
          <w:u w:val="single"/>
        </w:rPr>
        <w:t xml:space="preserve"> industry </w:t>
      </w:r>
      <w:r>
        <w:rPr>
          <w:b w:val="0"/>
          <w:i w:val="0"/>
          <w:smallCaps w:val="0"/>
          <w:strike w:val="0"/>
          <w:highlight w:val="green"/>
          <w:u w:val="single"/>
        </w:rPr>
        <w:t>would be able to grow</w:t>
      </w:r>
      <w:r>
        <w:rPr>
          <w:b w:val="0"/>
          <w:i w:val="0"/>
          <w:smallCaps w:val="0"/>
          <w:strike w:val="0"/>
          <w:u w:val="single"/>
        </w:rPr>
        <w:t xml:space="preserve"> and prosper</w:t>
      </w:r>
      <w:r>
        <w:rPr>
          <w:b w:val="0"/>
          <w:i w:val="0"/>
          <w:smallCaps w:val="0"/>
          <w:strike w:val="0"/>
          <w:sz w:val="16"/>
          <w:u w:val="none"/>
        </w:rPr>
        <w:t xml:space="preserve">, </w:t>
      </w:r>
      <w:r>
        <w:rPr>
          <w:b w:val="0"/>
          <w:i w:val="0"/>
          <w:smallCaps w:val="0"/>
          <w:strike w:val="0"/>
          <w:u w:val="single"/>
        </w:rPr>
        <w:t xml:space="preserve">as </w:t>
      </w:r>
      <w:r>
        <w:rPr>
          <w:b w:val="0"/>
          <w:i w:val="0"/>
          <w:smallCaps w:val="0"/>
          <w:strike w:val="0"/>
          <w:highlight w:val="green"/>
          <w:u w:val="single"/>
        </w:rPr>
        <w:t>the rate of new product</w:t>
      </w:r>
      <w:r>
        <w:rPr>
          <w:b w:val="0"/>
          <w:i w:val="0"/>
          <w:smallCaps w:val="0"/>
          <w:strike w:val="0"/>
          <w:u w:val="single"/>
        </w:rPr>
        <w:t xml:space="preserve"> introduction</w:t>
      </w:r>
      <w:r>
        <w:rPr>
          <w:b w:val="0"/>
          <w:i w:val="0"/>
          <w:smallCaps w:val="0"/>
          <w:strike w:val="0"/>
          <w:highlight w:val="green"/>
          <w:u w:val="single"/>
        </w:rPr>
        <w:t>s</w:t>
      </w:r>
      <w:r>
        <w:rPr>
          <w:b w:val="0"/>
          <w:i w:val="0"/>
          <w:smallCaps w:val="0"/>
          <w:strike w:val="0"/>
          <w:sz w:val="16"/>
          <w:u w:val="none"/>
        </w:rPr>
        <w:t xml:space="preserve"> and patent expirations </w:t>
      </w:r>
      <w:r>
        <w:rPr>
          <w:b w:val="0"/>
          <w:i w:val="0"/>
          <w:smallCaps w:val="0"/>
          <w:strike w:val="0"/>
          <w:highlight w:val="green"/>
          <w:u w:val="single"/>
        </w:rPr>
        <w:t xml:space="preserve">would decline </w:t>
      </w:r>
      <w:r>
        <w:rPr>
          <w:b w:val="0"/>
          <w:i w:val="0"/>
          <w:smallCaps w:val="0"/>
          <w:strike w:val="0"/>
          <w:u w:val="single"/>
        </w:rPr>
        <w:t>significantly</w:t>
      </w:r>
      <w:r>
        <w:rPr>
          <w:b w:val="0"/>
          <w:i w:val="0"/>
          <w:smallCaps w:val="0"/>
          <w:strike w:val="0"/>
          <w:sz w:val="16"/>
          <w:u w:val="none"/>
        </w:rPr>
        <w:t>." Overall, increasing pharmaceutical R&amp;D has positive spillovers.</w:t>
      </w:r>
      <w:r>
        <w:rPr>
          <w:b w:val="0"/>
          <w:i w:val="0"/>
          <w:smallCaps w:val="0"/>
          <w:strike w:val="0"/>
          <w:sz w:val="16"/>
          <w:u w:val="none"/>
        </w:rPr>
        <w:t xml:space="preserve"> </w:t>
      </w:r>
      <w:r>
        <w:rPr>
          <w:b w:val="0"/>
          <w:i w:val="0"/>
          <w:smallCaps w:val="0"/>
          <w:strike w:val="0"/>
          <w:sz w:val="16"/>
          <w:u w:val="none"/>
        </w:rPr>
        <w:t>It increases economic productivity and of course individual health and wellbeing.</w:t>
      </w:r>
      <w:r>
        <w:rPr>
          <w:b w:val="0"/>
          <w:i w:val="0"/>
          <w:smallCaps w:val="0"/>
          <w:strike w:val="0"/>
          <w:sz w:val="16"/>
          <w:u w:val="none"/>
        </w:rPr>
        <w:t xml:space="preserve"> </w:t>
      </w:r>
      <w:r>
        <w:rPr>
          <w:b w:val="0"/>
          <w:i w:val="0"/>
          <w:smallCaps w:val="0"/>
          <w:strike w:val="0"/>
          <w:highlight w:val="green"/>
          <w:u w:val="single"/>
        </w:rPr>
        <w:t xml:space="preserve">By increasing </w:t>
      </w:r>
      <w:r>
        <w:rPr>
          <w:b w:val="0"/>
          <w:i w:val="0"/>
          <w:smallCaps w:val="0"/>
          <w:strike w:val="0"/>
          <w:u w:val="single"/>
        </w:rPr>
        <w:t xml:space="preserve">the </w:t>
      </w:r>
      <w:r>
        <w:rPr>
          <w:b w:val="0"/>
          <w:i w:val="0"/>
          <w:smallCaps w:val="0"/>
          <w:strike w:val="0"/>
          <w:highlight w:val="green"/>
          <w:u w:val="single"/>
        </w:rPr>
        <w:t>returns</w:t>
      </w:r>
      <w:r>
        <w:rPr>
          <w:b w:val="0"/>
          <w:i w:val="0"/>
          <w:smallCaps w:val="0"/>
          <w:strike w:val="0"/>
          <w:u w:val="single"/>
        </w:rPr>
        <w:t xml:space="preserve"> to</w:t>
      </w:r>
      <w:r>
        <w:rPr>
          <w:b w:val="0"/>
          <w:i w:val="0"/>
          <w:smallCaps w:val="0"/>
          <w:strike w:val="0"/>
          <w:sz w:val="16"/>
          <w:u w:val="none"/>
        </w:rPr>
        <w:t xml:space="preserve"> life sciences </w:t>
      </w:r>
      <w:r>
        <w:rPr>
          <w:b w:val="0"/>
          <w:i w:val="0"/>
          <w:smallCaps w:val="0"/>
          <w:strike w:val="0"/>
          <w:u w:val="single"/>
        </w:rPr>
        <w:t>innovation</w:t>
      </w:r>
      <w:r>
        <w:rPr>
          <w:b w:val="0"/>
          <w:i w:val="0"/>
          <w:smallCaps w:val="0"/>
          <w:strike w:val="0"/>
          <w:sz w:val="16"/>
          <w:u w:val="none"/>
        </w:rPr>
        <w:t xml:space="preserve">, </w:t>
      </w:r>
      <w:r>
        <w:rPr>
          <w:b w:val="0"/>
          <w:i w:val="0"/>
          <w:smallCaps w:val="0"/>
          <w:strike w:val="0"/>
          <w:highlight w:val="green"/>
          <w:u w:val="single"/>
        </w:rPr>
        <w:t>firms would</w:t>
      </w:r>
      <w:r>
        <w:rPr>
          <w:b w:val="0"/>
          <w:i w:val="0"/>
          <w:smallCaps w:val="0"/>
          <w:strike w:val="0"/>
          <w:sz w:val="16"/>
          <w:u w:val="none"/>
        </w:rPr>
        <w:t xml:space="preserve"> be increasingly willing to </w:t>
      </w:r>
      <w:r>
        <w:rPr>
          <w:b w:val="0"/>
          <w:i w:val="0"/>
          <w:smallCaps w:val="0"/>
          <w:strike w:val="0"/>
          <w:highlight w:val="green"/>
          <w:u w:val="single"/>
        </w:rPr>
        <w:t>take on the substantial</w:t>
      </w:r>
      <w:r>
        <w:rPr>
          <w:b w:val="0"/>
          <w:i w:val="0"/>
          <w:smallCaps w:val="0"/>
          <w:strike w:val="0"/>
          <w:u w:val="single"/>
        </w:rPr>
        <w:t xml:space="preserve"> out-of-pocket </w:t>
      </w:r>
      <w:r>
        <w:rPr>
          <w:b w:val="0"/>
          <w:i w:val="0"/>
          <w:smallCaps w:val="0"/>
          <w:strike w:val="0"/>
          <w:highlight w:val="green"/>
          <w:u w:val="single"/>
        </w:rPr>
        <w:t>costs</w:t>
      </w:r>
      <w:r>
        <w:rPr>
          <w:b w:val="0"/>
          <w:i w:val="0"/>
          <w:smallCaps w:val="0"/>
          <w:strike w:val="0"/>
          <w:sz w:val="16"/>
          <w:u w:val="none"/>
        </w:rPr>
        <w:t xml:space="preserve"> associated </w:t>
      </w:r>
      <w:r>
        <w:rPr>
          <w:b w:val="0"/>
          <w:i w:val="0"/>
          <w:smallCaps w:val="0"/>
          <w:strike w:val="0"/>
          <w:highlight w:val="green"/>
          <w:u w:val="single"/>
        </w:rPr>
        <w:t>with</w:t>
      </w:r>
      <w:r>
        <w:rPr>
          <w:b w:val="0"/>
          <w:i w:val="0"/>
          <w:smallCaps w:val="0"/>
          <w:strike w:val="0"/>
          <w:u w:val="single"/>
        </w:rPr>
        <w:t xml:space="preserve"> bringing </w:t>
      </w:r>
      <w:r>
        <w:rPr>
          <w:b w:val="0"/>
          <w:i w:val="0"/>
          <w:smallCaps w:val="0"/>
          <w:strike w:val="0"/>
          <w:highlight w:val="green"/>
          <w:u w:val="single"/>
        </w:rPr>
        <w:t>new drugs</w:t>
      </w:r>
      <w:r>
        <w:rPr>
          <w:b w:val="0"/>
          <w:i w:val="0"/>
          <w:smallCaps w:val="0"/>
          <w:strike w:val="0"/>
          <w:sz w:val="16"/>
          <w:u w:val="none"/>
        </w:rPr>
        <w:t xml:space="preserve"> to market, with real implications for life-expectancy, and real-wealth.</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