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DAOs</w:t>
      </w:r>
      <w:r>
        <w:rPr>
          <w:b/>
          <w:i w:val="0"/>
          <w:smallCaps w:val="0"/>
          <w:strike w:val="0"/>
          <w:sz w:val="26"/>
          <w:u w:val="none"/>
        </w:rPr>
        <w:t xml:space="preserve"> </w:t>
      </w:r>
      <w:r>
        <w:rPr>
          <w:b/>
          <w:i w:val="0"/>
          <w:smallCaps w:val="0"/>
          <w:strike w:val="0"/>
          <w:sz w:val="26"/>
          <w:u w:val="single"/>
        </w:rPr>
        <w:t>revolutionize</w:t>
      </w:r>
      <w:r>
        <w:rPr>
          <w:b/>
          <w:i w:val="0"/>
          <w:smallCaps w:val="0"/>
          <w:strike w:val="0"/>
          <w:sz w:val="26"/>
          <w:u w:val="none"/>
        </w:rPr>
        <w:t xml:space="preserve"> governance by building </w:t>
      </w:r>
      <w:r>
        <w:rPr>
          <w:b/>
          <w:i w:val="0"/>
          <w:smallCaps w:val="0"/>
          <w:strike w:val="0"/>
          <w:sz w:val="26"/>
          <w:u w:val="single"/>
        </w:rPr>
        <w:t>cooperation</w:t>
      </w:r>
      <w:r>
        <w:rPr>
          <w:b/>
          <w:i w:val="0"/>
          <w:smallCaps w:val="0"/>
          <w:strike w:val="0"/>
          <w:sz w:val="26"/>
          <w:u w:val="none"/>
        </w:rPr>
        <w:t xml:space="preserve"> and </w:t>
      </w:r>
      <w:r>
        <w:rPr>
          <w:b/>
          <w:i w:val="0"/>
          <w:smallCaps w:val="0"/>
          <w:strike w:val="0"/>
          <w:sz w:val="26"/>
          <w:u w:val="single"/>
        </w:rPr>
        <w:t>societal resilience</w:t>
      </w:r>
      <w:r>
        <w:rPr>
          <w:b/>
          <w:i w:val="0"/>
          <w:smallCaps w:val="0"/>
          <w:strike w:val="0"/>
          <w:sz w:val="26"/>
          <w:u w:val="none"/>
        </w:rPr>
        <w:t xml:space="preserve"> to a </w:t>
      </w:r>
      <w:r>
        <w:rPr>
          <w:b/>
          <w:i w:val="0"/>
          <w:smallCaps w:val="0"/>
          <w:strike w:val="0"/>
          <w:sz w:val="26"/>
          <w:u w:val="single"/>
        </w:rPr>
        <w:t>laundry list</w:t>
      </w:r>
      <w:r>
        <w:rPr>
          <w:b/>
          <w:i w:val="0"/>
          <w:smallCaps w:val="0"/>
          <w:strike w:val="0"/>
          <w:sz w:val="26"/>
          <w:u w:val="none"/>
        </w:rPr>
        <w:t xml:space="preserve"> of </w:t>
      </w:r>
      <w:r>
        <w:rPr>
          <w:b/>
          <w:i w:val="0"/>
          <w:smallCaps w:val="0"/>
          <w:strike w:val="0"/>
          <w:sz w:val="26"/>
          <w:u w:val="none"/>
        </w:rPr>
        <w:t xml:space="preserve">existential </w:t>
      </w:r>
      <w:r>
        <w:rPr>
          <w:b/>
          <w:i w:val="0"/>
          <w:smallCaps w:val="0"/>
          <w:strike w:val="0"/>
          <w:sz w:val="26"/>
          <w:u w:val="single"/>
        </w:rPr>
        <w:t>threats</w:t>
      </w:r>
      <w:r>
        <w:rPr>
          <w:b w:val="0"/>
          <w:i w:val="0"/>
          <w:smallCaps w:val="0"/>
          <w:strike w:val="0"/>
          <w:sz w:val="26"/>
          <w:u w:val="none"/>
        </w:rPr>
        <w:t>---</w:t>
      </w:r>
      <w:r>
        <w:rPr>
          <w:b w:val="0"/>
          <w:i w:val="0"/>
          <w:smallCaps w:val="0"/>
          <w:strike w:val="0"/>
          <w:sz w:val="26"/>
          <w:u w:val="single"/>
        </w:rPr>
        <w:t>climate</w:t>
      </w:r>
      <w:r>
        <w:rPr>
          <w:b w:val="0"/>
          <w:i w:val="0"/>
          <w:smallCaps w:val="0"/>
          <w:strike w:val="0"/>
          <w:sz w:val="26"/>
          <w:u w:val="none"/>
        </w:rPr>
        <w:t xml:space="preserve">, nuclear </w:t>
      </w:r>
      <w:r>
        <w:rPr>
          <w:b w:val="0"/>
          <w:i w:val="0"/>
          <w:smallCaps w:val="0"/>
          <w:strike w:val="0"/>
          <w:sz w:val="26"/>
          <w:u w:val="single"/>
        </w:rPr>
        <w:t>proliferation</w:t>
      </w:r>
      <w:r>
        <w:rPr>
          <w:b w:val="0"/>
          <w:i w:val="0"/>
          <w:smallCaps w:val="0"/>
          <w:strike w:val="0"/>
          <w:sz w:val="26"/>
          <w:u w:val="none"/>
        </w:rPr>
        <w:t xml:space="preserve">, poverty, </w:t>
      </w:r>
      <w:r>
        <w:rPr>
          <w:b w:val="0"/>
          <w:i w:val="0"/>
          <w:smallCaps w:val="0"/>
          <w:strike w:val="0"/>
          <w:sz w:val="26"/>
          <w:u w:val="single"/>
        </w:rPr>
        <w:t>space</w:t>
      </w:r>
      <w:r>
        <w:rPr>
          <w:b w:val="0"/>
          <w:i w:val="0"/>
          <w:smallCaps w:val="0"/>
          <w:strike w:val="0"/>
          <w:sz w:val="26"/>
          <w:u w:val="none"/>
        </w:rPr>
        <w:t xml:space="preserve"> regulations, and </w:t>
      </w:r>
      <w:r>
        <w:rPr>
          <w:b w:val="0"/>
          <w:i w:val="0"/>
          <w:smallCaps w:val="0"/>
          <w:strike w:val="0"/>
          <w:sz w:val="26"/>
          <w:u w:val="single"/>
        </w:rPr>
        <w:t>pandemics</w:t>
      </w:r>
      <w:r>
        <w:rPr>
          <w:b w:val="0"/>
          <w:i w:val="0"/>
          <w:smallCaps w:val="0"/>
          <w:strike w:val="0"/>
          <w:sz w:val="26"/>
          <w:u w:val="none"/>
        </w:rPr>
        <w:t>.</w:t>
      </w:r>
    </w:p>
    <w:p>
      <w:pPr>
        <w:spacing w:after="80"/>
      </w:pPr>
      <w:r>
        <w:rPr>
          <w:b/>
          <w:i w:val="0"/>
          <w:smallCaps w:val="0"/>
          <w:strike w:val="0"/>
          <w:sz w:val="26"/>
          <w:u w:val="none"/>
        </w:rPr>
        <w:t>Idrees ’23</w:t>
      </w:r>
      <w:r>
        <w:rPr>
          <w:b w:val="0"/>
          <w:i w:val="0"/>
          <w:smallCaps w:val="0"/>
          <w:strike w:val="0"/>
          <w:sz w:val="22"/>
          <w:u w:val="none"/>
        </w:rPr>
        <w:t xml:space="preserve"> [Muhammad; September 4; B.E. in Mechatronics, Robotics, and Automation Engineering</w:t>
      </w:r>
      <w:r>
        <w:rPr>
          <w:b w:val="0"/>
          <w:i w:val="0"/>
          <w:smallCaps w:val="0"/>
          <w:strike w:val="0"/>
          <w:sz w:val="22"/>
          <w:u w:val="none"/>
        </w:rPr>
        <w:t xml:space="preserve"> from National University of Sciences and Technology</w:t>
      </w:r>
      <w:r>
        <w:rPr>
          <w:b w:val="0"/>
          <w:i w:val="0"/>
          <w:smallCaps w:val="0"/>
          <w:strike w:val="0"/>
          <w:sz w:val="22"/>
          <w:u w:val="none"/>
        </w:rPr>
        <w:t>; Medium, “</w:t>
      </w:r>
      <w:r>
        <w:rPr>
          <w:b w:val="0"/>
          <w:i w:val="0"/>
          <w:smallCaps w:val="0"/>
          <w:strike w:val="0"/>
          <w:sz w:val="22"/>
          <w:u w:val="none"/>
        </w:rPr>
        <w:t>From Tribes to DAOs — The Next Frontier in Social Governance</w:t>
      </w:r>
      <w:r>
        <w:rPr>
          <w:b w:val="0"/>
          <w:i w:val="0"/>
          <w:smallCaps w:val="0"/>
          <w:strike w:val="0"/>
          <w:sz w:val="22"/>
          <w:u w:val="none"/>
        </w:rPr>
        <w:t xml:space="preserve">,” </w:t>
      </w:r>
      <w:r>
        <w:rPr>
          <w:b w:val="0"/>
          <w:i w:val="0"/>
          <w:smallCaps w:val="0"/>
          <w:strike w:val="0"/>
          <w:sz w:val="22"/>
          <w:u w:val="none"/>
        </w:rPr>
        <w:t>https://medium.com/blockapex/from-tribes-to-daos-the-next-frontier-in-social-governance-52e1ad095d0</w:t>
      </w:r>
      <w:r>
        <w:rPr>
          <w:b w:val="0"/>
          <w:i w:val="0"/>
          <w:smallCaps w:val="0"/>
          <w:strike w:val="0"/>
          <w:sz w:val="22"/>
          <w:u w:val="none"/>
        </w:rPr>
        <w:t>]</w:t>
      </w:r>
      <w:r>
        <w:rPr>
          <w:b w:val="0"/>
          <w:i w:val="0"/>
          <w:smallCaps w:val="0"/>
          <w:strike w:val="0"/>
          <w:sz w:val="22"/>
          <w:u w:val="none"/>
        </w:rPr>
        <w:t>/raghav</w:t>
      </w:r>
    </w:p>
    <w:p>
      <w:pPr>
        <w:spacing w:after="60"/>
      </w:pPr>
      <w:r>
        <w:rPr>
          <w:b w:val="0"/>
          <w:i w:val="0"/>
          <w:smallCaps w:val="0"/>
          <w:strike w:val="0"/>
          <w:sz w:val="22"/>
          <w:u w:val="single"/>
        </w:rPr>
        <w:t xml:space="preserve">As </w:t>
      </w:r>
      <w:r>
        <w:rPr>
          <w:b w:val="0"/>
          <w:i w:val="0"/>
          <w:smallCaps w:val="0"/>
          <w:strike w:val="0"/>
          <w:sz w:val="22"/>
          <w:highlight w:val="cyan"/>
          <w:u w:val="single"/>
        </w:rPr>
        <w:t>human</w:t>
      </w:r>
      <w:r>
        <w:rPr>
          <w:b w:val="0"/>
          <w:i w:val="0"/>
          <w:smallCaps w:val="0"/>
          <w:strike w:val="0"/>
          <w:sz w:val="22"/>
          <w:u w:val="single"/>
        </w:rPr>
        <w:t xml:space="preserve"> beings have</w:t>
      </w:r>
      <w:r>
        <w:rPr>
          <w:b w:val="0"/>
          <w:i w:val="0"/>
          <w:smallCaps w:val="0"/>
          <w:strike w:val="0"/>
          <w:sz w:val="16"/>
          <w:u w:val="none"/>
        </w:rPr>
        <w:t xml:space="preserve"> </w:t>
      </w:r>
      <w:r>
        <w:rPr>
          <w:b/>
          <w:i w:val="0"/>
          <w:smallCaps w:val="0"/>
          <w:strike w:val="0"/>
          <w:sz w:val="24"/>
          <w:u w:val="single"/>
        </w:rPr>
        <w:t>evolved</w:t>
      </w:r>
      <w:r>
        <w:rPr>
          <w:b w:val="0"/>
          <w:i w:val="0"/>
          <w:smallCaps w:val="0"/>
          <w:strike w:val="0"/>
          <w:sz w:val="16"/>
          <w:u w:val="none"/>
        </w:rPr>
        <w:t xml:space="preserve">, they have discovered </w:t>
      </w:r>
      <w:r>
        <w:rPr>
          <w:b/>
          <w:i w:val="0"/>
          <w:smallCaps w:val="0"/>
          <w:strike w:val="0"/>
          <w:sz w:val="24"/>
          <w:u w:val="single"/>
        </w:rPr>
        <w:t>new means</w:t>
      </w:r>
      <w:r>
        <w:rPr>
          <w:b w:val="0"/>
          <w:i w:val="0"/>
          <w:smallCaps w:val="0"/>
          <w:strike w:val="0"/>
          <w:sz w:val="16"/>
          <w:u w:val="none"/>
        </w:rPr>
        <w:t xml:space="preserve"> of communication, </w:t>
      </w:r>
      <w:r>
        <w:rPr>
          <w:b w:val="0"/>
          <w:i w:val="0"/>
          <w:smallCaps w:val="0"/>
          <w:strike w:val="0"/>
          <w:sz w:val="22"/>
          <w:u w:val="single"/>
        </w:rPr>
        <w:t>leading to</w:t>
      </w:r>
      <w:r>
        <w:rPr>
          <w:b w:val="0"/>
          <w:i w:val="0"/>
          <w:smallCaps w:val="0"/>
          <w:strike w:val="0"/>
          <w:sz w:val="16"/>
          <w:u w:val="none"/>
        </w:rPr>
        <w:t xml:space="preserve"> </w:t>
      </w:r>
      <w:r>
        <w:rPr>
          <w:b/>
          <w:i w:val="0"/>
          <w:smallCaps w:val="0"/>
          <w:strike w:val="0"/>
          <w:sz w:val="24"/>
          <w:u w:val="single"/>
        </w:rPr>
        <w:t>enhanced coordination</w:t>
      </w:r>
      <w:r>
        <w:rPr>
          <w:b w:val="0"/>
          <w:i w:val="0"/>
          <w:smallCaps w:val="0"/>
          <w:strike w:val="0"/>
          <w:sz w:val="16"/>
          <w:u w:val="none"/>
        </w:rPr>
        <w:t xml:space="preserve"> that in turn gave rise to social systems. </w:t>
      </w:r>
      <w:r>
        <w:rPr>
          <w:b w:val="0"/>
          <w:i w:val="0"/>
          <w:smallCaps w:val="0"/>
          <w:strike w:val="0"/>
          <w:sz w:val="22"/>
          <w:u w:val="single"/>
        </w:rPr>
        <w:t xml:space="preserve">This </w:t>
      </w:r>
      <w:r>
        <w:rPr>
          <w:b w:val="0"/>
          <w:i w:val="0"/>
          <w:smallCaps w:val="0"/>
          <w:strike w:val="0"/>
          <w:sz w:val="22"/>
          <w:highlight w:val="cyan"/>
          <w:u w:val="single"/>
        </w:rPr>
        <w:t>evolution</w:t>
      </w:r>
      <w:r>
        <w:rPr>
          <w:b w:val="0"/>
          <w:i w:val="0"/>
          <w:smallCaps w:val="0"/>
          <w:strike w:val="0"/>
          <w:sz w:val="22"/>
          <w:u w:val="single"/>
        </w:rPr>
        <w:t xml:space="preserve"> has </w:t>
      </w:r>
      <w:r>
        <w:rPr>
          <w:b/>
          <w:i w:val="0"/>
          <w:smallCaps w:val="0"/>
          <w:strike w:val="0"/>
          <w:sz w:val="24"/>
          <w:highlight w:val="cyan"/>
          <w:u w:val="single"/>
        </w:rPr>
        <w:t>necessitated</w:t>
      </w:r>
      <w:r>
        <w:rPr>
          <w:b w:val="0"/>
          <w:i w:val="0"/>
          <w:smallCaps w:val="0"/>
          <w:strike w:val="0"/>
          <w:sz w:val="22"/>
          <w:u w:val="single"/>
        </w:rPr>
        <w:t xml:space="preserve"> the </w:t>
      </w:r>
      <w:r>
        <w:rPr>
          <w:b/>
          <w:i w:val="0"/>
          <w:smallCaps w:val="0"/>
          <w:strike w:val="0"/>
          <w:sz w:val="24"/>
          <w:highlight w:val="cyan"/>
          <w:u w:val="single"/>
        </w:rPr>
        <w:t>governance</w:t>
      </w:r>
      <w:r>
        <w:rPr>
          <w:b w:val="0"/>
          <w:i w:val="0"/>
          <w:smallCaps w:val="0"/>
          <w:strike w:val="0"/>
          <w:sz w:val="22"/>
          <w:u w:val="single"/>
        </w:rPr>
        <w:t xml:space="preserve"> of these societies, </w:t>
      </w:r>
      <w:r>
        <w:rPr>
          <w:b w:val="0"/>
          <w:i w:val="0"/>
          <w:smallCaps w:val="0"/>
          <w:strike w:val="0"/>
          <w:sz w:val="22"/>
          <w:highlight w:val="cyan"/>
          <w:u w:val="single"/>
        </w:rPr>
        <w:t xml:space="preserve">spawning </w:t>
      </w:r>
      <w:r>
        <w:rPr>
          <w:b/>
          <w:i w:val="0"/>
          <w:smallCaps w:val="0"/>
          <w:strike w:val="0"/>
          <w:sz w:val="24"/>
          <w:highlight w:val="cyan"/>
          <w:u w:val="single"/>
        </w:rPr>
        <w:t>various</w:t>
      </w:r>
      <w:r>
        <w:rPr>
          <w:b w:val="0"/>
          <w:i w:val="0"/>
          <w:smallCaps w:val="0"/>
          <w:strike w:val="0"/>
          <w:sz w:val="22"/>
          <w:highlight w:val="cyan"/>
          <w:u w:val="single"/>
        </w:rPr>
        <w:t xml:space="preserve"> legal</w:t>
      </w:r>
      <w:r>
        <w:rPr>
          <w:b w:val="0"/>
          <w:i w:val="0"/>
          <w:smallCaps w:val="0"/>
          <w:strike w:val="0"/>
          <w:sz w:val="22"/>
          <w:u w:val="single"/>
        </w:rPr>
        <w:t xml:space="preserve"> and governance </w:t>
      </w:r>
      <w:r>
        <w:rPr>
          <w:b/>
          <w:i w:val="0"/>
          <w:smallCaps w:val="0"/>
          <w:strike w:val="0"/>
          <w:sz w:val="24"/>
          <w:highlight w:val="cyan"/>
          <w:u w:val="single"/>
        </w:rPr>
        <w:t>structures</w:t>
      </w:r>
      <w:r>
        <w:rPr>
          <w:b w:val="0"/>
          <w:i w:val="0"/>
          <w:smallCaps w:val="0"/>
          <w:strike w:val="0"/>
          <w:sz w:val="22"/>
          <w:u w:val="single"/>
        </w:rPr>
        <w:t xml:space="preserve">. </w:t>
      </w:r>
      <w:r>
        <w:rPr>
          <w:b w:val="0"/>
          <w:i w:val="0"/>
          <w:smallCaps w:val="0"/>
          <w:strike w:val="0"/>
          <w:sz w:val="16"/>
          <w:u w:val="none"/>
        </w:rPr>
        <w:t xml:space="preserve">Following the advent of the internet and the digital revolution, which introduced modern concepts of globalization and a shared global community, </w:t>
      </w:r>
      <w:r>
        <w:rPr>
          <w:b w:val="0"/>
          <w:i w:val="0"/>
          <w:smallCaps w:val="0"/>
          <w:strike w:val="0"/>
          <w:sz w:val="22"/>
          <w:u w:val="single"/>
        </w:rPr>
        <w:t>we are witnessing a paradigm shift towards</w:t>
      </w:r>
      <w:r>
        <w:rPr>
          <w:b w:val="0"/>
          <w:i w:val="0"/>
          <w:smallCaps w:val="0"/>
          <w:strike w:val="0"/>
          <w:sz w:val="16"/>
          <w:u w:val="single"/>
        </w:rPr>
        <w:t xml:space="preserve"> </w:t>
      </w:r>
      <w:r>
        <w:rPr>
          <w:b/>
          <w:i w:val="0"/>
          <w:smallCaps w:val="0"/>
          <w:strike w:val="0"/>
          <w:sz w:val="24"/>
          <w:highlight w:val="cyan"/>
          <w:u w:val="single"/>
        </w:rPr>
        <w:t>decentralized</w:t>
      </w:r>
      <w:r>
        <w:rPr>
          <w:b w:val="0"/>
          <w:i w:val="0"/>
          <w:smallCaps w:val="0"/>
          <w:strike w:val="0"/>
          <w:sz w:val="22"/>
          <w:u w:val="single"/>
        </w:rPr>
        <w:t xml:space="preserve"> systems and AI. These </w:t>
      </w:r>
      <w:r>
        <w:rPr>
          <w:b w:val="0"/>
          <w:i w:val="0"/>
          <w:smallCaps w:val="0"/>
          <w:strike w:val="0"/>
          <w:sz w:val="22"/>
          <w:highlight w:val="cyan"/>
          <w:u w:val="single"/>
        </w:rPr>
        <w:t>technologies</w:t>
      </w:r>
      <w:r>
        <w:rPr>
          <w:b w:val="0"/>
          <w:i w:val="0"/>
          <w:smallCaps w:val="0"/>
          <w:strike w:val="0"/>
          <w:sz w:val="22"/>
          <w:u w:val="single"/>
        </w:rPr>
        <w:t xml:space="preserve"> are </w:t>
      </w:r>
      <w:r>
        <w:rPr>
          <w:b/>
          <w:i w:val="0"/>
          <w:smallCaps w:val="0"/>
          <w:strike w:val="0"/>
          <w:sz w:val="24"/>
          <w:highlight w:val="cyan"/>
          <w:u w:val="single"/>
        </w:rPr>
        <w:t>revolutionizing</w:t>
      </w:r>
      <w:r>
        <w:rPr>
          <w:b w:val="0"/>
          <w:i w:val="0"/>
          <w:smallCaps w:val="0"/>
          <w:strike w:val="0"/>
          <w:sz w:val="22"/>
          <w:u w:val="single"/>
        </w:rPr>
        <w:t xml:space="preserve"> how humans communicate, coordinate, and cooperate, thereby creating a </w:t>
      </w:r>
      <w:r>
        <w:rPr>
          <w:b w:val="0"/>
          <w:i w:val="0"/>
          <w:smallCaps w:val="0"/>
          <w:strike w:val="0"/>
          <w:sz w:val="22"/>
          <w:highlight w:val="cyan"/>
          <w:u w:val="single"/>
        </w:rPr>
        <w:t>need to leverage</w:t>
      </w:r>
      <w:r>
        <w:rPr>
          <w:b w:val="0"/>
          <w:i w:val="0"/>
          <w:smallCaps w:val="0"/>
          <w:strike w:val="0"/>
          <w:sz w:val="22"/>
          <w:u w:val="single"/>
        </w:rPr>
        <w:t xml:space="preserve"> these </w:t>
      </w:r>
      <w:r>
        <w:rPr>
          <w:b/>
          <w:i w:val="0"/>
          <w:smallCaps w:val="0"/>
          <w:strike w:val="0"/>
          <w:sz w:val="24"/>
          <w:u w:val="single"/>
        </w:rPr>
        <w:t>advancements</w:t>
      </w:r>
      <w:r>
        <w:rPr>
          <w:b w:val="0"/>
          <w:i w:val="0"/>
          <w:smallCaps w:val="0"/>
          <w:strike w:val="0"/>
          <w:sz w:val="22"/>
          <w:u w:val="single"/>
        </w:rPr>
        <w:t xml:space="preserve"> for </w:t>
      </w:r>
      <w:r>
        <w:rPr>
          <w:b/>
          <w:i w:val="0"/>
          <w:smallCaps w:val="0"/>
          <w:strike w:val="0"/>
          <w:sz w:val="24"/>
          <w:highlight w:val="cyan"/>
          <w:u w:val="single"/>
        </w:rPr>
        <w:t>new methods</w:t>
      </w:r>
      <w:r>
        <w:rPr>
          <w:b w:val="0"/>
          <w:i w:val="0"/>
          <w:smallCaps w:val="0"/>
          <w:strike w:val="0"/>
          <w:sz w:val="22"/>
          <w:highlight w:val="cyan"/>
          <w:u w:val="single"/>
        </w:rPr>
        <w:t xml:space="preserve"> of self-organization</w:t>
      </w:r>
      <w:r>
        <w:rPr>
          <w:b w:val="0"/>
          <w:i w:val="0"/>
          <w:smallCaps w:val="0"/>
          <w:strike w:val="0"/>
          <w:sz w:val="22"/>
          <w:u w:val="single"/>
        </w:rPr>
        <w:t xml:space="preserve"> and </w:t>
      </w:r>
      <w:r>
        <w:rPr>
          <w:b/>
          <w:i w:val="0"/>
          <w:smallCaps w:val="0"/>
          <w:strike w:val="0"/>
          <w:sz w:val="24"/>
          <w:u w:val="single"/>
        </w:rPr>
        <w:t>collaboration</w:t>
      </w:r>
      <w:r>
        <w:rPr>
          <w:b w:val="0"/>
          <w:i w:val="0"/>
          <w:smallCaps w:val="0"/>
          <w:strike w:val="0"/>
          <w:sz w:val="22"/>
          <w:u w:val="single"/>
        </w:rPr>
        <w:t>. Decentralized Autonomous Organizations (</w:t>
      </w:r>
      <w:r>
        <w:rPr>
          <w:b/>
          <w:i w:val="0"/>
          <w:smallCaps w:val="0"/>
          <w:strike w:val="0"/>
          <w:sz w:val="24"/>
          <w:highlight w:val="cyan"/>
          <w:u w:val="single"/>
        </w:rPr>
        <w:t>DAOs</w:t>
      </w:r>
      <w:r>
        <w:rPr>
          <w:b w:val="0"/>
          <w:i w:val="0"/>
          <w:smallCaps w:val="0"/>
          <w:strike w:val="0"/>
          <w:sz w:val="22"/>
          <w:u w:val="single"/>
        </w:rPr>
        <w:t xml:space="preserve">) could potentially </w:t>
      </w:r>
      <w:r>
        <w:rPr>
          <w:b w:val="0"/>
          <w:i w:val="0"/>
          <w:smallCaps w:val="0"/>
          <w:strike w:val="0"/>
          <w:sz w:val="22"/>
          <w:highlight w:val="cyan"/>
          <w:u w:val="single"/>
        </w:rPr>
        <w:t>serve as</w:t>
      </w:r>
      <w:r>
        <w:rPr>
          <w:b w:val="0"/>
          <w:i w:val="0"/>
          <w:smallCaps w:val="0"/>
          <w:strike w:val="0"/>
          <w:sz w:val="22"/>
          <w:u w:val="single"/>
        </w:rPr>
        <w:t xml:space="preserve"> this </w:t>
      </w:r>
      <w:r>
        <w:rPr>
          <w:b/>
          <w:i w:val="0"/>
          <w:smallCaps w:val="0"/>
          <w:strike w:val="0"/>
          <w:sz w:val="24"/>
          <w:highlight w:val="cyan"/>
          <w:u w:val="single"/>
        </w:rPr>
        <w:t>new framework</w:t>
      </w:r>
      <w:r>
        <w:rPr>
          <w:b w:val="0"/>
          <w:i w:val="0"/>
          <w:smallCaps w:val="0"/>
          <w:strike w:val="0"/>
          <w:sz w:val="22"/>
          <w:u w:val="single"/>
        </w:rPr>
        <w:t xml:space="preserve"> for </w:t>
      </w:r>
      <w:r>
        <w:rPr>
          <w:b/>
          <w:i w:val="0"/>
          <w:smallCaps w:val="0"/>
          <w:strike w:val="0"/>
          <w:sz w:val="24"/>
          <w:u w:val="single"/>
        </w:rPr>
        <w:t>governance</w:t>
      </w:r>
      <w:r>
        <w:rPr>
          <w:b w:val="0"/>
          <w:i w:val="0"/>
          <w:smallCaps w:val="0"/>
          <w:strike w:val="0"/>
          <w:sz w:val="22"/>
          <w:u w:val="single"/>
        </w:rPr>
        <w:t xml:space="preserve"> in an age characterized by </w:t>
      </w:r>
      <w:r>
        <w:rPr>
          <w:b/>
          <w:i w:val="0"/>
          <w:smallCaps w:val="0"/>
          <w:strike w:val="0"/>
          <w:sz w:val="24"/>
          <w:u w:val="single"/>
        </w:rPr>
        <w:t>decentralization</w:t>
      </w:r>
      <w:r>
        <w:rPr>
          <w:b w:val="0"/>
          <w:i w:val="0"/>
          <w:smallCaps w:val="0"/>
          <w:strike w:val="0"/>
          <w:sz w:val="22"/>
          <w:u w:val="single"/>
        </w:rPr>
        <w:t xml:space="preserve"> and functional autonomy. Therefore, DAOs could become a </w:t>
      </w:r>
      <w:r>
        <w:rPr>
          <w:b/>
          <w:i w:val="0"/>
          <w:smallCaps w:val="0"/>
          <w:strike w:val="0"/>
          <w:sz w:val="24"/>
          <w:highlight w:val="cyan"/>
          <w:u w:val="single"/>
        </w:rPr>
        <w:t>crucial</w:t>
      </w:r>
      <w:r>
        <w:rPr>
          <w:b w:val="0"/>
          <w:i w:val="0"/>
          <w:smallCaps w:val="0"/>
          <w:strike w:val="0"/>
          <w:sz w:val="22"/>
          <w:u w:val="single"/>
        </w:rPr>
        <w:t xml:space="preserve"> and </w:t>
      </w:r>
      <w:r>
        <w:rPr>
          <w:b/>
          <w:i w:val="0"/>
          <w:smallCaps w:val="0"/>
          <w:strike w:val="0"/>
          <w:sz w:val="24"/>
          <w:u w:val="single"/>
        </w:rPr>
        <w:t>significant</w:t>
      </w:r>
      <w:r>
        <w:rPr>
          <w:b w:val="0"/>
          <w:i w:val="0"/>
          <w:smallCaps w:val="0"/>
          <w:strike w:val="0"/>
          <w:sz w:val="22"/>
          <w:u w:val="single"/>
        </w:rPr>
        <w:t xml:space="preserve"> component of </w:t>
      </w:r>
      <w:r>
        <w:rPr>
          <w:b w:val="0"/>
          <w:i w:val="0"/>
          <w:smallCaps w:val="0"/>
          <w:strike w:val="0"/>
          <w:sz w:val="22"/>
          <w:highlight w:val="cyan"/>
          <w:u w:val="single"/>
        </w:rPr>
        <w:t>future</w:t>
      </w:r>
      <w:r>
        <w:rPr>
          <w:b w:val="0"/>
          <w:i w:val="0"/>
          <w:smallCaps w:val="0"/>
          <w:strike w:val="0"/>
          <w:sz w:val="22"/>
          <w:u w:val="single"/>
        </w:rPr>
        <w:t xml:space="preserve"> social and </w:t>
      </w:r>
      <w:r>
        <w:rPr>
          <w:b/>
          <w:i w:val="0"/>
          <w:smallCaps w:val="0"/>
          <w:strike w:val="0"/>
          <w:sz w:val="24"/>
          <w:highlight w:val="cyan"/>
          <w:u w:val="single"/>
        </w:rPr>
        <w:t>governance</w:t>
      </w:r>
      <w:r>
        <w:rPr>
          <w:b w:val="0"/>
          <w:i w:val="0"/>
          <w:smallCaps w:val="0"/>
          <w:strike w:val="0"/>
          <w:sz w:val="22"/>
          <w:u w:val="single"/>
        </w:rPr>
        <w:t xml:space="preserve"> structures</w:t>
      </w:r>
    </w:p>
    <w:p>
      <w:pPr>
        <w:spacing w:after="60"/>
      </w:pPr>
      <w:r>
        <w:rPr>
          <w:b w:val="0"/>
          <w:i w:val="0"/>
          <w:smallCaps w:val="0"/>
          <w:strike w:val="0"/>
          <w:sz w:val="16"/>
          <w:u w:val="none"/>
        </w:rPr>
        <w:t>The Governance Revolution</w:t>
      </w:r>
    </w:p>
    <w:p>
      <w:pPr>
        <w:spacing w:after="60"/>
      </w:pPr>
      <w:r>
        <w:rPr>
          <w:b w:val="0"/>
          <w:i w:val="0"/>
          <w:smallCaps w:val="0"/>
          <w:strike w:val="0"/>
          <w:sz w:val="16"/>
          <w:u w:val="none"/>
        </w:rPr>
        <w:t>Throughout human history, our evolution has been deeply connected with the progression of our communication tools. Today, as we stand on the precipice of a AI revolution, it’s worth reflecting on how these tools shape our ability to self-organize. From age-old traditional means to modern-day technology, communication mechanisms have been pivotal. As technology gradually enhanced our ways of connecting, the internet have brought an exponential surge, reshaping how we interact. Historically, when technological advancements were at a slower pace, our social and governance structures had the luxury of time to adapt alongside. But today’s rapid advancements, especially with AI, have significantly outstripped our systems’ adaptability.</w:t>
      </w:r>
    </w:p>
    <w:p>
      <w:pPr>
        <w:spacing w:after="60"/>
      </w:pPr>
      <w:r>
        <w:rPr>
          <w:b w:val="0"/>
          <w:i w:val="0"/>
          <w:smallCaps w:val="0"/>
          <w:strike w:val="0"/>
          <w:sz w:val="22"/>
          <w:u w:val="none"/>
        </w:rPr>
        <w:t>&lt;&lt;&lt;FIGURES OMITTED&gt;&gt;&gt;</w:t>
      </w:r>
    </w:p>
    <w:p>
      <w:pPr>
        <w:spacing w:after="60"/>
      </w:pPr>
      <w:r>
        <w:rPr>
          <w:b w:val="0"/>
          <w:i w:val="0"/>
          <w:smallCaps w:val="0"/>
          <w:strike w:val="0"/>
          <w:sz w:val="16"/>
          <w:u w:val="none"/>
        </w:rPr>
        <w:t>Take GPT and other Language Learning Models (LLMs) as an example. At first glance, they may seem like mere text generators. But delve deeper, and it’s evident that their potential to reshape our prevailing systems is enormous. We’re in a new era where our traditional structures grapple with understanding and adapting to this novel form of human-environment interaction and communication.</w:t>
      </w:r>
    </w:p>
    <w:p>
      <w:pPr>
        <w:spacing w:after="60"/>
      </w:pPr>
      <w:r>
        <w:rPr>
          <w:b w:val="0"/>
          <w:i w:val="0"/>
          <w:smallCaps w:val="0"/>
          <w:strike w:val="0"/>
          <w:sz w:val="16"/>
          <w:u w:val="none"/>
        </w:rPr>
        <w:t>Evolution of Communication and Social Structures</w:t>
      </w:r>
    </w:p>
    <w:p>
      <w:pPr>
        <w:spacing w:after="60"/>
      </w:pPr>
      <w:r>
        <w:rPr>
          <w:b w:val="0"/>
          <w:i w:val="0"/>
          <w:smallCaps w:val="0"/>
          <w:strike w:val="0"/>
          <w:sz w:val="16"/>
          <w:u w:val="none"/>
        </w:rPr>
        <w:t>The inception of human civilization is rooted in small, tribal communities. Communication was face-to-face, and governance was typically chieftain-based or communal. This was functional for smaller groups but less so as communities grew and complexities increased, necessitating the emergence of more structured governance systems like monarchies and empires</w:t>
      </w:r>
    </w:p>
    <w:p>
      <w:pPr>
        <w:spacing w:after="60"/>
      </w:pPr>
      <w:r>
        <w:rPr>
          <w:b w:val="0"/>
          <w:i w:val="0"/>
          <w:smallCaps w:val="0"/>
          <w:strike w:val="0"/>
          <w:sz w:val="22"/>
          <w:u w:val="none"/>
        </w:rPr>
        <w:t>&lt;&lt;&lt;FIGURES OMITTED&gt;&gt;&gt;</w:t>
      </w:r>
    </w:p>
    <w:p>
      <w:pPr>
        <w:spacing w:after="60"/>
      </w:pPr>
      <w:r>
        <w:rPr>
          <w:b w:val="0"/>
          <w:i w:val="0"/>
          <w:smallCaps w:val="0"/>
          <w:strike w:val="0"/>
          <w:sz w:val="16"/>
          <w:u w:val="none"/>
        </w:rPr>
        <w:t>Evolution of communication and Social Structure</w:t>
      </w:r>
    </w:p>
    <w:p>
      <w:pPr>
        <w:spacing w:after="60"/>
      </w:pPr>
      <w:r>
        <w:rPr>
          <w:b w:val="0"/>
          <w:i w:val="0"/>
          <w:smallCaps w:val="0"/>
          <w:strike w:val="0"/>
          <w:sz w:val="16"/>
          <w:u w:val="none"/>
        </w:rPr>
        <w:t>Oral Traditions &amp; Storytelling: Before the invention of writing, oral traditions were the primary mode of preserving knowledge, history, and culture. Through storytelling, tribes and early civilizations established societal norms, codes of conduct, and governance structures. Elders and chiefs would pass down wisdom, laws, and traditions orally.</w:t>
      </w:r>
    </w:p>
    <w:p>
      <w:pPr>
        <w:spacing w:after="60"/>
      </w:pPr>
      <w:r>
        <w:rPr>
          <w:b w:val="0"/>
          <w:i w:val="0"/>
          <w:smallCaps w:val="0"/>
          <w:strike w:val="0"/>
          <w:sz w:val="16"/>
          <w:u w:val="none"/>
        </w:rPr>
        <w:t>The Invention of Writing: The advent of writing systems, like cuneiform in ancient Mesopotamia or hieroglyphics in ancient Egypt, allowed societies to document laws, trade, and history. This advancement led to better organized and more complex governance systems, including the codification of laws (like Hammurabi’s Code) and the management of vast empires.</w:t>
      </w:r>
    </w:p>
    <w:p>
      <w:pPr>
        <w:spacing w:after="60"/>
      </w:pPr>
      <w:r>
        <w:rPr>
          <w:b w:val="0"/>
          <w:i w:val="0"/>
          <w:smallCaps w:val="0"/>
          <w:strike w:val="0"/>
          <w:sz w:val="16"/>
          <w:u w:val="none"/>
        </w:rPr>
        <w:t>The Printing Press: Gutenberg’s invention in the 15th century democratized knowledge. Books became more accessible, leading to an increase in literacy rates. This shifted power dynamics, played a pivotal role in the Reformation, and paved the way for the spread of revolutionary ideas, influencing governance structures in Europe.</w:t>
      </w:r>
    </w:p>
    <w:p>
      <w:pPr>
        <w:spacing w:after="60"/>
      </w:pPr>
      <w:r>
        <w:rPr>
          <w:b w:val="0"/>
          <w:i w:val="0"/>
          <w:smallCaps w:val="0"/>
          <w:strike w:val="0"/>
          <w:sz w:val="16"/>
          <w:u w:val="none"/>
        </w:rPr>
        <w:t>The Telegraph &amp; Telephone: Fast forward to recent history, where nation-states and corporations became the predominant governance structures. Advances in communication technologies like the telegraph, and telephone facilitated this centralization. These systems were efficient but often led to power imbalances.</w:t>
      </w:r>
    </w:p>
    <w:p>
      <w:pPr>
        <w:spacing w:after="60"/>
      </w:pPr>
      <w:r>
        <w:rPr>
          <w:b w:val="0"/>
          <w:i w:val="0"/>
          <w:smallCaps w:val="0"/>
          <w:strike w:val="0"/>
          <w:sz w:val="16"/>
          <w:u w:val="none"/>
        </w:rPr>
        <w:t>Internet &amp; Social Media: Internet has democratized access to information, breaking the monopoly that traditional media houses had. This has allowed for a more diverse set of voices to be heard, both socially and politically. The ability of social media to rapidly mobilize opinions has also impacted policy decisions. Online petitions, trending hashtags, and viral campaigns are resulting in real-world change, at a pace that traditional governance structures struggle to keep up with.</w:t>
      </w:r>
    </w:p>
    <w:p>
      <w:pPr>
        <w:spacing w:after="60"/>
      </w:pPr>
      <w:r>
        <w:rPr>
          <w:b w:val="0"/>
          <w:i w:val="0"/>
          <w:smallCaps w:val="0"/>
          <w:strike w:val="0"/>
          <w:sz w:val="16"/>
          <w:u w:val="none"/>
        </w:rPr>
        <w:t xml:space="preserve">AI &amp; The Age of Autonomy: The 21st century has ushered in </w:t>
      </w:r>
      <w:r>
        <w:rPr>
          <w:b/>
          <w:i w:val="0"/>
          <w:smallCaps w:val="0"/>
          <w:strike w:val="0"/>
          <w:sz w:val="24"/>
          <w:u w:val="single"/>
        </w:rPr>
        <w:t>a seismic shift</w:t>
      </w:r>
      <w:r>
        <w:rPr>
          <w:b w:val="0"/>
          <w:i w:val="0"/>
          <w:smallCaps w:val="0"/>
          <w:strike w:val="0"/>
          <w:sz w:val="16"/>
          <w:u w:val="none"/>
        </w:rPr>
        <w:t xml:space="preserve"> with internet and AI. </w:t>
      </w:r>
      <w:r>
        <w:rPr>
          <w:b w:val="0"/>
          <w:i w:val="0"/>
          <w:smallCaps w:val="0"/>
          <w:strike w:val="0"/>
          <w:sz w:val="22"/>
          <w:u w:val="single"/>
        </w:rPr>
        <w:t xml:space="preserve">These </w:t>
      </w:r>
      <w:r>
        <w:rPr>
          <w:b w:val="0"/>
          <w:i w:val="0"/>
          <w:smallCaps w:val="0"/>
          <w:strike w:val="0"/>
          <w:sz w:val="22"/>
          <w:highlight w:val="cyan"/>
          <w:u w:val="single"/>
        </w:rPr>
        <w:t>tec</w:t>
      </w:r>
      <w:r>
        <w:rPr>
          <w:b w:val="0"/>
          <w:i w:val="0"/>
          <w:smallCaps w:val="0"/>
          <w:strike w:val="0"/>
          <w:sz w:val="22"/>
          <w:highlight w:val="cyan"/>
          <w:u w:val="single"/>
        </w:rPr>
        <w:t>h</w:t>
      </w:r>
      <w:r>
        <w:rPr>
          <w:b w:val="0"/>
          <w:i w:val="0"/>
          <w:smallCaps w:val="0"/>
          <w:strike w:val="0"/>
          <w:sz w:val="22"/>
          <w:u w:val="single"/>
        </w:rPr>
        <w:t xml:space="preserve">nologies have not only revolutionized communication but have also </w:t>
      </w:r>
      <w:r>
        <w:rPr>
          <w:b w:val="0"/>
          <w:i w:val="0"/>
          <w:smallCaps w:val="0"/>
          <w:strike w:val="0"/>
          <w:sz w:val="22"/>
          <w:highlight w:val="cyan"/>
          <w:u w:val="single"/>
        </w:rPr>
        <w:t>outpaced</w:t>
      </w:r>
      <w:r>
        <w:rPr>
          <w:b w:val="0"/>
          <w:i w:val="0"/>
          <w:smallCaps w:val="0"/>
          <w:strike w:val="0"/>
          <w:sz w:val="22"/>
          <w:u w:val="single"/>
        </w:rPr>
        <w:t xml:space="preserve"> the </w:t>
      </w:r>
      <w:r>
        <w:rPr>
          <w:b/>
          <w:i w:val="0"/>
          <w:smallCaps w:val="0"/>
          <w:strike w:val="0"/>
          <w:sz w:val="24"/>
          <w:u w:val="single"/>
        </w:rPr>
        <w:t>evolution</w:t>
      </w:r>
      <w:r>
        <w:rPr>
          <w:b w:val="0"/>
          <w:i w:val="0"/>
          <w:smallCaps w:val="0"/>
          <w:strike w:val="0"/>
          <w:sz w:val="22"/>
          <w:u w:val="single"/>
        </w:rPr>
        <w:t xml:space="preserve"> of our traditional social, political, and </w:t>
      </w:r>
      <w:r>
        <w:rPr>
          <w:b/>
          <w:i w:val="0"/>
          <w:smallCaps w:val="0"/>
          <w:strike w:val="0"/>
          <w:sz w:val="24"/>
          <w:highlight w:val="cyan"/>
          <w:u w:val="single"/>
        </w:rPr>
        <w:t>governance</w:t>
      </w:r>
      <w:r>
        <w:rPr>
          <w:b/>
          <w:i w:val="0"/>
          <w:smallCaps w:val="0"/>
          <w:strike w:val="0"/>
          <w:sz w:val="24"/>
          <w:u w:val="single"/>
        </w:rPr>
        <w:t xml:space="preserve"> systems</w:t>
      </w:r>
      <w:r>
        <w:rPr>
          <w:b w:val="0"/>
          <w:i w:val="0"/>
          <w:smallCaps w:val="0"/>
          <w:strike w:val="0"/>
          <w:sz w:val="16"/>
          <w:u w:val="none"/>
        </w:rPr>
        <w:t xml:space="preserve">. Our societies, built on more gradual progression, are </w:t>
      </w:r>
      <w:r>
        <w:rPr>
          <w:b/>
          <w:i w:val="0"/>
          <w:smallCaps w:val="0"/>
          <w:strike w:val="0"/>
          <w:sz w:val="24"/>
          <w:highlight w:val="cyan"/>
          <w:u w:val="single"/>
        </w:rPr>
        <w:t>grappling to adapt</w:t>
      </w:r>
      <w:r>
        <w:rPr>
          <w:b w:val="0"/>
          <w:i w:val="0"/>
          <w:smallCaps w:val="0"/>
          <w:strike w:val="0"/>
          <w:sz w:val="16"/>
          <w:u w:val="none"/>
        </w:rPr>
        <w:t xml:space="preserve"> to the dynamics of this new world. Autonomous agents, </w:t>
      </w:r>
      <w:r>
        <w:rPr>
          <w:b/>
          <w:i w:val="0"/>
          <w:smallCaps w:val="0"/>
          <w:strike w:val="0"/>
          <w:sz w:val="24"/>
          <w:highlight w:val="cyan"/>
          <w:u w:val="single"/>
        </w:rPr>
        <w:t>decentralized systems</w:t>
      </w:r>
      <w:r>
        <w:rPr>
          <w:b w:val="0"/>
          <w:i w:val="0"/>
          <w:smallCaps w:val="0"/>
          <w:strike w:val="0"/>
          <w:sz w:val="16"/>
          <w:u w:val="none"/>
        </w:rPr>
        <w:t xml:space="preserve">, and the pervasive influence of LLMs challenge our existing paradigms, </w:t>
      </w:r>
      <w:r>
        <w:rPr>
          <w:b w:val="0"/>
          <w:i w:val="0"/>
          <w:smallCaps w:val="0"/>
          <w:strike w:val="0"/>
          <w:sz w:val="22"/>
          <w:u w:val="single"/>
        </w:rPr>
        <w:t xml:space="preserve">requiring us to </w:t>
      </w:r>
      <w:r>
        <w:rPr>
          <w:b/>
          <w:i w:val="0"/>
          <w:smallCaps w:val="0"/>
          <w:strike w:val="0"/>
          <w:sz w:val="24"/>
          <w:u w:val="single"/>
        </w:rPr>
        <w:t>rethink</w:t>
      </w:r>
      <w:r>
        <w:rPr>
          <w:b w:val="0"/>
          <w:i w:val="0"/>
          <w:smallCaps w:val="0"/>
          <w:strike w:val="0"/>
          <w:sz w:val="22"/>
          <w:u w:val="single"/>
        </w:rPr>
        <w:t xml:space="preserve"> and </w:t>
      </w:r>
      <w:r>
        <w:rPr>
          <w:b/>
          <w:i w:val="0"/>
          <w:smallCaps w:val="0"/>
          <w:strike w:val="0"/>
          <w:sz w:val="24"/>
          <w:u w:val="single"/>
        </w:rPr>
        <w:t>reshape</w:t>
      </w:r>
      <w:r>
        <w:rPr>
          <w:b w:val="0"/>
          <w:i w:val="0"/>
          <w:smallCaps w:val="0"/>
          <w:strike w:val="0"/>
          <w:sz w:val="22"/>
          <w:u w:val="single"/>
        </w:rPr>
        <w:t xml:space="preserve"> how we organize and </w:t>
      </w:r>
      <w:r>
        <w:rPr>
          <w:b/>
          <w:i w:val="0"/>
          <w:smallCaps w:val="0"/>
          <w:strike w:val="0"/>
          <w:sz w:val="24"/>
          <w:u w:val="single"/>
        </w:rPr>
        <w:t>govern</w:t>
      </w:r>
      <w:r>
        <w:rPr>
          <w:b w:val="0"/>
          <w:i w:val="0"/>
          <w:smallCaps w:val="0"/>
          <w:strike w:val="0"/>
          <w:sz w:val="16"/>
          <w:u w:val="none"/>
        </w:rPr>
        <w:t>.</w:t>
      </w:r>
    </w:p>
    <w:p>
      <w:pPr>
        <w:spacing w:after="60"/>
      </w:pPr>
      <w:r>
        <w:rPr>
          <w:b w:val="0"/>
          <w:i w:val="0"/>
          <w:smallCaps w:val="0"/>
          <w:strike w:val="0"/>
          <w:sz w:val="22"/>
          <w:u w:val="none"/>
        </w:rPr>
        <w:t>&lt;&lt;&lt;FIGURES OMITTED&gt;&gt;&gt;</w:t>
      </w:r>
    </w:p>
    <w:p>
      <w:pPr>
        <w:spacing w:after="60"/>
      </w:pPr>
      <w:r>
        <w:rPr>
          <w:b w:val="0"/>
          <w:i w:val="0"/>
          <w:smallCaps w:val="0"/>
          <w:strike w:val="0"/>
          <w:sz w:val="16"/>
          <w:u w:val="none"/>
        </w:rPr>
        <w:t>Paradigm Shift to Decentralization</w:t>
      </w:r>
    </w:p>
    <w:p>
      <w:pPr>
        <w:spacing w:after="60"/>
      </w:pPr>
      <w:r>
        <w:rPr>
          <w:b w:val="0"/>
          <w:i w:val="0"/>
          <w:smallCaps w:val="0"/>
          <w:strike w:val="0"/>
          <w:sz w:val="16"/>
          <w:u w:val="none"/>
        </w:rPr>
        <w:t>Historical Barriers in Communication</w:t>
      </w:r>
    </w:p>
    <w:p>
      <w:pPr>
        <w:spacing w:after="60"/>
      </w:pPr>
      <w:r>
        <w:rPr>
          <w:b w:val="0"/>
          <w:i w:val="0"/>
          <w:smallCaps w:val="0"/>
          <w:strike w:val="0"/>
          <w:sz w:val="16"/>
          <w:u w:val="none"/>
        </w:rPr>
        <w:t>Throughout history, communication was constrained by a myriad of challenges:</w:t>
      </w:r>
    </w:p>
    <w:p>
      <w:pPr>
        <w:spacing w:after="60"/>
      </w:pPr>
      <w:r>
        <w:rPr>
          <w:b w:val="0"/>
          <w:i w:val="0"/>
          <w:smallCaps w:val="0"/>
          <w:strike w:val="0"/>
          <w:sz w:val="16"/>
          <w:u w:val="none"/>
        </w:rPr>
        <w:t>Geographical Barriers: Vast distances, mountains, oceans, and deserts made it difficult for early civilizations to interact. Messages took weeks, months, or even years to reach their destination, if they reached at all.</w:t>
      </w:r>
    </w:p>
    <w:p>
      <w:pPr>
        <w:spacing w:after="60"/>
      </w:pPr>
      <w:r>
        <w:rPr>
          <w:b w:val="0"/>
          <w:i w:val="0"/>
          <w:smallCaps w:val="0"/>
          <w:strike w:val="0"/>
          <w:sz w:val="16"/>
          <w:u w:val="none"/>
        </w:rPr>
        <w:t>Linguistic Barriers: Even when civilizations did interact, differences in language and script posed significant challenges. Misunderstandings were common, and the need for interpreters or translators was paramount.</w:t>
      </w:r>
    </w:p>
    <w:p>
      <w:pPr>
        <w:spacing w:after="60"/>
      </w:pPr>
      <w:r>
        <w:rPr>
          <w:b w:val="0"/>
          <w:i w:val="0"/>
          <w:smallCaps w:val="0"/>
          <w:strike w:val="0"/>
          <w:sz w:val="16"/>
          <w:u w:val="none"/>
        </w:rPr>
        <w:t>Technological Limitations: As technology began to influence communication, it brought with it new challenges. The telegraph, for instance, relied on Morse code, which, while revolutionary, was limited in its expressiveness. Similarly, early telephones had range limitations, and the early internet suffered from bandwidth constraints.</w:t>
      </w:r>
    </w:p>
    <w:p>
      <w:pPr>
        <w:spacing w:after="60"/>
      </w:pPr>
      <w:r>
        <w:rPr>
          <w:b w:val="0"/>
          <w:i w:val="0"/>
          <w:smallCaps w:val="0"/>
          <w:strike w:val="0"/>
          <w:sz w:val="16"/>
          <w:u w:val="none"/>
        </w:rPr>
        <w:t>Internet: Bridging Physical and Temporal Gaps</w:t>
      </w:r>
    </w:p>
    <w:p>
      <w:pPr>
        <w:spacing w:after="60"/>
      </w:pPr>
      <w:r>
        <w:rPr>
          <w:b w:val="0"/>
          <w:i w:val="0"/>
          <w:smallCaps w:val="0"/>
          <w:strike w:val="0"/>
          <w:sz w:val="16"/>
          <w:u w:val="none"/>
        </w:rPr>
        <w:t>The rise of the internet marked a seismic shift in our communication paradigm. It addressed two primary barriers:</w:t>
      </w:r>
    </w:p>
    <w:p>
      <w:pPr>
        <w:spacing w:after="60"/>
      </w:pPr>
      <w:r>
        <w:rPr>
          <w:b w:val="0"/>
          <w:i w:val="0"/>
          <w:smallCaps w:val="0"/>
          <w:strike w:val="0"/>
          <w:sz w:val="16"/>
          <w:u w:val="none"/>
        </w:rPr>
        <w:t>Physical Distance: With the internet, geographical boundaries became almost irrelevant. Messages could be sent across the world in mere seconds, making global communication instantaneous.</w:t>
      </w:r>
    </w:p>
    <w:p>
      <w:pPr>
        <w:spacing w:after="60"/>
      </w:pPr>
      <w:r>
        <w:rPr>
          <w:b w:val="0"/>
          <w:i w:val="0"/>
          <w:smallCaps w:val="0"/>
          <w:strike w:val="0"/>
          <w:sz w:val="16"/>
          <w:u w:val="none"/>
        </w:rPr>
        <w:t>Time Constraints: The asynchronous nature of many internet communication tools, like email, allowed people in different time zones to communicate seamlessly, without needing to be online simultaneously.</w:t>
      </w:r>
    </w:p>
    <w:p>
      <w:pPr>
        <w:spacing w:after="60"/>
      </w:pPr>
      <w:r>
        <w:rPr>
          <w:b w:val="0"/>
          <w:i w:val="0"/>
          <w:smallCaps w:val="0"/>
          <w:strike w:val="0"/>
          <w:sz w:val="16"/>
          <w:u w:val="none"/>
        </w:rPr>
        <w:t>AI: Overcoming Linguistic and Contextual Barriers</w:t>
      </w:r>
    </w:p>
    <w:p>
      <w:pPr>
        <w:spacing w:after="60"/>
      </w:pPr>
      <w:r>
        <w:rPr>
          <w:b w:val="0"/>
          <w:i w:val="0"/>
          <w:smallCaps w:val="0"/>
          <w:strike w:val="0"/>
          <w:sz w:val="16"/>
          <w:u w:val="none"/>
        </w:rPr>
        <w:t>While the internet addressed physical and temporal barriers, AI has been instrumental in breaking down linguistic and contextual barriers:</w:t>
      </w:r>
    </w:p>
    <w:p>
      <w:pPr>
        <w:spacing w:after="60"/>
      </w:pPr>
      <w:r>
        <w:rPr>
          <w:b w:val="0"/>
          <w:i w:val="0"/>
          <w:smallCaps w:val="0"/>
          <w:strike w:val="0"/>
          <w:sz w:val="16"/>
          <w:u w:val="none"/>
        </w:rPr>
        <w:t>Language Translation: AI-powered tools like Google Translate have made real-time translation a reality. This not only aids in textual translation but also in real-time voice translation, breaking down language barriers like never before.</w:t>
      </w:r>
    </w:p>
    <w:p>
      <w:pPr>
        <w:spacing w:after="60"/>
      </w:pPr>
      <w:r>
        <w:rPr>
          <w:b w:val="0"/>
          <w:i w:val="0"/>
          <w:smallCaps w:val="0"/>
          <w:strike w:val="0"/>
          <w:sz w:val="16"/>
          <w:u w:val="none"/>
        </w:rPr>
        <w:t>Contextual Understanding: Advanced AI models can understand context, sentiment, and nuances in communication. This aids in more accurate translations and better interpersonal interactions, even across cultural divides.</w:t>
      </w:r>
    </w:p>
    <w:p>
      <w:pPr>
        <w:spacing w:after="60"/>
      </w:pPr>
      <w:r>
        <w:rPr>
          <w:b w:val="0"/>
          <w:i w:val="0"/>
          <w:smallCaps w:val="0"/>
          <w:strike w:val="0"/>
          <w:sz w:val="16"/>
          <w:u w:val="none"/>
        </w:rPr>
        <w:t>Personalized Communication: AI can tailor communication based on the recipient’s preferences, cultural background, and past interactions, making interactions more personalized and effective.</w:t>
      </w:r>
    </w:p>
    <w:p>
      <w:pPr>
        <w:spacing w:after="60"/>
      </w:pPr>
      <w:r>
        <w:rPr>
          <w:b w:val="0"/>
          <w:i w:val="0"/>
          <w:smallCaps w:val="0"/>
          <w:strike w:val="0"/>
          <w:sz w:val="16"/>
          <w:u w:val="none"/>
        </w:rPr>
        <w:t>Blockchain: Revolutionizing Governance and Social Structures</w:t>
      </w:r>
    </w:p>
    <w:p>
      <w:pPr>
        <w:spacing w:after="60"/>
      </w:pPr>
      <w:r>
        <w:rPr>
          <w:b/>
          <w:i w:val="0"/>
          <w:smallCaps w:val="0"/>
          <w:strike w:val="0"/>
          <w:sz w:val="24"/>
          <w:highlight w:val="cyan"/>
          <w:u w:val="single"/>
        </w:rPr>
        <w:t>Decentralization</w:t>
      </w:r>
      <w:r>
        <w:rPr>
          <w:b w:val="0"/>
          <w:i w:val="0"/>
          <w:smallCaps w:val="0"/>
          <w:strike w:val="0"/>
          <w:sz w:val="22"/>
          <w:u w:val="single"/>
        </w:rPr>
        <w:t xml:space="preserve">: </w:t>
      </w:r>
      <w:r>
        <w:rPr>
          <w:b w:val="0"/>
          <w:i w:val="0"/>
          <w:smallCaps w:val="0"/>
          <w:strike w:val="0"/>
          <w:sz w:val="22"/>
          <w:u w:val="single"/>
        </w:rPr>
        <w:t>Blockchain eliminates</w:t>
      </w:r>
      <w:r>
        <w:rPr>
          <w:b w:val="0"/>
          <w:i w:val="0"/>
          <w:smallCaps w:val="0"/>
          <w:strike w:val="0"/>
          <w:sz w:val="22"/>
          <w:u w:val="single"/>
        </w:rPr>
        <w:t xml:space="preserve"> the </w:t>
      </w:r>
      <w:r>
        <w:rPr>
          <w:b w:val="0"/>
          <w:i w:val="0"/>
          <w:smallCaps w:val="0"/>
          <w:strike w:val="0"/>
          <w:sz w:val="22"/>
          <w:u w:val="single"/>
        </w:rPr>
        <w:t xml:space="preserve">need for </w:t>
      </w:r>
      <w:r>
        <w:rPr>
          <w:b/>
          <w:i w:val="0"/>
          <w:smallCaps w:val="0"/>
          <w:strike w:val="0"/>
          <w:sz w:val="24"/>
          <w:u w:val="single"/>
        </w:rPr>
        <w:t>central authorities</w:t>
      </w:r>
      <w:r>
        <w:rPr>
          <w:b w:val="0"/>
          <w:i w:val="0"/>
          <w:smallCaps w:val="0"/>
          <w:strike w:val="0"/>
          <w:sz w:val="22"/>
          <w:u w:val="single"/>
        </w:rPr>
        <w:t xml:space="preserve">, distributing trust across a network and </w:t>
      </w:r>
      <w:r>
        <w:rPr>
          <w:b w:val="0"/>
          <w:i w:val="0"/>
          <w:smallCaps w:val="0"/>
          <w:strike w:val="0"/>
          <w:sz w:val="22"/>
          <w:u w:val="single"/>
        </w:rPr>
        <w:t>reducing</w:t>
      </w:r>
      <w:r>
        <w:rPr>
          <w:b w:val="0"/>
          <w:i w:val="0"/>
          <w:smallCaps w:val="0"/>
          <w:strike w:val="0"/>
          <w:sz w:val="22"/>
          <w:u w:val="single"/>
        </w:rPr>
        <w:t xml:space="preserve"> the risk of </w:t>
      </w:r>
      <w:r>
        <w:rPr>
          <w:b/>
          <w:i w:val="0"/>
          <w:smallCaps w:val="0"/>
          <w:strike w:val="0"/>
          <w:sz w:val="24"/>
          <w:u w:val="single"/>
        </w:rPr>
        <w:t>corruption</w:t>
      </w:r>
      <w:r>
        <w:rPr>
          <w:b w:val="0"/>
          <w:i w:val="0"/>
          <w:smallCaps w:val="0"/>
          <w:strike w:val="0"/>
          <w:sz w:val="22"/>
          <w:u w:val="single"/>
        </w:rPr>
        <w:t>.</w:t>
      </w:r>
    </w:p>
    <w:p>
      <w:pPr>
        <w:spacing w:after="60"/>
      </w:pPr>
      <w:r>
        <w:rPr>
          <w:b w:val="0"/>
          <w:i w:val="0"/>
          <w:smallCaps w:val="0"/>
          <w:strike w:val="0"/>
          <w:sz w:val="16"/>
          <w:u w:val="none"/>
        </w:rPr>
        <w:t>Smart Contracts: These automate complex tasks, streamlining governance processes and reducing human error.</w:t>
      </w:r>
    </w:p>
    <w:p>
      <w:pPr>
        <w:spacing w:after="60"/>
      </w:pPr>
      <w:r>
        <w:rPr>
          <w:b w:val="0"/>
          <w:i w:val="0"/>
          <w:smallCaps w:val="0"/>
          <w:strike w:val="0"/>
          <w:sz w:val="16"/>
          <w:u w:val="none"/>
        </w:rPr>
        <w:t>Tokenization: Blockchain enables new ways to incentivize social and economic behavior through tokens.</w:t>
      </w:r>
    </w:p>
    <w:p>
      <w:pPr>
        <w:spacing w:after="60"/>
      </w:pPr>
      <w:r>
        <w:rPr>
          <w:b w:val="0"/>
          <w:i w:val="0"/>
          <w:smallCaps w:val="0"/>
          <w:strike w:val="0"/>
          <w:sz w:val="16"/>
          <w:u w:val="none"/>
        </w:rPr>
        <w:t>Transparency: All transactions are transparent and immutable, increasing accountability in governance.</w:t>
      </w:r>
    </w:p>
    <w:p>
      <w:pPr>
        <w:spacing w:after="60"/>
      </w:pPr>
      <w:r>
        <w:rPr>
          <w:b w:val="0"/>
          <w:i w:val="0"/>
          <w:smallCaps w:val="0"/>
          <w:strike w:val="0"/>
          <w:sz w:val="22"/>
          <w:u w:val="single"/>
        </w:rPr>
        <w:t xml:space="preserve">Building </w:t>
      </w:r>
      <w:r>
        <w:rPr>
          <w:b/>
          <w:i w:val="0"/>
          <w:smallCaps w:val="0"/>
          <w:strike w:val="0"/>
          <w:sz w:val="24"/>
          <w:u w:val="single"/>
        </w:rPr>
        <w:t>AI</w:t>
      </w:r>
      <w:r>
        <w:rPr>
          <w:b w:val="0"/>
          <w:i w:val="0"/>
          <w:smallCaps w:val="0"/>
          <w:strike w:val="0"/>
          <w:sz w:val="22"/>
          <w:u w:val="single"/>
        </w:rPr>
        <w:t xml:space="preserve"> and </w:t>
      </w:r>
      <w:r>
        <w:rPr>
          <w:b/>
          <w:i w:val="0"/>
          <w:smallCaps w:val="0"/>
          <w:strike w:val="0"/>
          <w:sz w:val="24"/>
          <w:highlight w:val="cyan"/>
          <w:u w:val="single"/>
        </w:rPr>
        <w:t>Blockchain</w:t>
      </w:r>
      <w:r>
        <w:rPr>
          <w:b w:val="0"/>
          <w:i w:val="0"/>
          <w:smallCaps w:val="0"/>
          <w:strike w:val="0"/>
          <w:sz w:val="22"/>
          <w:u w:val="single"/>
        </w:rPr>
        <w:t xml:space="preserve"> Based </w:t>
      </w:r>
      <w:r>
        <w:rPr>
          <w:b/>
          <w:i w:val="0"/>
          <w:smallCaps w:val="0"/>
          <w:strike w:val="0"/>
          <w:sz w:val="24"/>
          <w:highlight w:val="cyan"/>
          <w:u w:val="single"/>
        </w:rPr>
        <w:t>Resilient</w:t>
      </w:r>
      <w:r>
        <w:rPr>
          <w:b/>
          <w:i w:val="0"/>
          <w:smallCaps w:val="0"/>
          <w:strike w:val="0"/>
          <w:sz w:val="24"/>
          <w:u w:val="single"/>
        </w:rPr>
        <w:t xml:space="preserve"> Systems</w:t>
      </w:r>
    </w:p>
    <w:p>
      <w:pPr>
        <w:spacing w:after="60"/>
      </w:pPr>
      <w:r>
        <w:rPr>
          <w:b w:val="0"/>
          <w:i w:val="0"/>
          <w:smallCaps w:val="0"/>
          <w:strike w:val="0"/>
          <w:sz w:val="22"/>
          <w:u w:val="single"/>
        </w:rPr>
        <w:t xml:space="preserve">In today’s world, where </w:t>
      </w:r>
      <w:r>
        <w:rPr>
          <w:b/>
          <w:i w:val="0"/>
          <w:smallCaps w:val="0"/>
          <w:strike w:val="0"/>
          <w:sz w:val="24"/>
          <w:highlight w:val="cyan"/>
          <w:u w:val="single"/>
        </w:rPr>
        <w:t>rapid changes</w:t>
      </w:r>
      <w:r>
        <w:rPr>
          <w:b/>
          <w:i w:val="0"/>
          <w:smallCaps w:val="0"/>
          <w:strike w:val="0"/>
          <w:sz w:val="24"/>
          <w:u w:val="single"/>
        </w:rPr>
        <w:t xml:space="preserve"> </w:t>
      </w:r>
      <w:r>
        <w:rPr>
          <w:b w:val="0"/>
          <w:i w:val="0"/>
          <w:smallCaps w:val="0"/>
          <w:strike w:val="0"/>
          <w:sz w:val="22"/>
          <w:u w:val="single"/>
        </w:rPr>
        <w:t xml:space="preserve">are the norm, our </w:t>
      </w:r>
      <w:r>
        <w:rPr>
          <w:b/>
          <w:i w:val="0"/>
          <w:smallCaps w:val="0"/>
          <w:strike w:val="0"/>
          <w:sz w:val="24"/>
          <w:highlight w:val="cyan"/>
          <w:u w:val="single"/>
        </w:rPr>
        <w:t>societal response</w:t>
      </w:r>
      <w:r>
        <w:rPr>
          <w:b w:val="0"/>
          <w:i w:val="0"/>
          <w:smallCaps w:val="0"/>
          <w:strike w:val="0"/>
          <w:sz w:val="22"/>
          <w:highlight w:val="cyan"/>
          <w:u w:val="single"/>
        </w:rPr>
        <w:t>, to</w:t>
      </w:r>
      <w:r>
        <w:rPr>
          <w:b w:val="0"/>
          <w:i w:val="0"/>
          <w:smallCaps w:val="0"/>
          <w:strike w:val="0"/>
          <w:sz w:val="22"/>
          <w:u w:val="single"/>
        </w:rPr>
        <w:t xml:space="preserve"> </w:t>
      </w:r>
      <w:r>
        <w:rPr>
          <w:b/>
          <w:i w:val="0"/>
          <w:smallCaps w:val="0"/>
          <w:strike w:val="0"/>
          <w:sz w:val="24"/>
          <w:u w:val="single"/>
        </w:rPr>
        <w:t>challenges</w:t>
      </w:r>
      <w:r>
        <w:rPr>
          <w:b w:val="0"/>
          <w:i w:val="0"/>
          <w:smallCaps w:val="0"/>
          <w:strike w:val="0"/>
          <w:sz w:val="22"/>
          <w:u w:val="single"/>
        </w:rPr>
        <w:t xml:space="preserve"> which can </w:t>
      </w:r>
      <w:r>
        <w:rPr>
          <w:b/>
          <w:i w:val="0"/>
          <w:smallCaps w:val="0"/>
          <w:strike w:val="0"/>
          <w:sz w:val="24"/>
          <w:u w:val="single"/>
        </w:rPr>
        <w:t xml:space="preserve">lead to </w:t>
      </w:r>
      <w:r>
        <w:rPr>
          <w:b/>
          <w:i w:val="0"/>
          <w:smallCaps w:val="0"/>
          <w:strike w:val="0"/>
          <w:sz w:val="24"/>
          <w:highlight w:val="cyan"/>
          <w:u w:val="single"/>
        </w:rPr>
        <w:t>extinction</w:t>
      </w:r>
      <w:r>
        <w:rPr>
          <w:b w:val="0"/>
          <w:i w:val="0"/>
          <w:smallCaps w:val="0"/>
          <w:strike w:val="0"/>
          <w:sz w:val="22"/>
          <w:u w:val="single"/>
        </w:rPr>
        <w:t xml:space="preserve"> of human race, often overlooks the </w:t>
      </w:r>
      <w:r>
        <w:rPr>
          <w:b/>
          <w:i w:val="0"/>
          <w:smallCaps w:val="0"/>
          <w:strike w:val="0"/>
          <w:sz w:val="24"/>
          <w:u w:val="single"/>
        </w:rPr>
        <w:t>importance</w:t>
      </w:r>
      <w:r>
        <w:rPr>
          <w:b w:val="0"/>
          <w:i w:val="0"/>
          <w:smallCaps w:val="0"/>
          <w:strike w:val="0"/>
          <w:sz w:val="22"/>
          <w:u w:val="single"/>
        </w:rPr>
        <w:t xml:space="preserve"> of self-organization. Historically, in periods of </w:t>
      </w:r>
      <w:r>
        <w:rPr>
          <w:b/>
          <w:i w:val="0"/>
          <w:smallCaps w:val="0"/>
          <w:strike w:val="0"/>
          <w:sz w:val="24"/>
          <w:highlight w:val="cyan"/>
          <w:u w:val="single"/>
        </w:rPr>
        <w:t>stability</w:t>
      </w:r>
      <w:r>
        <w:rPr>
          <w:b w:val="0"/>
          <w:i w:val="0"/>
          <w:smallCaps w:val="0"/>
          <w:strike w:val="0"/>
          <w:sz w:val="22"/>
          <w:u w:val="single"/>
        </w:rPr>
        <w:t xml:space="preserve">, centralized solutions were sought for comfort. But as we transition into an age marked by </w:t>
      </w:r>
      <w:r>
        <w:rPr>
          <w:b/>
          <w:i w:val="0"/>
          <w:smallCaps w:val="0"/>
          <w:strike w:val="0"/>
          <w:sz w:val="24"/>
          <w:u w:val="single"/>
        </w:rPr>
        <w:t>AI and decentralized systems</w:t>
      </w:r>
      <w:r>
        <w:rPr>
          <w:b w:val="0"/>
          <w:i w:val="0"/>
          <w:smallCaps w:val="0"/>
          <w:strike w:val="0"/>
          <w:sz w:val="22"/>
          <w:u w:val="single"/>
        </w:rPr>
        <w:t xml:space="preserve">, this approach falters. </w:t>
      </w:r>
      <w:r>
        <w:rPr>
          <w:b/>
          <w:i w:val="0"/>
          <w:smallCaps w:val="0"/>
          <w:strike w:val="0"/>
          <w:sz w:val="24"/>
          <w:u w:val="single"/>
        </w:rPr>
        <w:t>Resilience</w:t>
      </w:r>
      <w:r>
        <w:rPr>
          <w:b w:val="0"/>
          <w:i w:val="0"/>
          <w:smallCaps w:val="0"/>
          <w:strike w:val="0"/>
          <w:sz w:val="22"/>
          <w:u w:val="single"/>
        </w:rPr>
        <w:t xml:space="preserve"> lies in </w:t>
      </w:r>
      <w:r>
        <w:rPr>
          <w:b/>
          <w:i w:val="0"/>
          <w:smallCaps w:val="0"/>
          <w:strike w:val="0"/>
          <w:sz w:val="24"/>
          <w:u w:val="single"/>
        </w:rPr>
        <w:t>self-organization</w:t>
      </w:r>
      <w:r>
        <w:rPr>
          <w:b w:val="0"/>
          <w:i w:val="0"/>
          <w:smallCaps w:val="0"/>
          <w:strike w:val="0"/>
          <w:sz w:val="22"/>
          <w:u w:val="single"/>
        </w:rPr>
        <w:t xml:space="preserve"> and the ability of a system to evolve. The emergence of </w:t>
      </w:r>
      <w:r>
        <w:rPr>
          <w:b/>
          <w:i w:val="0"/>
          <w:smallCaps w:val="0"/>
          <w:strike w:val="0"/>
          <w:sz w:val="24"/>
          <w:highlight w:val="cyan"/>
          <w:u w:val="single"/>
        </w:rPr>
        <w:t>DAOs</w:t>
      </w:r>
      <w:r>
        <w:rPr>
          <w:b w:val="0"/>
          <w:i w:val="0"/>
          <w:smallCaps w:val="0"/>
          <w:strike w:val="0"/>
          <w:sz w:val="22"/>
          <w:u w:val="single"/>
        </w:rPr>
        <w:t xml:space="preserve"> and Autonomous Agents offer a glimpse into the </w:t>
      </w:r>
      <w:r>
        <w:rPr>
          <w:b w:val="0"/>
          <w:i w:val="0"/>
          <w:smallCaps w:val="0"/>
          <w:strike w:val="0"/>
          <w:sz w:val="22"/>
          <w:highlight w:val="cyan"/>
          <w:u w:val="single"/>
        </w:rPr>
        <w:t xml:space="preserve">future of </w:t>
      </w:r>
      <w:r>
        <w:rPr>
          <w:b/>
          <w:i w:val="0"/>
          <w:smallCaps w:val="0"/>
          <w:strike w:val="0"/>
          <w:sz w:val="24"/>
          <w:highlight w:val="cyan"/>
          <w:u w:val="single"/>
        </w:rPr>
        <w:t>resilient systems</w:t>
      </w:r>
      <w:r>
        <w:rPr>
          <w:b w:val="0"/>
          <w:i w:val="0"/>
          <w:smallCaps w:val="0"/>
          <w:strike w:val="0"/>
          <w:sz w:val="22"/>
          <w:u w:val="single"/>
        </w:rPr>
        <w:t xml:space="preserve">, driven by decentralized intelligence. </w:t>
      </w:r>
      <w:r>
        <w:rPr>
          <w:b w:val="0"/>
          <w:i w:val="0"/>
          <w:smallCaps w:val="0"/>
          <w:strike w:val="0"/>
          <w:sz w:val="16"/>
          <w:u w:val="none"/>
        </w:rPr>
        <w:t>These systems allow for transparent, secure, and efficient means of communication and coordination.</w:t>
      </w:r>
      <w:r>
        <w:rPr>
          <w:b w:val="0"/>
          <w:i w:val="0"/>
          <w:smallCaps w:val="0"/>
          <w:strike w:val="0"/>
          <w:sz w:val="16"/>
          <w:u w:val="single"/>
        </w:rPr>
        <w:t xml:space="preserve"> </w:t>
      </w:r>
      <w:r>
        <w:rPr>
          <w:b w:val="0"/>
          <w:i w:val="0"/>
          <w:smallCaps w:val="0"/>
          <w:strike w:val="0"/>
          <w:sz w:val="22"/>
          <w:u w:val="single"/>
        </w:rPr>
        <w:t xml:space="preserve">They challenge the </w:t>
      </w:r>
      <w:r>
        <w:rPr>
          <w:b/>
          <w:i w:val="0"/>
          <w:smallCaps w:val="0"/>
          <w:strike w:val="0"/>
          <w:sz w:val="24"/>
          <w:u w:val="single"/>
        </w:rPr>
        <w:t>status quo</w:t>
      </w:r>
      <w:r>
        <w:rPr>
          <w:b w:val="0"/>
          <w:i w:val="0"/>
          <w:smallCaps w:val="0"/>
          <w:strike w:val="0"/>
          <w:sz w:val="22"/>
          <w:u w:val="none"/>
        </w:rPr>
        <w:t xml:space="preserve"> </w:t>
      </w:r>
      <w:r>
        <w:rPr>
          <w:b w:val="0"/>
          <w:i w:val="0"/>
          <w:smallCaps w:val="0"/>
          <w:strike w:val="0"/>
          <w:sz w:val="16"/>
          <w:u w:val="none"/>
        </w:rPr>
        <w:t>by empowering individuals to participate more directly in decision-making processes</w:t>
      </w:r>
    </w:p>
    <w:p>
      <w:pPr>
        <w:spacing w:after="60"/>
      </w:pPr>
      <w:r>
        <w:rPr>
          <w:b w:val="0"/>
          <w:i w:val="0"/>
          <w:smallCaps w:val="0"/>
          <w:strike w:val="0"/>
          <w:sz w:val="22"/>
          <w:u w:val="single"/>
        </w:rPr>
        <w:t xml:space="preserve">A </w:t>
      </w:r>
      <w:r>
        <w:rPr>
          <w:b/>
          <w:i w:val="0"/>
          <w:smallCaps w:val="0"/>
          <w:strike w:val="0"/>
          <w:sz w:val="24"/>
          <w:u w:val="single"/>
        </w:rPr>
        <w:t>New Framework</w:t>
      </w:r>
      <w:r>
        <w:rPr>
          <w:b w:val="0"/>
          <w:i w:val="0"/>
          <w:smallCaps w:val="0"/>
          <w:strike w:val="0"/>
          <w:sz w:val="22"/>
          <w:u w:val="single"/>
        </w:rPr>
        <w:t xml:space="preserve"> of </w:t>
      </w:r>
      <w:r>
        <w:rPr>
          <w:b/>
          <w:i w:val="0"/>
          <w:smallCaps w:val="0"/>
          <w:strike w:val="0"/>
          <w:sz w:val="24"/>
          <w:highlight w:val="cyan"/>
          <w:u w:val="single"/>
        </w:rPr>
        <w:t>Self-Organization</w:t>
      </w:r>
    </w:p>
    <w:p>
      <w:pPr>
        <w:spacing w:after="60"/>
      </w:pPr>
      <w:r>
        <w:rPr>
          <w:b/>
          <w:i w:val="0"/>
          <w:smallCaps w:val="0"/>
          <w:strike w:val="0"/>
          <w:sz w:val="24"/>
          <w:u w:val="single"/>
        </w:rPr>
        <w:t xml:space="preserve">Global </w:t>
      </w:r>
      <w:r>
        <w:rPr>
          <w:b/>
          <w:i w:val="0"/>
          <w:smallCaps w:val="0"/>
          <w:strike w:val="0"/>
          <w:sz w:val="24"/>
          <w:highlight w:val="cyan"/>
          <w:u w:val="single"/>
        </w:rPr>
        <w:t>challenges</w:t>
      </w:r>
      <w:r>
        <w:rPr>
          <w:b w:val="0"/>
          <w:i w:val="0"/>
          <w:smallCaps w:val="0"/>
          <w:strike w:val="0"/>
          <w:sz w:val="22"/>
          <w:u w:val="single"/>
        </w:rPr>
        <w:t xml:space="preserve"> like </w:t>
      </w:r>
      <w:r>
        <w:rPr>
          <w:b/>
          <w:i w:val="0"/>
          <w:smallCaps w:val="0"/>
          <w:strike w:val="0"/>
          <w:sz w:val="24"/>
          <w:highlight w:val="cyan"/>
          <w:u w:val="single"/>
        </w:rPr>
        <w:t>climate</w:t>
      </w:r>
      <w:r>
        <w:rPr>
          <w:b/>
          <w:i w:val="0"/>
          <w:smallCaps w:val="0"/>
          <w:strike w:val="0"/>
          <w:sz w:val="24"/>
          <w:u w:val="single"/>
        </w:rPr>
        <w:t xml:space="preserve"> change</w:t>
      </w:r>
      <w:r>
        <w:rPr>
          <w:b w:val="0"/>
          <w:i w:val="0"/>
          <w:smallCaps w:val="0"/>
          <w:strike w:val="0"/>
          <w:sz w:val="22"/>
          <w:u w:val="single"/>
        </w:rPr>
        <w:t xml:space="preserve">, </w:t>
      </w:r>
      <w:r>
        <w:rPr>
          <w:b/>
          <w:i w:val="0"/>
          <w:smallCaps w:val="0"/>
          <w:strike w:val="0"/>
          <w:sz w:val="24"/>
          <w:highlight w:val="cyan"/>
          <w:u w:val="single"/>
        </w:rPr>
        <w:t>nuclear disarmament</w:t>
      </w:r>
      <w:r>
        <w:rPr>
          <w:b w:val="0"/>
          <w:i w:val="0"/>
          <w:smallCaps w:val="0"/>
          <w:strike w:val="0"/>
          <w:sz w:val="22"/>
          <w:u w:val="single"/>
        </w:rPr>
        <w:t xml:space="preserve">, social </w:t>
      </w:r>
      <w:r>
        <w:rPr>
          <w:b/>
          <w:i w:val="0"/>
          <w:smallCaps w:val="0"/>
          <w:strike w:val="0"/>
          <w:sz w:val="24"/>
          <w:highlight w:val="cyan"/>
          <w:u w:val="single"/>
        </w:rPr>
        <w:t>welfare</w:t>
      </w:r>
      <w:r>
        <w:rPr>
          <w:b w:val="0"/>
          <w:i w:val="0"/>
          <w:smallCaps w:val="0"/>
          <w:strike w:val="0"/>
          <w:sz w:val="22"/>
          <w:u w:val="single"/>
        </w:rPr>
        <w:t xml:space="preserve">, </w:t>
      </w:r>
      <w:r>
        <w:rPr>
          <w:b/>
          <w:i w:val="0"/>
          <w:smallCaps w:val="0"/>
          <w:strike w:val="0"/>
          <w:sz w:val="24"/>
          <w:highlight w:val="cyan"/>
          <w:u w:val="single"/>
        </w:rPr>
        <w:t>education</w:t>
      </w:r>
      <w:r>
        <w:rPr>
          <w:b w:val="0"/>
          <w:i w:val="0"/>
          <w:smallCaps w:val="0"/>
          <w:strike w:val="0"/>
          <w:sz w:val="22"/>
          <w:u w:val="single"/>
        </w:rPr>
        <w:t xml:space="preserve"> reform, </w:t>
      </w:r>
      <w:r>
        <w:rPr>
          <w:b/>
          <w:i w:val="0"/>
          <w:smallCaps w:val="0"/>
          <w:strike w:val="0"/>
          <w:sz w:val="24"/>
          <w:highlight w:val="cyan"/>
          <w:u w:val="single"/>
        </w:rPr>
        <w:t>space reg</w:t>
      </w:r>
      <w:r>
        <w:rPr>
          <w:b/>
          <w:i w:val="0"/>
          <w:smallCaps w:val="0"/>
          <w:strike w:val="0"/>
          <w:sz w:val="24"/>
          <w:u w:val="single"/>
        </w:rPr>
        <w:t>ulation</w:t>
      </w:r>
      <w:r>
        <w:rPr>
          <w:b w:val="0"/>
          <w:i w:val="0"/>
          <w:smallCaps w:val="0"/>
          <w:strike w:val="0"/>
          <w:sz w:val="22"/>
          <w:u w:val="single"/>
        </w:rPr>
        <w:t xml:space="preserve">, </w:t>
      </w:r>
      <w:r>
        <w:rPr>
          <w:b/>
          <w:i w:val="0"/>
          <w:smallCaps w:val="0"/>
          <w:strike w:val="0"/>
          <w:sz w:val="24"/>
          <w:highlight w:val="cyan"/>
          <w:u w:val="single"/>
        </w:rPr>
        <w:t>pandemic</w:t>
      </w:r>
      <w:r>
        <w:rPr>
          <w:b w:val="0"/>
          <w:i w:val="0"/>
          <w:smallCaps w:val="0"/>
          <w:strike w:val="0"/>
          <w:sz w:val="22"/>
          <w:u w:val="single"/>
        </w:rPr>
        <w:t xml:space="preserve"> responses </w:t>
      </w:r>
      <w:r>
        <w:rPr>
          <w:b w:val="0"/>
          <w:i w:val="0"/>
          <w:smallCaps w:val="0"/>
          <w:strike w:val="0"/>
          <w:sz w:val="16"/>
          <w:u w:val="none"/>
        </w:rPr>
        <w:t>(such as COVID-19),</w:t>
      </w:r>
      <w:r>
        <w:rPr>
          <w:b w:val="0"/>
          <w:i w:val="0"/>
          <w:smallCaps w:val="0"/>
          <w:strike w:val="0"/>
          <w:sz w:val="16"/>
          <w:u w:val="single"/>
        </w:rPr>
        <w:t xml:space="preserve"> </w:t>
      </w:r>
      <w:r>
        <w:rPr>
          <w:b w:val="0"/>
          <w:i w:val="0"/>
          <w:smallCaps w:val="0"/>
          <w:strike w:val="0"/>
          <w:sz w:val="22"/>
          <w:u w:val="single"/>
        </w:rPr>
        <w:t xml:space="preserve">and the ethical </w:t>
      </w:r>
      <w:r>
        <w:rPr>
          <w:b/>
          <w:i w:val="0"/>
          <w:smallCaps w:val="0"/>
          <w:strike w:val="0"/>
          <w:sz w:val="24"/>
          <w:u w:val="single"/>
        </w:rPr>
        <w:t xml:space="preserve">oversight of </w:t>
      </w:r>
      <w:r>
        <w:rPr>
          <w:b/>
          <w:i w:val="0"/>
          <w:smallCaps w:val="0"/>
          <w:strike w:val="0"/>
          <w:sz w:val="24"/>
          <w:highlight w:val="cyan"/>
          <w:u w:val="single"/>
        </w:rPr>
        <w:t xml:space="preserve">AI </w:t>
      </w:r>
      <w:r>
        <w:rPr>
          <w:b w:val="0"/>
          <w:i w:val="0"/>
          <w:smallCaps w:val="0"/>
          <w:strike w:val="0"/>
          <w:sz w:val="22"/>
          <w:highlight w:val="cyan"/>
          <w:u w:val="single"/>
        </w:rPr>
        <w:t>demand</w:t>
      </w:r>
      <w:r>
        <w:rPr>
          <w:b w:val="0"/>
          <w:i w:val="0"/>
          <w:smallCaps w:val="0"/>
          <w:strike w:val="0"/>
          <w:sz w:val="22"/>
          <w:u w:val="single"/>
        </w:rPr>
        <w:t xml:space="preserve"> concerted </w:t>
      </w:r>
      <w:r>
        <w:rPr>
          <w:b w:val="0"/>
          <w:i w:val="0"/>
          <w:smallCaps w:val="0"/>
          <w:strike w:val="0"/>
          <w:sz w:val="22"/>
          <w:highlight w:val="cyan"/>
          <w:u w:val="single"/>
        </w:rPr>
        <w:t>global action</w:t>
      </w:r>
      <w:r>
        <w:rPr>
          <w:b w:val="0"/>
          <w:i w:val="0"/>
          <w:smallCaps w:val="0"/>
          <w:strike w:val="0"/>
          <w:sz w:val="22"/>
          <w:u w:val="single"/>
        </w:rPr>
        <w:t xml:space="preserve">. This call to action </w:t>
      </w:r>
      <w:r>
        <w:rPr>
          <w:b/>
          <w:i w:val="0"/>
          <w:smallCaps w:val="0"/>
          <w:strike w:val="0"/>
          <w:sz w:val="24"/>
          <w:u w:val="single"/>
        </w:rPr>
        <w:t xml:space="preserve">extends </w:t>
      </w:r>
      <w:r>
        <w:rPr>
          <w:b/>
          <w:i w:val="0"/>
          <w:smallCaps w:val="0"/>
          <w:strike w:val="0"/>
          <w:sz w:val="24"/>
          <w:highlight w:val="cyan"/>
          <w:u w:val="single"/>
        </w:rPr>
        <w:t>beyond governmental</w:t>
      </w:r>
      <w:r>
        <w:rPr>
          <w:b w:val="0"/>
          <w:i w:val="0"/>
          <w:smallCaps w:val="0"/>
          <w:strike w:val="0"/>
          <w:sz w:val="22"/>
          <w:highlight w:val="cyan"/>
          <w:u w:val="single"/>
        </w:rPr>
        <w:t xml:space="preserve"> bodies</w:t>
      </w:r>
      <w:r>
        <w:rPr>
          <w:b w:val="0"/>
          <w:i w:val="0"/>
          <w:smallCaps w:val="0"/>
          <w:strike w:val="0"/>
          <w:sz w:val="22"/>
          <w:u w:val="single"/>
        </w:rPr>
        <w:t xml:space="preserve"> to include every strata of society for </w:t>
      </w:r>
      <w:r>
        <w:rPr>
          <w:b w:val="0"/>
          <w:i w:val="0"/>
          <w:smallCaps w:val="0"/>
          <w:strike w:val="0"/>
          <w:sz w:val="22"/>
          <w:u w:val="single"/>
        </w:rPr>
        <w:t xml:space="preserve">holistic and </w:t>
      </w:r>
      <w:r>
        <w:rPr>
          <w:b/>
          <w:i w:val="0"/>
          <w:smallCaps w:val="0"/>
          <w:strike w:val="0"/>
          <w:sz w:val="24"/>
          <w:highlight w:val="cyan"/>
          <w:u w:val="single"/>
        </w:rPr>
        <w:t>effective</w:t>
      </w:r>
      <w:r>
        <w:rPr>
          <w:b w:val="0"/>
          <w:i w:val="0"/>
          <w:smallCaps w:val="0"/>
          <w:strike w:val="0"/>
          <w:sz w:val="22"/>
          <w:highlight w:val="cyan"/>
          <w:u w:val="single"/>
        </w:rPr>
        <w:t xml:space="preserve"> solutions</w:t>
      </w:r>
      <w:r>
        <w:rPr>
          <w:b w:val="0"/>
          <w:i w:val="0"/>
          <w:smallCaps w:val="0"/>
          <w:strike w:val="0"/>
          <w:sz w:val="22"/>
          <w:u w:val="single"/>
        </w:rPr>
        <w:t>.</w:t>
      </w:r>
      <w:r>
        <w:rPr>
          <w:b w:val="0"/>
          <w:i w:val="0"/>
          <w:smallCaps w:val="0"/>
          <w:strike w:val="0"/>
          <w:sz w:val="16"/>
          <w:u w:val="none"/>
        </w:rPr>
        <w:t xml:space="preserve"> Even at their nascent stage, Decentralized Autonomous Organizations</w:t>
      </w:r>
      <w:r>
        <w:rPr>
          <w:b w:val="0"/>
          <w:i w:val="0"/>
          <w:smallCaps w:val="0"/>
          <w:strike w:val="0"/>
          <w:sz w:val="22"/>
          <w:u w:val="single"/>
        </w:rPr>
        <w:t xml:space="preserve"> (</w:t>
      </w:r>
      <w:r>
        <w:rPr>
          <w:b/>
          <w:i w:val="0"/>
          <w:smallCaps w:val="0"/>
          <w:strike w:val="0"/>
          <w:sz w:val="24"/>
          <w:highlight w:val="cyan"/>
          <w:u w:val="single"/>
        </w:rPr>
        <w:t>DAOs</w:t>
      </w:r>
      <w:r>
        <w:rPr>
          <w:b w:val="0"/>
          <w:i w:val="0"/>
          <w:smallCaps w:val="0"/>
          <w:strike w:val="0"/>
          <w:sz w:val="22"/>
          <w:u w:val="single"/>
        </w:rPr>
        <w:t xml:space="preserve">) possess the </w:t>
      </w:r>
      <w:r>
        <w:rPr>
          <w:b/>
          <w:i w:val="0"/>
          <w:smallCaps w:val="0"/>
          <w:strike w:val="0"/>
          <w:sz w:val="24"/>
          <w:highlight w:val="cyan"/>
          <w:u w:val="single"/>
        </w:rPr>
        <w:t>potential</w:t>
      </w:r>
      <w:r>
        <w:rPr>
          <w:b w:val="0"/>
          <w:i w:val="0"/>
          <w:smallCaps w:val="0"/>
          <w:strike w:val="0"/>
          <w:sz w:val="22"/>
          <w:highlight w:val="cyan"/>
          <w:u w:val="single"/>
        </w:rPr>
        <w:t xml:space="preserve"> to</w:t>
      </w:r>
      <w:r>
        <w:rPr>
          <w:b w:val="0"/>
          <w:i w:val="0"/>
          <w:smallCaps w:val="0"/>
          <w:strike w:val="0"/>
          <w:sz w:val="22"/>
          <w:u w:val="single"/>
        </w:rPr>
        <w:t xml:space="preserve"> galvanize self-organization and </w:t>
      </w:r>
      <w:r>
        <w:rPr>
          <w:b/>
          <w:i w:val="0"/>
          <w:smallCaps w:val="0"/>
          <w:strike w:val="0"/>
          <w:sz w:val="24"/>
          <w:highlight w:val="cyan"/>
          <w:u w:val="single"/>
        </w:rPr>
        <w:t>global collaboration</w:t>
      </w:r>
      <w:r>
        <w:rPr>
          <w:b w:val="0"/>
          <w:i w:val="0"/>
          <w:smallCaps w:val="0"/>
          <w:strike w:val="0"/>
          <w:sz w:val="22"/>
          <w:u w:val="none"/>
        </w:rPr>
        <w:t xml:space="preserve">. </w:t>
      </w:r>
      <w:r>
        <w:rPr>
          <w:b w:val="0"/>
          <w:i w:val="0"/>
          <w:smallCaps w:val="0"/>
          <w:strike w:val="0"/>
          <w:sz w:val="22"/>
          <w:u w:val="single"/>
        </w:rPr>
        <w:t xml:space="preserve">The inherently </w:t>
      </w:r>
      <w:r>
        <w:rPr>
          <w:b/>
          <w:i w:val="0"/>
          <w:smallCaps w:val="0"/>
          <w:strike w:val="0"/>
          <w:sz w:val="24"/>
          <w:u w:val="single"/>
        </w:rPr>
        <w:t>decentralized</w:t>
      </w:r>
      <w:r>
        <w:rPr>
          <w:b w:val="0"/>
          <w:i w:val="0"/>
          <w:smallCaps w:val="0"/>
          <w:strike w:val="0"/>
          <w:sz w:val="22"/>
          <w:u w:val="single"/>
        </w:rPr>
        <w:t xml:space="preserve"> and </w:t>
      </w:r>
      <w:r>
        <w:rPr>
          <w:b w:val="0"/>
          <w:i w:val="0"/>
          <w:smallCaps w:val="0"/>
          <w:strike w:val="0"/>
          <w:sz w:val="16"/>
          <w:u w:val="none"/>
        </w:rPr>
        <w:t>functionally autonomous characteristics of DAOs make them not only</w:t>
      </w:r>
      <w:r>
        <w:rPr>
          <w:b w:val="0"/>
          <w:i w:val="0"/>
          <w:smallCaps w:val="0"/>
          <w:strike w:val="0"/>
          <w:sz w:val="16"/>
          <w:u w:val="single"/>
        </w:rPr>
        <w:t xml:space="preserve"> </w:t>
      </w:r>
      <w:r>
        <w:rPr>
          <w:b/>
          <w:i w:val="0"/>
          <w:smallCaps w:val="0"/>
          <w:strike w:val="0"/>
          <w:sz w:val="24"/>
          <w:u w:val="single"/>
        </w:rPr>
        <w:t>transparent</w:t>
      </w:r>
      <w:r>
        <w:rPr>
          <w:b w:val="0"/>
          <w:i w:val="0"/>
          <w:smallCaps w:val="0"/>
          <w:strike w:val="0"/>
          <w:sz w:val="22"/>
          <w:u w:val="single"/>
        </w:rPr>
        <w:t xml:space="preserve"> but also </w:t>
      </w:r>
      <w:r>
        <w:rPr>
          <w:b/>
          <w:i w:val="0"/>
          <w:smallCaps w:val="0"/>
          <w:strike w:val="0"/>
          <w:sz w:val="24"/>
          <w:highlight w:val="cyan"/>
          <w:u w:val="single"/>
        </w:rPr>
        <w:t>resilient to monopolistic</w:t>
      </w:r>
      <w:r>
        <w:rPr>
          <w:b w:val="0"/>
          <w:i w:val="0"/>
          <w:smallCaps w:val="0"/>
          <w:strike w:val="0"/>
          <w:sz w:val="22"/>
          <w:u w:val="single"/>
        </w:rPr>
        <w:t xml:space="preserve"> </w:t>
      </w:r>
      <w:r>
        <w:rPr>
          <w:b w:val="0"/>
          <w:i w:val="0"/>
          <w:smallCaps w:val="0"/>
          <w:strike w:val="0"/>
          <w:sz w:val="22"/>
          <w:highlight w:val="cyan"/>
          <w:u w:val="single"/>
        </w:rPr>
        <w:t>practices</w:t>
      </w:r>
      <w:r>
        <w:rPr>
          <w:b w:val="0"/>
          <w:i w:val="0"/>
          <w:smallCaps w:val="0"/>
          <w:strike w:val="0"/>
          <w:sz w:val="22"/>
          <w:u w:val="single"/>
        </w:rPr>
        <w:t xml:space="preserve"> and resistant to the inertia of the status quo</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