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Globalization solves war and a litany of existential threats – short term, political expediency is irrelevant</w:t>
      </w:r>
    </w:p>
    <w:p>
      <w:pPr>
        <w:spacing w:after="80"/>
      </w:pPr>
      <w:r>
        <w:rPr>
          <w:b/>
          <w:i w:val="0"/>
          <w:smallCaps w:val="0"/>
          <w:strike w:val="0"/>
          <w:sz w:val="26"/>
          <w:u w:val="none"/>
        </w:rPr>
        <w:t>Goldin ’15</w:t>
      </w:r>
      <w:r>
        <w:rPr>
          <w:b w:val="0"/>
          <w:i w:val="0"/>
          <w:smallCaps w:val="0"/>
          <w:strike w:val="0"/>
          <w:sz w:val="22"/>
          <w:u w:val="none"/>
        </w:rPr>
        <w:t xml:space="preserve"> [Ian; August 23; Director of the Oxford Martin School, Professor of Globalization and Development at the University of Oxford; Project Syndicate, “Global Solutions for Globalization’s Progress,” </w:t>
      </w:r>
      <w:r>
        <w:rPr>
          <w:b w:val="0"/>
          <w:i w:val="0"/>
          <w:smallCaps w:val="0"/>
          <w:strike w:val="0"/>
          <w:sz w:val="22"/>
          <w:u w:val="none"/>
        </w:rPr>
        <w:t>https://www.project-syndicate.org/commentary/globalization-and-managing-systemic-risk-by-ian-goldin-2014-11</w:t>
      </w:r>
      <w:r>
        <w:rPr>
          <w:b w:val="0"/>
          <w:i w:val="0"/>
          <w:smallCaps w:val="0"/>
          <w:strike w:val="0"/>
          <w:sz w:val="22"/>
          <w:u w:val="none"/>
        </w:rPr>
        <w:t>]</w:t>
      </w:r>
    </w:p>
    <w:p>
      <w:pPr>
        <w:spacing w:after="60"/>
      </w:pPr>
      <w:r>
        <w:rPr>
          <w:b w:val="0"/>
          <w:i w:val="0"/>
          <w:smallCaps w:val="0"/>
          <w:strike w:val="0"/>
          <w:sz w:val="14"/>
          <w:u w:val="none"/>
        </w:rPr>
        <w:t xml:space="preserve">OXFORD – The last few decades of </w:t>
      </w:r>
      <w:r>
        <w:rPr>
          <w:b/>
          <w:i w:val="0"/>
          <w:smallCaps w:val="0"/>
          <w:strike w:val="0"/>
          <w:sz w:val="24"/>
          <w:highlight w:val="cyan"/>
          <w:u w:val="single"/>
        </w:rPr>
        <w:t>globalization and innovation have resulted in</w:t>
      </w:r>
      <w:r>
        <w:rPr>
          <w:b/>
          <w:i w:val="0"/>
          <w:smallCaps w:val="0"/>
          <w:strike w:val="0"/>
          <w:sz w:val="24"/>
          <w:u w:val="single"/>
        </w:rPr>
        <w:t xml:space="preserve"> the most </w:t>
      </w:r>
      <w:r>
        <w:rPr>
          <w:b/>
          <w:i w:val="0"/>
          <w:smallCaps w:val="0"/>
          <w:strike w:val="0"/>
          <w:sz w:val="24"/>
          <w:highlight w:val="cyan"/>
          <w:u w:val="single"/>
        </w:rPr>
        <w:t>rapid progress</w:t>
      </w:r>
      <w:r>
        <w:rPr>
          <w:b/>
          <w:i w:val="0"/>
          <w:smallCaps w:val="0"/>
          <w:strike w:val="0"/>
          <w:sz w:val="24"/>
          <w:u w:val="single"/>
        </w:rPr>
        <w:t xml:space="preserve"> that the world has ever known. </w:t>
      </w:r>
      <w:r>
        <w:rPr>
          <w:b w:val="0"/>
          <w:i w:val="0"/>
          <w:smallCaps w:val="0"/>
          <w:strike w:val="0"/>
          <w:sz w:val="22"/>
          <w:highlight w:val="cyan"/>
          <w:u w:val="single"/>
        </w:rPr>
        <w:t>Poverty</w:t>
      </w:r>
      <w:r>
        <w:rPr>
          <w:b w:val="0"/>
          <w:i w:val="0"/>
          <w:smallCaps w:val="0"/>
          <w:strike w:val="0"/>
          <w:sz w:val="22"/>
          <w:u w:val="single"/>
        </w:rPr>
        <w:t xml:space="preserve"> has been </w:t>
      </w:r>
      <w:r>
        <w:rPr>
          <w:b w:val="0"/>
          <w:i w:val="0"/>
          <w:smallCaps w:val="0"/>
          <w:strike w:val="0"/>
          <w:sz w:val="22"/>
          <w:highlight w:val="cyan"/>
          <w:u w:val="single"/>
        </w:rPr>
        <w:t>reduced</w:t>
      </w:r>
      <w:r>
        <w:rPr>
          <w:b w:val="0"/>
          <w:i w:val="0"/>
          <w:smallCaps w:val="0"/>
          <w:strike w:val="0"/>
          <w:sz w:val="22"/>
          <w:u w:val="single"/>
        </w:rPr>
        <w:t xml:space="preserve">. </w:t>
      </w:r>
      <w:r>
        <w:rPr>
          <w:b w:val="0"/>
          <w:i w:val="0"/>
          <w:smallCaps w:val="0"/>
          <w:strike w:val="0"/>
          <w:sz w:val="22"/>
          <w:highlight w:val="cyan"/>
          <w:u w:val="single"/>
        </w:rPr>
        <w:t>Life expectancy</w:t>
      </w:r>
      <w:r>
        <w:rPr>
          <w:b w:val="0"/>
          <w:i w:val="0"/>
          <w:smallCaps w:val="0"/>
          <w:strike w:val="0"/>
          <w:sz w:val="22"/>
          <w:u w:val="single"/>
        </w:rPr>
        <w:t xml:space="preserve"> has </w:t>
      </w:r>
      <w:r>
        <w:rPr>
          <w:b w:val="0"/>
          <w:i w:val="0"/>
          <w:smallCaps w:val="0"/>
          <w:strike w:val="0"/>
          <w:sz w:val="22"/>
          <w:highlight w:val="cyan"/>
          <w:u w:val="single"/>
        </w:rPr>
        <w:t>increased</w:t>
      </w:r>
      <w:r>
        <w:rPr>
          <w:b w:val="0"/>
          <w:i w:val="0"/>
          <w:smallCaps w:val="0"/>
          <w:strike w:val="0"/>
          <w:sz w:val="22"/>
          <w:u w:val="single"/>
        </w:rPr>
        <w:t xml:space="preserve">. </w:t>
      </w:r>
      <w:r>
        <w:rPr>
          <w:b/>
          <w:i w:val="0"/>
          <w:smallCaps w:val="0"/>
          <w:strike w:val="0"/>
          <w:sz w:val="24"/>
          <w:highlight w:val="cyan"/>
          <w:u w:val="single"/>
        </w:rPr>
        <w:t>Wealth</w:t>
      </w:r>
      <w:r>
        <w:rPr>
          <w:b/>
          <w:i w:val="0"/>
          <w:smallCaps w:val="0"/>
          <w:strike w:val="0"/>
          <w:sz w:val="24"/>
          <w:u w:val="single"/>
        </w:rPr>
        <w:t xml:space="preserve"> has been created </w:t>
      </w:r>
      <w:r>
        <w:rPr>
          <w:b/>
          <w:i w:val="0"/>
          <w:smallCaps w:val="0"/>
          <w:strike w:val="0"/>
          <w:sz w:val="24"/>
          <w:highlight w:val="cyan"/>
          <w:u w:val="single"/>
        </w:rPr>
        <w:t>at a scale</w:t>
      </w:r>
      <w:r>
        <w:rPr>
          <w:b/>
          <w:i w:val="0"/>
          <w:smallCaps w:val="0"/>
          <w:strike w:val="0"/>
          <w:sz w:val="24"/>
          <w:u w:val="single"/>
        </w:rPr>
        <w:t xml:space="preserve"> that our ancestors could </w:t>
      </w:r>
      <w:r>
        <w:rPr>
          <w:b/>
          <w:i w:val="0"/>
          <w:smallCaps w:val="0"/>
          <w:strike w:val="0"/>
          <w:sz w:val="24"/>
          <w:highlight w:val="cyan"/>
          <w:u w:val="single"/>
        </w:rPr>
        <w:t xml:space="preserve">not </w:t>
      </w:r>
      <w:r>
        <w:rPr>
          <w:b/>
          <w:i w:val="0"/>
          <w:smallCaps w:val="0"/>
          <w:strike w:val="0"/>
          <w:sz w:val="24"/>
          <w:u w:val="single"/>
        </w:rPr>
        <w:t xml:space="preserve">have </w:t>
      </w:r>
      <w:r>
        <w:rPr>
          <w:b/>
          <w:i w:val="0"/>
          <w:smallCaps w:val="0"/>
          <w:strike w:val="0"/>
          <w:sz w:val="24"/>
          <w:highlight w:val="cyan"/>
          <w:u w:val="single"/>
        </w:rPr>
        <w:t>imagined</w:t>
      </w:r>
      <w:r>
        <w:rPr>
          <w:b/>
          <w:i w:val="0"/>
          <w:smallCaps w:val="0"/>
          <w:strike w:val="0"/>
          <w:sz w:val="24"/>
          <w:u w:val="single"/>
        </w:rPr>
        <w:t>.</w:t>
      </w:r>
      <w:r>
        <w:rPr>
          <w:b w:val="0"/>
          <w:i w:val="0"/>
          <w:smallCaps w:val="0"/>
          <w:strike w:val="0"/>
          <w:sz w:val="14"/>
          <w:u w:val="none"/>
        </w:rPr>
        <w:t xml:space="preserve"> </w:t>
      </w:r>
      <w:r>
        <w:rPr>
          <w:b w:val="0"/>
          <w:i w:val="0"/>
          <w:smallCaps w:val="0"/>
          <w:strike w:val="0"/>
          <w:sz w:val="22"/>
          <w:u w:val="single"/>
        </w:rPr>
        <w:t>But the news is not all good.</w:t>
      </w:r>
      <w:r>
        <w:rPr>
          <w:b w:val="0"/>
          <w:i w:val="0"/>
          <w:smallCaps w:val="0"/>
          <w:strike w:val="0"/>
          <w:sz w:val="14"/>
          <w:u w:val="none"/>
        </w:rPr>
        <w:t xml:space="preserve"> In fact, the </w:t>
      </w:r>
      <w:r>
        <w:rPr>
          <w:b/>
          <w:i w:val="0"/>
          <w:smallCaps w:val="0"/>
          <w:strike w:val="0"/>
          <w:sz w:val="24"/>
          <w:highlight w:val="cyan"/>
          <w:u w:val="single"/>
        </w:rPr>
        <w:t>achievements</w:t>
      </w:r>
      <w:r>
        <w:rPr>
          <w:b/>
          <w:i w:val="0"/>
          <w:smallCaps w:val="0"/>
          <w:strike w:val="0"/>
          <w:sz w:val="24"/>
          <w:u w:val="single"/>
        </w:rPr>
        <w:t xml:space="preserve"> brought about by globalization </w:t>
      </w:r>
      <w:r>
        <w:rPr>
          <w:b/>
          <w:i w:val="0"/>
          <w:smallCaps w:val="0"/>
          <w:strike w:val="0"/>
          <w:sz w:val="24"/>
          <w:highlight w:val="cyan"/>
          <w:u w:val="single"/>
        </w:rPr>
        <w:t>are</w:t>
      </w:r>
      <w:r>
        <w:rPr>
          <w:b/>
          <w:i w:val="0"/>
          <w:smallCaps w:val="0"/>
          <w:strike w:val="0"/>
          <w:sz w:val="24"/>
          <w:u w:val="single"/>
        </w:rPr>
        <w:t xml:space="preserve"> now </w:t>
      </w:r>
      <w:r>
        <w:rPr>
          <w:b/>
          <w:i w:val="0"/>
          <w:smallCaps w:val="0"/>
          <w:strike w:val="0"/>
          <w:sz w:val="24"/>
          <w:highlight w:val="cyan"/>
          <w:u w:val="single"/>
        </w:rPr>
        <w:t>under threat</w:t>
      </w:r>
      <w:r>
        <w:rPr>
          <w:b/>
          <w:i w:val="0"/>
          <w:smallCaps w:val="0"/>
          <w:strike w:val="0"/>
          <w:sz w:val="24"/>
          <w:u w:val="single"/>
        </w:rPr>
        <w:t xml:space="preserve">. </w:t>
      </w:r>
      <w:r>
        <w:rPr>
          <w:b w:val="0"/>
          <w:i w:val="0"/>
          <w:smallCaps w:val="0"/>
          <w:strike w:val="0"/>
          <w:sz w:val="14"/>
          <w:u w:val="none"/>
        </w:rPr>
        <w:t xml:space="preserve">The world has simultaneously benefited from globalization and failed to manage the inherent complications resulting from the increased integration of our societies, our economies, and the infrastructure of modern life. As a result, we have become dangerously exposed to systemic risks that transcend borders. </w:t>
      </w:r>
      <w:r>
        <w:rPr>
          <w:b w:val="0"/>
          <w:i w:val="0"/>
          <w:smallCaps w:val="0"/>
          <w:strike w:val="0"/>
          <w:sz w:val="22"/>
          <w:u w:val="single"/>
        </w:rPr>
        <w:t>These threats spill across national boundaries and cross the traditional divides between industries and organizations</w:t>
      </w:r>
      <w:r>
        <w:rPr>
          <w:b w:val="0"/>
          <w:i w:val="0"/>
          <w:smallCaps w:val="0"/>
          <w:strike w:val="0"/>
          <w:sz w:val="14"/>
          <w:u w:val="none"/>
        </w:rPr>
        <w:t xml:space="preserve">. An integrated financial system propagates economic crises. International air travel spreads pandemics. Interconnected computers provide rich hunting grounds for cybercriminals. Middle Eastern jihadis use the Internet to recruit young Europeans. Living standards rise – and greenhouse-gas emissions follow, accelerating climate change. As a byproduct of globalization, </w:t>
      </w:r>
      <w:r>
        <w:rPr>
          <w:b/>
          <w:i w:val="0"/>
          <w:smallCaps w:val="0"/>
          <w:strike w:val="0"/>
          <w:sz w:val="24"/>
          <w:highlight w:val="cyan"/>
          <w:u w:val="single"/>
        </w:rPr>
        <w:t>crises</w:t>
      </w:r>
      <w:r>
        <w:rPr>
          <w:b/>
          <w:i w:val="0"/>
          <w:smallCaps w:val="0"/>
          <w:strike w:val="0"/>
          <w:sz w:val="24"/>
          <w:u w:val="single"/>
        </w:rPr>
        <w:t xml:space="preserve"> that once burned locally and then quickly flamed out now </w:t>
      </w:r>
      <w:r>
        <w:rPr>
          <w:b/>
          <w:i w:val="0"/>
          <w:smallCaps w:val="0"/>
          <w:strike w:val="0"/>
          <w:sz w:val="24"/>
          <w:highlight w:val="cyan"/>
          <w:u w:val="single"/>
        </w:rPr>
        <w:t>risk sparking international conflagrations</w:t>
      </w:r>
      <w:r>
        <w:rPr>
          <w:b w:val="0"/>
          <w:i w:val="0"/>
          <w:smallCaps w:val="0"/>
          <w:strike w:val="0"/>
          <w:sz w:val="14"/>
          <w:highlight w:val="cyan"/>
          <w:u w:val="none"/>
        </w:rPr>
        <w:t>.</w:t>
      </w:r>
      <w:r>
        <w:rPr>
          <w:b w:val="0"/>
          <w:i w:val="0"/>
          <w:smallCaps w:val="0"/>
          <w:strike w:val="0"/>
          <w:sz w:val="14"/>
          <w:u w:val="none"/>
        </w:rPr>
        <w:t xml:space="preserve"> A pandemic, flood, or cyber attack in the City of London or Wall Street could send the entire world into a financial tailspin. </w:t>
      </w:r>
      <w:r>
        <w:rPr>
          <w:b/>
          <w:i w:val="0"/>
          <w:smallCaps w:val="0"/>
          <w:strike w:val="0"/>
          <w:sz w:val="24"/>
          <w:highlight w:val="cyan"/>
          <w:u w:val="single"/>
        </w:rPr>
        <w:t>If</w:t>
      </w:r>
      <w:r>
        <w:rPr>
          <w:b/>
          <w:i w:val="0"/>
          <w:smallCaps w:val="0"/>
          <w:strike w:val="0"/>
          <w:sz w:val="24"/>
          <w:u w:val="single"/>
        </w:rPr>
        <w:t xml:space="preserve"> the </w:t>
      </w:r>
      <w:r>
        <w:rPr>
          <w:b/>
          <w:i w:val="0"/>
          <w:smallCaps w:val="0"/>
          <w:strike w:val="0"/>
          <w:sz w:val="24"/>
          <w:highlight w:val="cyan"/>
          <w:u w:val="single"/>
        </w:rPr>
        <w:t xml:space="preserve">progress </w:t>
      </w:r>
      <w:r>
        <w:rPr>
          <w:b/>
          <w:i w:val="0"/>
          <w:smallCaps w:val="0"/>
          <w:strike w:val="0"/>
          <w:sz w:val="24"/>
          <w:u w:val="single"/>
        </w:rPr>
        <w:t xml:space="preserve">that </w:t>
      </w:r>
      <w:r>
        <w:rPr>
          <w:b/>
          <w:i w:val="0"/>
          <w:smallCaps w:val="0"/>
          <w:strike w:val="0"/>
          <w:sz w:val="24"/>
          <w:highlight w:val="cyan"/>
          <w:u w:val="single"/>
        </w:rPr>
        <w:t xml:space="preserve">globalization has delivered is to be sustained, </w:t>
      </w:r>
      <w:r>
        <w:rPr>
          <w:b w:val="0"/>
          <w:i w:val="0"/>
          <w:smallCaps w:val="0"/>
          <w:strike w:val="0"/>
          <w:sz w:val="22"/>
          <w:highlight w:val="cyan"/>
          <w:u w:val="single"/>
        </w:rPr>
        <w:t>countries must accept shared responsibility</w:t>
      </w:r>
      <w:r>
        <w:rPr>
          <w:b w:val="0"/>
          <w:i w:val="0"/>
          <w:smallCaps w:val="0"/>
          <w:strike w:val="0"/>
          <w:sz w:val="22"/>
          <w:u w:val="single"/>
        </w:rPr>
        <w:t xml:space="preserve"> for managing the risks that it has engendered</w:t>
      </w:r>
      <w:r>
        <w:rPr>
          <w:b/>
          <w:i w:val="0"/>
          <w:smallCaps w:val="0"/>
          <w:strike w:val="0"/>
          <w:sz w:val="24"/>
          <w:u w:val="single"/>
        </w:rPr>
        <w:t>.</w:t>
      </w:r>
      <w:r>
        <w:rPr>
          <w:b w:val="0"/>
          <w:i w:val="0"/>
          <w:smallCaps w:val="0"/>
          <w:strike w:val="0"/>
          <w:sz w:val="14"/>
          <w:u w:val="none"/>
        </w:rPr>
        <w:t xml:space="preserve"> </w:t>
      </w:r>
      <w:r>
        <w:rPr>
          <w:b w:val="0"/>
          <w:i w:val="0"/>
          <w:smallCaps w:val="0"/>
          <w:strike w:val="0"/>
          <w:sz w:val="22"/>
          <w:u w:val="single"/>
        </w:rPr>
        <w:t>National governments</w:t>
      </w:r>
      <w:r>
        <w:rPr>
          <w:b w:val="0"/>
          <w:i w:val="0"/>
          <w:smallCaps w:val="0"/>
          <w:strike w:val="0"/>
          <w:sz w:val="14"/>
          <w:u w:val="none"/>
        </w:rPr>
        <w:t xml:space="preserve"> – </w:t>
      </w:r>
      <w:r>
        <w:rPr>
          <w:b w:val="0"/>
          <w:i w:val="0"/>
          <w:smallCaps w:val="0"/>
          <w:strike w:val="0"/>
          <w:sz w:val="22"/>
          <w:u w:val="single"/>
        </w:rPr>
        <w:t>whether powerful</w:t>
      </w:r>
      <w:r>
        <w:rPr>
          <w:b w:val="0"/>
          <w:i w:val="0"/>
          <w:smallCaps w:val="0"/>
          <w:strike w:val="0"/>
          <w:sz w:val="14"/>
          <w:u w:val="none"/>
        </w:rPr>
        <w:t xml:space="preserve">, like the United States and China, </w:t>
      </w:r>
      <w:r>
        <w:rPr>
          <w:b w:val="0"/>
          <w:i w:val="0"/>
          <w:smallCaps w:val="0"/>
          <w:strike w:val="0"/>
          <w:sz w:val="22"/>
          <w:u w:val="single"/>
        </w:rPr>
        <w:t>or weak</w:t>
      </w:r>
      <w:r>
        <w:rPr>
          <w:b w:val="0"/>
          <w:i w:val="0"/>
          <w:smallCaps w:val="0"/>
          <w:strike w:val="0"/>
          <w:sz w:val="14"/>
          <w:u w:val="none"/>
        </w:rPr>
        <w:t xml:space="preserve">, like Iraq and Liberia – </w:t>
      </w:r>
      <w:r>
        <w:rPr>
          <w:b w:val="0"/>
          <w:i w:val="0"/>
          <w:smallCaps w:val="0"/>
          <w:strike w:val="0"/>
          <w:sz w:val="22"/>
          <w:u w:val="single"/>
        </w:rPr>
        <w:t xml:space="preserve">are unable to address these cascading and complex challenges on their own. </w:t>
      </w:r>
      <w:r>
        <w:rPr>
          <w:b w:val="0"/>
          <w:i w:val="0"/>
          <w:smallCaps w:val="0"/>
          <w:strike w:val="0"/>
          <w:sz w:val="14"/>
          <w:u w:val="none"/>
        </w:rPr>
        <w:t xml:space="preserve">Only a small fraction of the risks arising from globalization require a truly global response. But, by definition, </w:t>
      </w:r>
      <w:r>
        <w:rPr>
          <w:b w:val="0"/>
          <w:i w:val="0"/>
          <w:smallCaps w:val="0"/>
          <w:strike w:val="0"/>
          <w:sz w:val="22"/>
          <w:u w:val="single"/>
        </w:rPr>
        <w:t>these risks transcend the nation-state</w:t>
      </w:r>
      <w:r>
        <w:rPr>
          <w:b w:val="0"/>
          <w:i w:val="0"/>
          <w:smallCaps w:val="0"/>
          <w:strike w:val="0"/>
          <w:sz w:val="14"/>
          <w:u w:val="none"/>
        </w:rPr>
        <w:t xml:space="preserve">; </w:t>
      </w:r>
      <w:r>
        <w:rPr>
          <w:b/>
          <w:i w:val="0"/>
          <w:smallCaps w:val="0"/>
          <w:strike w:val="0"/>
          <w:sz w:val="24"/>
          <w:u w:val="single"/>
        </w:rPr>
        <w:t xml:space="preserve">thus, </w:t>
      </w:r>
      <w:r>
        <w:rPr>
          <w:b/>
          <w:i w:val="0"/>
          <w:smallCaps w:val="0"/>
          <w:strike w:val="0"/>
          <w:sz w:val="24"/>
          <w:highlight w:val="cyan"/>
          <w:u w:val="single"/>
        </w:rPr>
        <w:t>coordinated action is required</w:t>
      </w:r>
      <w:r>
        <w:rPr>
          <w:b/>
          <w:i w:val="0"/>
          <w:smallCaps w:val="0"/>
          <w:strike w:val="0"/>
          <w:sz w:val="24"/>
          <w:u w:val="single"/>
        </w:rPr>
        <w:t xml:space="preserve"> to address them effectively</w:t>
      </w:r>
      <w:r>
        <w:rPr>
          <w:b w:val="0"/>
          <w:i w:val="0"/>
          <w:smallCaps w:val="0"/>
          <w:strike w:val="0"/>
          <w:sz w:val="14"/>
          <w:u w:val="none"/>
        </w:rPr>
        <w:t xml:space="preserve">. </w:t>
      </w:r>
      <w:r>
        <w:rPr>
          <w:b w:val="0"/>
          <w:i w:val="0"/>
          <w:smallCaps w:val="0"/>
          <w:strike w:val="0"/>
          <w:sz w:val="22"/>
          <w:u w:val="single"/>
        </w:rPr>
        <w:t>The nature of the response needs to be tailored to the threat.</w:t>
      </w:r>
      <w:r>
        <w:rPr>
          <w:b w:val="0"/>
          <w:i w:val="0"/>
          <w:smallCaps w:val="0"/>
          <w:strike w:val="0"/>
          <w:sz w:val="14"/>
          <w:u w:val="none"/>
        </w:rPr>
        <w:t xml:space="preserve"> In the case of pandemics, the key is to support countries where outbreaks occur and help those most at risk of infection. Widespread dangers, such as climate change or a new financial crisis, can require the cooperation of dozens of countries and a broad range of institutions. </w:t>
      </w:r>
      <w:r>
        <w:rPr>
          <w:b w:val="0"/>
          <w:i w:val="0"/>
          <w:smallCaps w:val="0"/>
          <w:strike w:val="0"/>
          <w:sz w:val="22"/>
          <w:u w:val="single"/>
        </w:rPr>
        <w:t>In nearly every case, an international effort is needed.</w:t>
      </w:r>
      <w:r>
        <w:rPr>
          <w:b w:val="0"/>
          <w:i w:val="0"/>
          <w:smallCaps w:val="0"/>
          <w:strike w:val="0"/>
          <w:sz w:val="14"/>
          <w:u w:val="none"/>
        </w:rPr>
        <w:t xml:space="preserve"> An important characteristic of the risks of a globalized world is that they often become more serious over time. As a result, the speed at which they are identified, along with the effectiveness of the response, can determine whether an isolated event becomes a global threat. One need only look at the rise of the Islamic State, the outbreak of Ebola, the fight against climate change, or the financial contagion of 2008 to see what happens when a danger remains unidentified for too long or a coordinated response is missing or mismanaged. And yet, just as the need for </w:t>
      </w:r>
      <w:r>
        <w:rPr>
          <w:b w:val="0"/>
          <w:i w:val="0"/>
          <w:smallCaps w:val="0"/>
          <w:strike w:val="0"/>
          <w:sz w:val="22"/>
          <w:u w:val="single"/>
        </w:rPr>
        <w:t>robust regional and international institutions is at its greatest, support for them is waning</w:t>
      </w:r>
      <w:r>
        <w:rPr>
          <w:b w:val="0"/>
          <w:i w:val="0"/>
          <w:smallCaps w:val="0"/>
          <w:strike w:val="0"/>
          <w:sz w:val="14"/>
          <w:u w:val="none"/>
        </w:rPr>
        <w:t xml:space="preserve">. A growing number of citizens in Europe, North America, and the Middle East blame globalization for unemployment, rising inequality, pandemics, and terrorism. Because of these risks, they regard increased integration, openness, and innovation as more of a threat than an opportunity. </w:t>
      </w:r>
      <w:r>
        <w:rPr>
          <w:b w:val="0"/>
          <w:i w:val="0"/>
          <w:smallCaps w:val="0"/>
          <w:strike w:val="0"/>
          <w:sz w:val="22"/>
          <w:highlight w:val="cyan"/>
          <w:u w:val="single"/>
        </w:rPr>
        <w:t>This creates a vicious circle</w:t>
      </w:r>
      <w:r>
        <w:rPr>
          <w:b w:val="0"/>
          <w:i w:val="0"/>
          <w:smallCaps w:val="0"/>
          <w:strike w:val="0"/>
          <w:sz w:val="14"/>
          <w:u w:val="none"/>
        </w:rPr>
        <w:t xml:space="preserve">. The </w:t>
      </w:r>
      <w:r>
        <w:rPr>
          <w:b w:val="0"/>
          <w:i w:val="0"/>
          <w:smallCaps w:val="0"/>
          <w:strike w:val="0"/>
          <w:sz w:val="22"/>
          <w:highlight w:val="cyan"/>
          <w:u w:val="single"/>
        </w:rPr>
        <w:t>concerns</w:t>
      </w:r>
      <w:r>
        <w:rPr>
          <w:b w:val="0"/>
          <w:i w:val="0"/>
          <w:smallCaps w:val="0"/>
          <w:strike w:val="0"/>
          <w:sz w:val="22"/>
          <w:u w:val="single"/>
        </w:rPr>
        <w:t xml:space="preserve"> of the electorate are </w:t>
      </w:r>
      <w:r>
        <w:rPr>
          <w:b w:val="0"/>
          <w:i w:val="0"/>
          <w:smallCaps w:val="0"/>
          <w:strike w:val="0"/>
          <w:sz w:val="22"/>
          <w:highlight w:val="cyan"/>
          <w:u w:val="single"/>
        </w:rPr>
        <w:t>reflected in</w:t>
      </w:r>
      <w:r>
        <w:rPr>
          <w:b w:val="0"/>
          <w:i w:val="0"/>
          <w:smallCaps w:val="0"/>
          <w:strike w:val="0"/>
          <w:sz w:val="22"/>
          <w:u w:val="single"/>
        </w:rPr>
        <w:t xml:space="preserve"> rapidly growing </w:t>
      </w:r>
      <w:r>
        <w:rPr>
          <w:b w:val="0"/>
          <w:i w:val="0"/>
          <w:smallCaps w:val="0"/>
          <w:strike w:val="0"/>
          <w:sz w:val="22"/>
          <w:highlight w:val="cyan"/>
          <w:u w:val="single"/>
        </w:rPr>
        <w:t>support for</w:t>
      </w:r>
      <w:r>
        <w:rPr>
          <w:b w:val="0"/>
          <w:i w:val="0"/>
          <w:smallCaps w:val="0"/>
          <w:strike w:val="0"/>
          <w:sz w:val="22"/>
          <w:u w:val="single"/>
        </w:rPr>
        <w:t xml:space="preserve"> political parties that advocate increased </w:t>
      </w:r>
      <w:r>
        <w:rPr>
          <w:b w:val="0"/>
          <w:i w:val="0"/>
          <w:smallCaps w:val="0"/>
          <w:strike w:val="0"/>
          <w:sz w:val="22"/>
          <w:highlight w:val="cyan"/>
          <w:u w:val="single"/>
        </w:rPr>
        <w:t>protectionism</w:t>
      </w:r>
      <w:r>
        <w:rPr>
          <w:b w:val="0"/>
          <w:i w:val="0"/>
          <w:smallCaps w:val="0"/>
          <w:strike w:val="0"/>
          <w:sz w:val="14"/>
          <w:u w:val="none"/>
        </w:rPr>
        <w:t xml:space="preserve">, reductions in immigration,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greater national control</w:t>
      </w:r>
      <w:r>
        <w:rPr>
          <w:b w:val="0"/>
          <w:i w:val="0"/>
          <w:smallCaps w:val="0"/>
          <w:strike w:val="0"/>
          <w:sz w:val="22"/>
          <w:u w:val="single"/>
        </w:rPr>
        <w:t xml:space="preserve"> over the marketplace.</w:t>
      </w:r>
      <w:r>
        <w:rPr>
          <w:b w:val="0"/>
          <w:i w:val="0"/>
          <w:smallCaps w:val="0"/>
          <w:strike w:val="0"/>
          <w:sz w:val="14"/>
          <w:u w:val="none"/>
        </w:rPr>
        <w:t xml:space="preserve"> As a result, </w:t>
      </w:r>
      <w:r>
        <w:rPr>
          <w:b/>
          <w:i w:val="0"/>
          <w:smallCaps w:val="0"/>
          <w:strike w:val="0"/>
          <w:sz w:val="24"/>
          <w:highlight w:val="cyan"/>
          <w:u w:val="single"/>
        </w:rPr>
        <w:t>governments</w:t>
      </w:r>
      <w:r>
        <w:rPr>
          <w:b/>
          <w:i w:val="0"/>
          <w:smallCaps w:val="0"/>
          <w:strike w:val="0"/>
          <w:sz w:val="24"/>
          <w:u w:val="single"/>
        </w:rPr>
        <w:t xml:space="preserve"> across Europe, North America, Asia, and Oceania are </w:t>
      </w:r>
      <w:r>
        <w:rPr>
          <w:b/>
          <w:i w:val="0"/>
          <w:smallCaps w:val="0"/>
          <w:strike w:val="0"/>
          <w:sz w:val="24"/>
          <w:highlight w:val="cyan"/>
          <w:u w:val="single"/>
        </w:rPr>
        <w:t>becoming more parochial</w:t>
      </w:r>
      <w:r>
        <w:rPr>
          <w:b/>
          <w:i w:val="0"/>
          <w:smallCaps w:val="0"/>
          <w:strike w:val="0"/>
          <w:sz w:val="24"/>
          <w:u w:val="single"/>
        </w:rPr>
        <w:t xml:space="preserve"> in their concerns, </w:t>
      </w:r>
      <w:r>
        <w:rPr>
          <w:b/>
          <w:i w:val="0"/>
          <w:smallCaps w:val="0"/>
          <w:strike w:val="0"/>
          <w:sz w:val="24"/>
          <w:highlight w:val="cyan"/>
          <w:u w:val="single"/>
        </w:rPr>
        <w:t>starving international agencies</w:t>
      </w:r>
      <w:r>
        <w:rPr>
          <w:b w:val="0"/>
          <w:i w:val="0"/>
          <w:smallCaps w:val="0"/>
          <w:strike w:val="0"/>
          <w:sz w:val="14"/>
          <w:u w:val="none"/>
        </w:rPr>
        <w:t xml:space="preserve"> and regional organizations </w:t>
      </w:r>
      <w:r>
        <w:rPr>
          <w:b w:val="0"/>
          <w:i w:val="0"/>
          <w:smallCaps w:val="0"/>
          <w:strike w:val="0"/>
          <w:sz w:val="22"/>
          <w:u w:val="single"/>
        </w:rPr>
        <w:t>of</w:t>
      </w:r>
      <w:r>
        <w:rPr>
          <w:b w:val="0"/>
          <w:i w:val="0"/>
          <w:smallCaps w:val="0"/>
          <w:strike w:val="0"/>
          <w:sz w:val="14"/>
          <w:u w:val="none"/>
        </w:rPr>
        <w:t xml:space="preserve"> the funding, </w:t>
      </w:r>
      <w:r>
        <w:rPr>
          <w:b w:val="0"/>
          <w:i w:val="0"/>
          <w:smallCaps w:val="0"/>
          <w:strike w:val="0"/>
          <w:sz w:val="22"/>
          <w:u w:val="single"/>
        </w:rPr>
        <w:t xml:space="preserve">credibility, and leadership capabilities needed to mount a proper response to the challenges of globalization. </w:t>
      </w:r>
      <w:r>
        <w:rPr>
          <w:b w:val="0"/>
          <w:i w:val="0"/>
          <w:smallCaps w:val="0"/>
          <w:strike w:val="0"/>
          <w:sz w:val="14"/>
          <w:u w:val="none"/>
        </w:rPr>
        <w:t xml:space="preserve">In the short term, countries may be able to duck their global responsibilities, but </w:t>
      </w:r>
      <w:r>
        <w:rPr>
          <w:b w:val="0"/>
          <w:i w:val="0"/>
          <w:smallCaps w:val="0"/>
          <w:strike w:val="0"/>
          <w:sz w:val="22"/>
          <w:u w:val="single"/>
        </w:rPr>
        <w:t>the threat posed by events beyond their borders cannot be kept at bay forever</w:t>
      </w:r>
      <w:r>
        <w:rPr>
          <w:b w:val="0"/>
          <w:i w:val="0"/>
          <w:smallCaps w:val="0"/>
          <w:strike w:val="0"/>
          <w:sz w:val="14"/>
          <w:u w:val="none"/>
        </w:rPr>
        <w:t xml:space="preserve">. </w:t>
      </w:r>
      <w:r>
        <w:rPr>
          <w:b w:val="0"/>
          <w:i w:val="0"/>
          <w:smallCaps w:val="0"/>
          <w:strike w:val="0"/>
          <w:sz w:val="22"/>
          <w:highlight w:val="cyan"/>
          <w:u w:val="single"/>
        </w:rPr>
        <w:t>Unaddressed</w:t>
      </w:r>
      <w:r>
        <w:rPr>
          <w:b w:val="0"/>
          <w:i w:val="0"/>
          <w:smallCaps w:val="0"/>
          <w:strike w:val="0"/>
          <w:sz w:val="22"/>
          <w:u w:val="single"/>
        </w:rPr>
        <w:t xml:space="preserve">, the </w:t>
      </w:r>
      <w:r>
        <w:rPr>
          <w:b w:val="0"/>
          <w:i w:val="0"/>
          <w:smallCaps w:val="0"/>
          <w:strike w:val="0"/>
          <w:sz w:val="22"/>
          <w:highlight w:val="cyan"/>
          <w:u w:val="single"/>
        </w:rPr>
        <w:t>endemic dangers</w:t>
      </w:r>
      <w:r>
        <w:rPr>
          <w:b w:val="0"/>
          <w:i w:val="0"/>
          <w:smallCaps w:val="0"/>
          <w:strike w:val="0"/>
          <w:sz w:val="22"/>
          <w:u w:val="single"/>
        </w:rPr>
        <w:t xml:space="preserve"> of a globalized world </w:t>
      </w:r>
      <w:r>
        <w:rPr>
          <w:b w:val="0"/>
          <w:i w:val="0"/>
          <w:smallCaps w:val="0"/>
          <w:strike w:val="0"/>
          <w:sz w:val="22"/>
          <w:highlight w:val="cyan"/>
          <w:u w:val="single"/>
        </w:rPr>
        <w:t>will</w:t>
      </w:r>
      <w:r>
        <w:rPr>
          <w:b w:val="0"/>
          <w:i w:val="0"/>
          <w:smallCaps w:val="0"/>
          <w:strike w:val="0"/>
          <w:sz w:val="22"/>
          <w:u w:val="single"/>
        </w:rPr>
        <w:t xml:space="preserve"> continue to </w:t>
      </w:r>
      <w:r>
        <w:rPr>
          <w:b w:val="0"/>
          <w:i w:val="0"/>
          <w:smallCaps w:val="0"/>
          <w:strike w:val="0"/>
          <w:sz w:val="22"/>
          <w:highlight w:val="cyan"/>
          <w:u w:val="single"/>
        </w:rPr>
        <w:t>grow</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In confronting dangers such as the </w:t>
      </w:r>
      <w:r>
        <w:rPr>
          <w:b w:val="0"/>
          <w:i w:val="0"/>
          <w:smallCaps w:val="0"/>
          <w:strike w:val="0"/>
          <w:sz w:val="22"/>
          <w:highlight w:val="cyan"/>
          <w:u w:val="single"/>
        </w:rPr>
        <w:t>Islamic State</w:t>
      </w:r>
      <w:r>
        <w:rPr>
          <w:b w:val="0"/>
          <w:i w:val="0"/>
          <w:smallCaps w:val="0"/>
          <w:strike w:val="0"/>
          <w:sz w:val="22"/>
          <w:u w:val="single"/>
        </w:rPr>
        <w:t xml:space="preserve">, </w:t>
      </w:r>
      <w:r>
        <w:rPr>
          <w:b w:val="0"/>
          <w:i w:val="0"/>
          <w:smallCaps w:val="0"/>
          <w:strike w:val="0"/>
          <w:sz w:val="22"/>
          <w:highlight w:val="cyan"/>
          <w:u w:val="single"/>
        </w:rPr>
        <w:t>Ebola</w:t>
      </w:r>
      <w:r>
        <w:rPr>
          <w:b w:val="0"/>
          <w:i w:val="0"/>
          <w:smallCaps w:val="0"/>
          <w:strike w:val="0"/>
          <w:sz w:val="22"/>
          <w:u w:val="single"/>
        </w:rPr>
        <w:t xml:space="preserve">, financial crisis, </w:t>
      </w:r>
      <w:r>
        <w:rPr>
          <w:b w:val="0"/>
          <w:i w:val="0"/>
          <w:smallCaps w:val="0"/>
          <w:strike w:val="0"/>
          <w:sz w:val="22"/>
          <w:highlight w:val="cyan"/>
          <w:u w:val="single"/>
        </w:rPr>
        <w:t>climate</w:t>
      </w:r>
      <w:r>
        <w:rPr>
          <w:b w:val="0"/>
          <w:i w:val="0"/>
          <w:smallCaps w:val="0"/>
          <w:strike w:val="0"/>
          <w:sz w:val="22"/>
          <w:u w:val="single"/>
        </w:rPr>
        <w:t xml:space="preserve"> change, or rising </w:t>
      </w:r>
      <w:r>
        <w:rPr>
          <w:b w:val="0"/>
          <w:i w:val="0"/>
          <w:smallCaps w:val="0"/>
          <w:strike w:val="0"/>
          <w:sz w:val="22"/>
          <w:highlight w:val="cyan"/>
          <w:u w:val="single"/>
        </w:rPr>
        <w:t>inequality</w:t>
      </w:r>
      <w:r>
        <w:rPr>
          <w:b w:val="0"/>
          <w:i w:val="0"/>
          <w:smallCaps w:val="0"/>
          <w:strike w:val="0"/>
          <w:sz w:val="22"/>
          <w:u w:val="single"/>
        </w:rPr>
        <w:t xml:space="preserve">, short-term political expediency must be overcome – </w:t>
      </w:r>
      <w:r>
        <w:rPr>
          <w:b/>
          <w:i w:val="0"/>
          <w:smallCaps w:val="0"/>
          <w:strike w:val="0"/>
          <w:sz w:val="24"/>
          <w:u w:val="single"/>
        </w:rPr>
        <w:t xml:space="preserve">or </w:t>
      </w:r>
      <w:r>
        <w:rPr>
          <w:b/>
          <w:i w:val="0"/>
          <w:smallCaps w:val="0"/>
          <w:strike w:val="0"/>
          <w:sz w:val="24"/>
          <w:highlight w:val="cyan"/>
          <w:u w:val="single"/>
        </w:rPr>
        <w:t>the entire world</w:t>
      </w:r>
      <w:r>
        <w:rPr>
          <w:b/>
          <w:i w:val="0"/>
          <w:smallCaps w:val="0"/>
          <w:strike w:val="0"/>
          <w:sz w:val="24"/>
          <w:u w:val="single"/>
        </w:rPr>
        <w:t xml:space="preserve"> </w:t>
      </w:r>
      <w:r>
        <w:rPr>
          <w:b/>
          <w:i w:val="0"/>
          <w:smallCaps w:val="0"/>
          <w:strike w:val="0"/>
          <w:sz w:val="24"/>
          <w:highlight w:val="cyan"/>
          <w:u w:val="single"/>
        </w:rPr>
        <w:t>will</w:t>
      </w:r>
      <w:r>
        <w:rPr>
          <w:b/>
          <w:i w:val="0"/>
          <w:smallCaps w:val="0"/>
          <w:strike w:val="0"/>
          <w:sz w:val="24"/>
          <w:u w:val="single"/>
        </w:rPr>
        <w:t xml:space="preserve"> come to </w:t>
      </w:r>
      <w:r>
        <w:rPr>
          <w:b/>
          <w:i w:val="0"/>
          <w:smallCaps w:val="0"/>
          <w:strike w:val="0"/>
          <w:sz w:val="24"/>
          <w:highlight w:val="cyan"/>
          <w:u w:val="single"/>
        </w:rPr>
        <w:t>regret it.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