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DAOs will operate </w:t>
      </w:r>
      <w:r>
        <w:rPr>
          <w:b/>
          <w:i w:val="0"/>
          <w:smallCaps w:val="0"/>
          <w:strike w:val="0"/>
          <w:sz w:val="26"/>
          <w:u w:val="single"/>
        </w:rPr>
        <w:t>completely outside</w:t>
      </w:r>
      <w:r>
        <w:rPr>
          <w:b/>
          <w:i w:val="0"/>
          <w:smallCaps w:val="0"/>
          <w:strike w:val="0"/>
          <w:sz w:val="26"/>
          <w:u w:val="none"/>
        </w:rPr>
        <w:t xml:space="preserve"> of governance frameworks.</w:t>
      </w:r>
    </w:p>
    <w:p>
      <w:pPr>
        <w:spacing w:after="80"/>
      </w:pPr>
      <w:r>
        <w:rPr>
          <w:b/>
          <w:i w:val="0"/>
          <w:smallCaps w:val="0"/>
          <w:strike w:val="0"/>
          <w:sz w:val="26"/>
          <w:u w:val="none"/>
        </w:rPr>
        <w:t xml:space="preserve">Mack ’22 </w:t>
      </w:r>
      <w:r>
        <w:rPr>
          <w:b w:val="0"/>
          <w:i w:val="0"/>
          <w:smallCaps w:val="0"/>
          <w:strike w:val="0"/>
          <w:sz w:val="22"/>
          <w:u w:val="none"/>
        </w:rPr>
        <w:t xml:space="preserve">[Olga; </w:t>
      </w:r>
      <w:r>
        <w:rPr>
          <w:b w:val="0"/>
          <w:i w:val="0"/>
          <w:smallCaps w:val="0"/>
          <w:strike w:val="0"/>
          <w:sz w:val="22"/>
          <w:u w:val="none"/>
        </w:rPr>
        <w:t>August 1</w:t>
      </w:r>
      <w:r>
        <w:rPr>
          <w:b w:val="0"/>
          <w:i w:val="0"/>
          <w:smallCaps w:val="0"/>
          <w:strike w:val="0"/>
          <w:sz w:val="22"/>
          <w:u w:val="none"/>
        </w:rPr>
        <w:t xml:space="preserve">; Lecturer at the University of California at Berkeley Law School, CEO and Vice President at Parley Pro; J.D. from University of California at Berkeley; </w:t>
      </w:r>
      <w:r>
        <w:rPr>
          <w:b w:val="0"/>
          <w:i w:val="0"/>
          <w:smallCaps w:val="0"/>
          <w:strike w:val="0"/>
          <w:sz w:val="22"/>
          <w:u w:val="none"/>
        </w:rPr>
        <w:t xml:space="preserve">Above the Law, </w:t>
      </w:r>
      <w:r>
        <w:rPr>
          <w:b w:val="0"/>
          <w:i w:val="0"/>
          <w:smallCaps w:val="0"/>
          <w:strike w:val="0"/>
          <w:sz w:val="22"/>
          <w:u w:val="none"/>
        </w:rPr>
        <w:t xml:space="preserve">"Decentralized Autonomous Organizations: Legal Implications Of An Emerging Trend," </w:t>
      </w:r>
      <w:r>
        <w:rPr>
          <w:b w:val="0"/>
          <w:i w:val="0"/>
          <w:smallCaps w:val="0"/>
          <w:strike w:val="0"/>
          <w:sz w:val="22"/>
          <w:u w:val="none"/>
        </w:rPr>
        <w:t>https://abovethelaw.com/2022/08/decentralized-autonomous-organizations-legal-implications-of-an-emerging-trend/</w:t>
      </w:r>
      <w:r>
        <w:rPr>
          <w:b w:val="0"/>
          <w:i w:val="0"/>
          <w:smallCaps w:val="0"/>
          <w:strike w:val="0"/>
          <w:sz w:val="22"/>
          <w:u w:val="none"/>
        </w:rPr>
        <w:t>]</w:t>
      </w:r>
    </w:p>
    <w:p>
      <w:pPr>
        <w:spacing w:after="60"/>
      </w:pPr>
      <w:r>
        <w:rPr>
          <w:b w:val="0"/>
          <w:i w:val="0"/>
          <w:smallCaps w:val="0"/>
          <w:strike w:val="0"/>
          <w:sz w:val="22"/>
          <w:highlight w:val="cyan"/>
          <w:u w:val="single"/>
        </w:rPr>
        <w:t>As the world becomes</w:t>
      </w:r>
      <w:r>
        <w:rPr>
          <w:b w:val="0"/>
          <w:i w:val="0"/>
          <w:smallCaps w:val="0"/>
          <w:strike w:val="0"/>
          <w:sz w:val="22"/>
          <w:u w:val="single"/>
        </w:rPr>
        <w:t xml:space="preserve"> </w:t>
      </w:r>
      <w:r>
        <w:rPr>
          <w:b/>
          <w:i w:val="0"/>
          <w:smallCaps w:val="0"/>
          <w:strike w:val="0"/>
          <w:sz w:val="24"/>
          <w:u w:val="single"/>
        </w:rPr>
        <w:t xml:space="preserve">increasingly </w:t>
      </w:r>
      <w:r>
        <w:rPr>
          <w:b/>
          <w:i w:val="0"/>
          <w:smallCaps w:val="0"/>
          <w:strike w:val="0"/>
          <w:sz w:val="24"/>
          <w:highlight w:val="cyan"/>
          <w:u w:val="single"/>
        </w:rPr>
        <w:t>digitized</w:t>
      </w:r>
      <w:r>
        <w:rPr>
          <w:b w:val="0"/>
          <w:i w:val="0"/>
          <w:smallCaps w:val="0"/>
          <w:strike w:val="0"/>
          <w:sz w:val="22"/>
          <w:u w:val="single"/>
        </w:rPr>
        <w:t xml:space="preserve">, organizations known as </w:t>
      </w:r>
      <w:r>
        <w:rPr>
          <w:b/>
          <w:i w:val="0"/>
          <w:smallCaps w:val="0"/>
          <w:strike w:val="0"/>
          <w:sz w:val="24"/>
          <w:highlight w:val="cyan"/>
          <w:u w:val="single"/>
        </w:rPr>
        <w:t>decentralized</w:t>
      </w:r>
      <w:r>
        <w:rPr>
          <w:b/>
          <w:i w:val="0"/>
          <w:smallCaps w:val="0"/>
          <w:strike w:val="0"/>
          <w:sz w:val="24"/>
          <w:u w:val="single"/>
        </w:rPr>
        <w:t xml:space="preserve"> autonomous</w:t>
      </w:r>
      <w:r>
        <w:rPr>
          <w:b w:val="0"/>
          <w:i w:val="0"/>
          <w:smallCaps w:val="0"/>
          <w:strike w:val="0"/>
          <w:sz w:val="22"/>
          <w:u w:val="single"/>
        </w:rPr>
        <w:t xml:space="preserve"> </w:t>
      </w:r>
      <w:r>
        <w:rPr>
          <w:b w:val="0"/>
          <w:i w:val="0"/>
          <w:smallCaps w:val="0"/>
          <w:strike w:val="0"/>
          <w:sz w:val="22"/>
          <w:highlight w:val="cyan"/>
          <w:u w:val="single"/>
        </w:rPr>
        <w:t>organizations</w:t>
      </w:r>
      <w:r>
        <w:rPr>
          <w:b w:val="0"/>
          <w:i w:val="0"/>
          <w:smallCaps w:val="0"/>
          <w:strike w:val="0"/>
          <w:sz w:val="16"/>
          <w:u w:val="none"/>
        </w:rPr>
        <w:t xml:space="preserve"> (</w:t>
      </w:r>
      <w:r>
        <w:rPr>
          <w:b/>
          <w:i w:val="0"/>
          <w:smallCaps w:val="0"/>
          <w:strike w:val="0"/>
          <w:sz w:val="24"/>
          <w:u w:val="single"/>
        </w:rPr>
        <w:t>DAO</w:t>
      </w:r>
      <w:r>
        <w:rPr>
          <w:b w:val="0"/>
          <w:i w:val="0"/>
          <w:smallCaps w:val="0"/>
          <w:strike w:val="0"/>
          <w:sz w:val="16"/>
          <w:u w:val="none"/>
        </w:rPr>
        <w:t xml:space="preserve">) </w:t>
      </w:r>
      <w:r>
        <w:rPr>
          <w:b w:val="0"/>
          <w:i w:val="0"/>
          <w:smallCaps w:val="0"/>
          <w:strike w:val="0"/>
          <w:sz w:val="22"/>
          <w:highlight w:val="cyan"/>
          <w:u w:val="single"/>
        </w:rPr>
        <w:t>have grown</w:t>
      </w:r>
      <w:r>
        <w:rPr>
          <w:b w:val="0"/>
          <w:i w:val="0"/>
          <w:smallCaps w:val="0"/>
          <w:strike w:val="0"/>
          <w:sz w:val="22"/>
          <w:u w:val="single"/>
        </w:rPr>
        <w:t xml:space="preserve"> in popularity.</w:t>
      </w:r>
    </w:p>
    <w:p>
      <w:pPr>
        <w:spacing w:after="60"/>
      </w:pPr>
      <w:r>
        <w:rPr>
          <w:b w:val="0"/>
          <w:i w:val="0"/>
          <w:smallCaps w:val="0"/>
          <w:strike w:val="0"/>
          <w:sz w:val="16"/>
          <w:u w:val="none"/>
        </w:rPr>
        <w:t xml:space="preserve">Such </w:t>
      </w:r>
      <w:r>
        <w:rPr>
          <w:b w:val="0"/>
          <w:i w:val="0"/>
          <w:smallCaps w:val="0"/>
          <w:strike w:val="0"/>
          <w:sz w:val="22"/>
          <w:u w:val="single"/>
        </w:rPr>
        <w:t xml:space="preserve">organizations are run through </w:t>
      </w:r>
      <w:r>
        <w:rPr>
          <w:b/>
          <w:i w:val="0"/>
          <w:smallCaps w:val="0"/>
          <w:strike w:val="0"/>
          <w:sz w:val="24"/>
          <w:u w:val="single"/>
        </w:rPr>
        <w:t>smart contracts</w:t>
      </w:r>
      <w:r>
        <w:rPr>
          <w:b w:val="0"/>
          <w:i w:val="0"/>
          <w:smallCaps w:val="0"/>
          <w:strike w:val="0"/>
          <w:sz w:val="22"/>
          <w:u w:val="single"/>
        </w:rPr>
        <w:t xml:space="preserve"> on a </w:t>
      </w:r>
      <w:r>
        <w:rPr>
          <w:b/>
          <w:i w:val="0"/>
          <w:smallCaps w:val="0"/>
          <w:strike w:val="0"/>
          <w:sz w:val="24"/>
          <w:u w:val="single"/>
        </w:rPr>
        <w:t>blockchain</w:t>
      </w:r>
      <w:r>
        <w:rPr>
          <w:b w:val="0"/>
          <w:i w:val="0"/>
          <w:smallCaps w:val="0"/>
          <w:strike w:val="0"/>
          <w:sz w:val="22"/>
          <w:u w:val="single"/>
        </w:rPr>
        <w:t xml:space="preserve"> network, such as Ethereum. </w:t>
      </w:r>
      <w:r>
        <w:rPr>
          <w:b w:val="0"/>
          <w:i w:val="0"/>
          <w:smallCaps w:val="0"/>
          <w:strike w:val="0"/>
          <w:sz w:val="22"/>
          <w:highlight w:val="cyan"/>
          <w:u w:val="single"/>
        </w:rPr>
        <w:t xml:space="preserve">They are </w:t>
      </w:r>
      <w:r>
        <w:rPr>
          <w:b/>
          <w:i w:val="0"/>
          <w:smallCaps w:val="0"/>
          <w:strike w:val="0"/>
          <w:sz w:val="24"/>
          <w:highlight w:val="cyan"/>
          <w:u w:val="single"/>
        </w:rPr>
        <w:t>autonomous</w:t>
      </w:r>
      <w:r>
        <w:rPr>
          <w:b w:val="0"/>
          <w:i w:val="0"/>
          <w:smallCaps w:val="0"/>
          <w:strike w:val="0"/>
          <w:sz w:val="16"/>
          <w:u w:val="none"/>
        </w:rPr>
        <w:t xml:space="preserve"> in that they are </w:t>
      </w:r>
      <w:r>
        <w:rPr>
          <w:b/>
          <w:i w:val="0"/>
          <w:smallCaps w:val="0"/>
          <w:strike w:val="0"/>
          <w:sz w:val="24"/>
          <w:u w:val="single"/>
        </w:rPr>
        <w:t>self-governing</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exist </w:t>
      </w:r>
      <w:r>
        <w:rPr>
          <w:b/>
          <w:i w:val="0"/>
          <w:smallCaps w:val="0"/>
          <w:strike w:val="0"/>
          <w:sz w:val="24"/>
          <w:highlight w:val="cyan"/>
          <w:u w:val="single"/>
        </w:rPr>
        <w:t>outside</w:t>
      </w:r>
      <w:r>
        <w:rPr>
          <w:b w:val="0"/>
          <w:i w:val="0"/>
          <w:smallCaps w:val="0"/>
          <w:strike w:val="0"/>
          <w:sz w:val="22"/>
          <w:highlight w:val="cyan"/>
          <w:u w:val="single"/>
        </w:rPr>
        <w:t xml:space="preserve"> of</w:t>
      </w:r>
      <w:r>
        <w:rPr>
          <w:b w:val="0"/>
          <w:i w:val="0"/>
          <w:smallCaps w:val="0"/>
          <w:strike w:val="0"/>
          <w:sz w:val="22"/>
          <w:u w:val="single"/>
        </w:rPr>
        <w:t xml:space="preserve"> traditional </w:t>
      </w:r>
      <w:r>
        <w:rPr>
          <w:b w:val="0"/>
          <w:i w:val="0"/>
          <w:smallCaps w:val="0"/>
          <w:strike w:val="0"/>
          <w:sz w:val="22"/>
          <w:highlight w:val="cyan"/>
          <w:u w:val="single"/>
        </w:rPr>
        <w:t>legal frameworks</w:t>
      </w:r>
      <w:r>
        <w:rPr>
          <w:b w:val="0"/>
          <w:i w:val="0"/>
          <w:smallCaps w:val="0"/>
          <w:strike w:val="0"/>
          <w:sz w:val="16"/>
          <w:u w:val="none"/>
        </w:rPr>
        <w:t xml:space="preserve">. What do these traits mean? That </w:t>
      </w:r>
      <w:r>
        <w:rPr>
          <w:b w:val="0"/>
          <w:i w:val="0"/>
          <w:smallCaps w:val="0"/>
          <w:strike w:val="0"/>
          <w:sz w:val="22"/>
          <w:u w:val="single"/>
        </w:rPr>
        <w:t xml:space="preserve">DAOs have the potential to </w:t>
      </w:r>
      <w:r>
        <w:rPr>
          <w:b/>
          <w:i w:val="0"/>
          <w:smallCaps w:val="0"/>
          <w:strike w:val="0"/>
          <w:sz w:val="24"/>
          <w:u w:val="single"/>
        </w:rPr>
        <w:t>radically change</w:t>
      </w:r>
      <w:r>
        <w:rPr>
          <w:b w:val="0"/>
          <w:i w:val="0"/>
          <w:smallCaps w:val="0"/>
          <w:strike w:val="0"/>
          <w:sz w:val="22"/>
          <w:u w:val="single"/>
        </w:rPr>
        <w:t xml:space="preserve"> the way we do </w:t>
      </w:r>
      <w:r>
        <w:rPr>
          <w:b/>
          <w:i w:val="0"/>
          <w:smallCaps w:val="0"/>
          <w:strike w:val="0"/>
          <w:sz w:val="24"/>
          <w:u w:val="single"/>
        </w:rPr>
        <w:t>business</w:t>
      </w:r>
      <w:r>
        <w:rPr>
          <w:b w:val="0"/>
          <w:i w:val="0"/>
          <w:smallCaps w:val="0"/>
          <w:strike w:val="0"/>
          <w:sz w:val="16"/>
          <w:u w:val="none"/>
        </w:rPr>
        <w:t>.</w:t>
      </w:r>
    </w:p>
    <w:p>
      <w:pPr>
        <w:spacing w:after="60"/>
      </w:pPr>
      <w:r>
        <w:rPr>
          <w:b w:val="0"/>
          <w:i w:val="0"/>
          <w:smallCaps w:val="0"/>
          <w:strike w:val="0"/>
          <w:sz w:val="16"/>
          <w:u w:val="none"/>
        </w:rPr>
        <w:t xml:space="preserve">However, as with any new technology, </w:t>
      </w:r>
      <w:r>
        <w:rPr>
          <w:b w:val="0"/>
          <w:i w:val="0"/>
          <w:smallCaps w:val="0"/>
          <w:strike w:val="0"/>
          <w:sz w:val="22"/>
          <w:u w:val="single"/>
        </w:rPr>
        <w:t xml:space="preserve">there are </w:t>
      </w:r>
      <w:r>
        <w:rPr>
          <w:b/>
          <w:i w:val="0"/>
          <w:smallCaps w:val="0"/>
          <w:strike w:val="0"/>
          <w:sz w:val="24"/>
          <w:u w:val="single"/>
        </w:rPr>
        <w:t>legal implications</w:t>
      </w:r>
      <w:r>
        <w:rPr>
          <w:b w:val="0"/>
          <w:i w:val="0"/>
          <w:smallCaps w:val="0"/>
          <w:strike w:val="0"/>
          <w:sz w:val="22"/>
          <w:u w:val="single"/>
        </w:rPr>
        <w:t xml:space="preserve"> to consider.</w:t>
      </w:r>
      <w:r>
        <w:rPr>
          <w:b w:val="0"/>
          <w:i w:val="0"/>
          <w:smallCaps w:val="0"/>
          <w:strike w:val="0"/>
          <w:sz w:val="16"/>
          <w:u w:val="none"/>
        </w:rPr>
        <w:t xml:space="preserve"> This article will explain what DAOs are before exploring some of the related legal issues.</w:t>
      </w:r>
    </w:p>
    <w:p>
      <w:pPr>
        <w:spacing w:after="60"/>
      </w:pPr>
      <w:r>
        <w:rPr>
          <w:b w:val="0"/>
          <w:i w:val="0"/>
          <w:smallCaps w:val="0"/>
          <w:strike w:val="0"/>
          <w:sz w:val="16"/>
          <w:u w:val="none"/>
        </w:rPr>
        <w:t>What Is A DAO?</w:t>
      </w:r>
    </w:p>
    <w:p>
      <w:pPr>
        <w:spacing w:after="60"/>
      </w:pPr>
      <w:r>
        <w:rPr>
          <w:b w:val="0"/>
          <w:i w:val="0"/>
          <w:smallCaps w:val="0"/>
          <w:strike w:val="0"/>
          <w:sz w:val="16"/>
          <w:u w:val="none"/>
        </w:rPr>
        <w:t>As mentioned earlier, a DAO is an organization run through smart contracts on a blockchain while maintaining autonomy and eschewing traditional legal frameworks.</w:t>
      </w:r>
    </w:p>
    <w:p>
      <w:pPr>
        <w:spacing w:after="60"/>
      </w:pPr>
      <w:r>
        <w:rPr>
          <w:b w:val="0"/>
          <w:i w:val="0"/>
          <w:smallCaps w:val="0"/>
          <w:strike w:val="0"/>
          <w:sz w:val="16"/>
          <w:u w:val="none"/>
        </w:rPr>
        <w:t xml:space="preserve">The </w:t>
      </w:r>
      <w:r>
        <w:rPr>
          <w:b w:val="0"/>
          <w:i w:val="0"/>
          <w:smallCaps w:val="0"/>
          <w:strike w:val="0"/>
          <w:sz w:val="22"/>
          <w:u w:val="single"/>
        </w:rPr>
        <w:t>development</w:t>
      </w:r>
      <w:r>
        <w:rPr>
          <w:b w:val="0"/>
          <w:i w:val="0"/>
          <w:smallCaps w:val="0"/>
          <w:strike w:val="0"/>
          <w:sz w:val="16"/>
          <w:u w:val="none"/>
        </w:rPr>
        <w:t xml:space="preserve"> of DAOs </w:t>
      </w:r>
      <w:r>
        <w:rPr>
          <w:b w:val="0"/>
          <w:i w:val="0"/>
          <w:smallCaps w:val="0"/>
          <w:strike w:val="0"/>
          <w:sz w:val="22"/>
          <w:u w:val="single"/>
        </w:rPr>
        <w:t>is still in its early stages</w:t>
      </w:r>
      <w:r>
        <w:rPr>
          <w:b w:val="0"/>
          <w:i w:val="0"/>
          <w:smallCaps w:val="0"/>
          <w:strike w:val="0"/>
          <w:sz w:val="16"/>
          <w:u w:val="none"/>
        </w:rPr>
        <w:t xml:space="preserve">, and, as such, there is no one-size-fits-all definition of what they are. </w:t>
      </w:r>
      <w:r>
        <w:rPr>
          <w:b w:val="0"/>
          <w:i w:val="0"/>
          <w:smallCaps w:val="0"/>
          <w:strike w:val="0"/>
          <w:sz w:val="22"/>
          <w:u w:val="single"/>
        </w:rPr>
        <w:t>However, there are</w:t>
      </w:r>
      <w:r>
        <w:rPr>
          <w:b w:val="0"/>
          <w:i w:val="0"/>
          <w:smallCaps w:val="0"/>
          <w:strike w:val="0"/>
          <w:sz w:val="16"/>
          <w:u w:val="none"/>
        </w:rPr>
        <w:t xml:space="preserve"> some </w:t>
      </w:r>
      <w:r>
        <w:rPr>
          <w:b/>
          <w:i w:val="0"/>
          <w:smallCaps w:val="0"/>
          <w:strike w:val="0"/>
          <w:sz w:val="24"/>
          <w:u w:val="single"/>
        </w:rPr>
        <w:t>key characteristics</w:t>
      </w:r>
      <w:r>
        <w:rPr>
          <w:b w:val="0"/>
          <w:i w:val="0"/>
          <w:smallCaps w:val="0"/>
          <w:strike w:val="0"/>
          <w:sz w:val="22"/>
          <w:u w:val="single"/>
        </w:rPr>
        <w:t xml:space="preserve"> shared by all DAOs</w:t>
      </w:r>
      <w:r>
        <w:rPr>
          <w:b w:val="0"/>
          <w:i w:val="0"/>
          <w:smallCaps w:val="0"/>
          <w:strike w:val="0"/>
          <w:sz w:val="16"/>
          <w:u w:val="none"/>
        </w:rPr>
        <w:t>:</w:t>
      </w:r>
    </w:p>
    <w:p>
      <w:pPr>
        <w:spacing w:after="60"/>
      </w:pPr>
      <w:r>
        <w:rPr>
          <w:b w:val="0"/>
          <w:i w:val="0"/>
          <w:smallCaps w:val="0"/>
          <w:strike w:val="0"/>
          <w:sz w:val="22"/>
          <w:highlight w:val="cyan"/>
          <w:u w:val="single"/>
        </w:rPr>
        <w:t xml:space="preserve">DAOs are </w:t>
      </w:r>
      <w:r>
        <w:rPr>
          <w:b/>
          <w:i w:val="0"/>
          <w:smallCaps w:val="0"/>
          <w:strike w:val="0"/>
          <w:sz w:val="24"/>
          <w:highlight w:val="cyan"/>
          <w:u w:val="single"/>
        </w:rPr>
        <w:t>decentralized</w:t>
      </w:r>
      <w:r>
        <w:rPr>
          <w:b w:val="0"/>
          <w:i w:val="0"/>
          <w:smallCaps w:val="0"/>
          <w:strike w:val="0"/>
          <w:sz w:val="16"/>
          <w:u w:val="none"/>
        </w:rPr>
        <w:t xml:space="preserve">. They are </w:t>
      </w:r>
      <w:r>
        <w:rPr>
          <w:b w:val="0"/>
          <w:i w:val="0"/>
          <w:smallCaps w:val="0"/>
          <w:strike w:val="0"/>
          <w:sz w:val="22"/>
          <w:u w:val="single"/>
        </w:rPr>
        <w:t>not controlled by any single person or entity</w:t>
      </w:r>
      <w:r>
        <w:rPr>
          <w:b w:val="0"/>
          <w:i w:val="0"/>
          <w:smallCaps w:val="0"/>
          <w:strike w:val="0"/>
          <w:sz w:val="16"/>
          <w:u w:val="none"/>
        </w:rPr>
        <w:t>. For example, the Ethereum network is considered decentralized because it is not under the control of a government or company.</w:t>
      </w:r>
    </w:p>
    <w:p>
      <w:pPr>
        <w:spacing w:after="60"/>
      </w:pPr>
      <w:r>
        <w:rPr>
          <w:b w:val="0"/>
          <w:i w:val="0"/>
          <w:smallCaps w:val="0"/>
          <w:strike w:val="0"/>
          <w:sz w:val="22"/>
          <w:u w:val="single"/>
        </w:rPr>
        <w:t xml:space="preserve">DAOs are </w:t>
      </w:r>
      <w:r>
        <w:rPr>
          <w:b/>
          <w:i w:val="0"/>
          <w:smallCaps w:val="0"/>
          <w:strike w:val="0"/>
          <w:sz w:val="24"/>
          <w:highlight w:val="cyan"/>
          <w:u w:val="single"/>
        </w:rPr>
        <w:t>autonomous</w:t>
      </w:r>
      <w:r>
        <w:rPr>
          <w:b w:val="0"/>
          <w:i w:val="0"/>
          <w:smallCaps w:val="0"/>
          <w:strike w:val="0"/>
          <w:sz w:val="22"/>
          <w:u w:val="single"/>
        </w:rPr>
        <w:t>. They are self-governing and are not beholden to</w:t>
      </w:r>
      <w:r>
        <w:rPr>
          <w:b w:val="0"/>
          <w:i w:val="0"/>
          <w:smallCaps w:val="0"/>
          <w:strike w:val="0"/>
          <w:sz w:val="16"/>
          <w:u w:val="none"/>
        </w:rPr>
        <w:t xml:space="preserve"> any </w:t>
      </w:r>
      <w:r>
        <w:rPr>
          <w:b w:val="0"/>
          <w:i w:val="0"/>
          <w:smallCaps w:val="0"/>
          <w:strike w:val="0"/>
          <w:sz w:val="22"/>
          <w:u w:val="single"/>
        </w:rPr>
        <w:t>existing legal frameworks</w:t>
      </w:r>
      <w:r>
        <w:rPr>
          <w:b w:val="0"/>
          <w:i w:val="0"/>
          <w:smallCaps w:val="0"/>
          <w:strike w:val="0"/>
          <w:sz w:val="16"/>
          <w:u w:val="none"/>
        </w:rPr>
        <w:t xml:space="preserve">. This means that </w:t>
      </w:r>
      <w:r>
        <w:rPr>
          <w:b w:val="0"/>
          <w:i w:val="0"/>
          <w:smallCaps w:val="0"/>
          <w:strike w:val="0"/>
          <w:sz w:val="22"/>
          <w:u w:val="single"/>
        </w:rPr>
        <w:t>DAOs have</w:t>
      </w:r>
      <w:r>
        <w:rPr>
          <w:b w:val="0"/>
          <w:i w:val="0"/>
          <w:smallCaps w:val="0"/>
          <w:strike w:val="0"/>
          <w:sz w:val="16"/>
          <w:u w:val="none"/>
        </w:rPr>
        <w:t xml:space="preserve"> the </w:t>
      </w:r>
      <w:r>
        <w:rPr>
          <w:b w:val="0"/>
          <w:i w:val="0"/>
          <w:smallCaps w:val="0"/>
          <w:strike w:val="0"/>
          <w:sz w:val="22"/>
          <w:u w:val="single"/>
        </w:rPr>
        <w:t xml:space="preserve">potential to </w:t>
      </w:r>
      <w:r>
        <w:rPr>
          <w:b/>
          <w:i w:val="0"/>
          <w:smallCaps w:val="0"/>
          <w:strike w:val="0"/>
          <w:sz w:val="24"/>
          <w:highlight w:val="cyan"/>
          <w:u w:val="single"/>
        </w:rPr>
        <w:t>operate</w:t>
      </w:r>
      <w:r>
        <w:rPr>
          <w:b/>
          <w:i w:val="0"/>
          <w:smallCaps w:val="0"/>
          <w:strike w:val="0"/>
          <w:sz w:val="24"/>
          <w:u w:val="single"/>
        </w:rPr>
        <w:t xml:space="preserve"> completely </w:t>
      </w:r>
      <w:r>
        <w:rPr>
          <w:b/>
          <w:i w:val="0"/>
          <w:smallCaps w:val="0"/>
          <w:strike w:val="0"/>
          <w:sz w:val="24"/>
          <w:highlight w:val="cyan"/>
          <w:u w:val="single"/>
        </w:rPr>
        <w:t>differently</w:t>
      </w:r>
      <w:r>
        <w:rPr>
          <w:b w:val="0"/>
          <w:i w:val="0"/>
          <w:smallCaps w:val="0"/>
          <w:strike w:val="0"/>
          <w:sz w:val="22"/>
          <w:highlight w:val="cyan"/>
          <w:u w:val="single"/>
        </w:rPr>
        <w:t xml:space="preserve"> than traditional</w:t>
      </w:r>
      <w:r>
        <w:rPr>
          <w:b w:val="0"/>
          <w:i w:val="0"/>
          <w:smallCaps w:val="0"/>
          <w:strike w:val="0"/>
          <w:sz w:val="22"/>
          <w:u w:val="single"/>
        </w:rPr>
        <w:t xml:space="preserve"> organizations</w:t>
      </w:r>
      <w:r>
        <w:rPr>
          <w:b w:val="0"/>
          <w:i w:val="0"/>
          <w:smallCaps w:val="0"/>
          <w:strike w:val="0"/>
          <w:sz w:val="16"/>
          <w:u w:val="none"/>
        </w:rPr>
        <w:t>.</w:t>
      </w:r>
    </w:p>
    <w:p>
      <w:pPr>
        <w:spacing w:after="60"/>
      </w:pPr>
      <w:r>
        <w:rPr>
          <w:b w:val="0"/>
          <w:i w:val="0"/>
          <w:smallCaps w:val="0"/>
          <w:strike w:val="0"/>
          <w:sz w:val="12"/>
          <w:u w:val="none"/>
        </w:rPr>
        <w:t>DAOs are transparent. All transactions and activities within a DAO are recorded on the blockchain. This transparency is one of a DAO’s key advantages over traditional organizations.</w:t>
      </w:r>
    </w:p>
    <w:p>
      <w:pPr>
        <w:spacing w:after="60"/>
      </w:pPr>
      <w:r>
        <w:rPr>
          <w:b w:val="0"/>
          <w:i w:val="0"/>
          <w:smallCaps w:val="0"/>
          <w:strike w:val="0"/>
          <w:sz w:val="12"/>
          <w:u w:val="none"/>
        </w:rPr>
        <w:t>DAOs are inclusive. Anyone can participate in a DAO, regardless of their location or identity.</w:t>
      </w:r>
    </w:p>
    <w:p>
      <w:pPr>
        <w:spacing w:after="60"/>
      </w:pPr>
      <w:r>
        <w:rPr>
          <w:b w:val="0"/>
          <w:i w:val="0"/>
          <w:smallCaps w:val="0"/>
          <w:strike w:val="0"/>
          <w:sz w:val="12"/>
          <w:u w:val="none"/>
        </w:rPr>
        <w:t>Examples Of DAOs</w:t>
      </w:r>
    </w:p>
    <w:p>
      <w:pPr>
        <w:spacing w:after="60"/>
      </w:pPr>
      <w:r>
        <w:rPr>
          <w:b w:val="0"/>
          <w:i w:val="0"/>
          <w:smallCaps w:val="0"/>
          <w:strike w:val="0"/>
          <w:sz w:val="12"/>
          <w:u w:val="none"/>
        </w:rPr>
        <w:t>DAOs can be created for any purpose, but some of the most popular examples are listed below.</w:t>
      </w:r>
    </w:p>
    <w:p>
      <w:pPr>
        <w:spacing w:after="60"/>
      </w:pPr>
      <w:r>
        <w:rPr>
          <w:b w:val="0"/>
          <w:i w:val="0"/>
          <w:smallCaps w:val="0"/>
          <w:strike w:val="0"/>
          <w:sz w:val="16"/>
          <w:u w:val="none"/>
        </w:rPr>
        <w:t>1. Decentralized Exchanges</w:t>
      </w:r>
    </w:p>
    <w:p>
      <w:pPr>
        <w:spacing w:after="60"/>
      </w:pPr>
      <w:r>
        <w:rPr>
          <w:b w:val="0"/>
          <w:i w:val="0"/>
          <w:smallCaps w:val="0"/>
          <w:strike w:val="0"/>
          <w:sz w:val="16"/>
          <w:u w:val="none"/>
        </w:rPr>
        <w:t>These organizations facilitate the trade of cryptocurrencies and other digital assets without the need for a central authority. Instead, direct peer-to-peer trades are made between two parties with the help of smart contracts.</w:t>
      </w:r>
    </w:p>
    <w:p>
      <w:pPr>
        <w:spacing w:after="60"/>
      </w:pPr>
      <w:r>
        <w:rPr>
          <w:b w:val="0"/>
          <w:i w:val="0"/>
          <w:smallCaps w:val="0"/>
          <w:strike w:val="0"/>
          <w:sz w:val="22"/>
          <w:u w:val="single"/>
        </w:rPr>
        <w:t xml:space="preserve">During the past year, </w:t>
      </w:r>
      <w:r>
        <w:rPr>
          <w:b/>
          <w:i w:val="0"/>
          <w:smallCaps w:val="0"/>
          <w:strike w:val="0"/>
          <w:sz w:val="24"/>
          <w:u w:val="single"/>
        </w:rPr>
        <w:t>decentralized exchanges</w:t>
      </w:r>
      <w:r>
        <w:rPr>
          <w:b w:val="0"/>
          <w:i w:val="0"/>
          <w:smallCaps w:val="0"/>
          <w:strike w:val="0"/>
          <w:sz w:val="22"/>
          <w:u w:val="single"/>
        </w:rPr>
        <w:t xml:space="preserve"> have gained in popularity due to</w:t>
      </w:r>
      <w:r>
        <w:rPr>
          <w:b w:val="0"/>
          <w:i w:val="0"/>
          <w:smallCaps w:val="0"/>
          <w:strike w:val="0"/>
          <w:sz w:val="16"/>
          <w:u w:val="none"/>
        </w:rPr>
        <w:t xml:space="preserve"> their </w:t>
      </w:r>
      <w:r>
        <w:rPr>
          <w:b w:val="0"/>
          <w:i w:val="0"/>
          <w:smallCaps w:val="0"/>
          <w:strike w:val="0"/>
          <w:sz w:val="22"/>
          <w:u w:val="single"/>
        </w:rPr>
        <w:t>ability to offer greater security and privacy than</w:t>
      </w:r>
      <w:r>
        <w:rPr>
          <w:b w:val="0"/>
          <w:i w:val="0"/>
          <w:smallCaps w:val="0"/>
          <w:strike w:val="0"/>
          <w:sz w:val="16"/>
          <w:u w:val="none"/>
        </w:rPr>
        <w:t xml:space="preserve"> traditional </w:t>
      </w:r>
      <w:r>
        <w:rPr>
          <w:b w:val="0"/>
          <w:i w:val="0"/>
          <w:smallCaps w:val="0"/>
          <w:strike w:val="0"/>
          <w:sz w:val="22"/>
          <w:u w:val="single"/>
        </w:rPr>
        <w:t>centralized exchanges</w:t>
      </w:r>
      <w:r>
        <w:rPr>
          <w:b w:val="0"/>
          <w:i w:val="0"/>
          <w:smallCaps w:val="0"/>
          <w:strike w:val="0"/>
          <w:sz w:val="16"/>
          <w:u w:val="none"/>
        </w:rPr>
        <w:t>.</w:t>
      </w:r>
    </w:p>
    <w:p>
      <w:pPr>
        <w:spacing w:after="60"/>
      </w:pPr>
      <w:r>
        <w:rPr>
          <w:b w:val="0"/>
          <w:i w:val="0"/>
          <w:smallCaps w:val="0"/>
          <w:strike w:val="0"/>
          <w:sz w:val="10"/>
          <w:u w:val="none"/>
        </w:rPr>
        <w:t>A decentralized exchange ensures that there is no central point of failure that can be hacked or manipulated. Additionally, decentralized exchanges are often built on top of blockchain platforms, allowing them to offer improved transparency and immutability.</w:t>
      </w:r>
    </w:p>
    <w:p>
      <w:pPr>
        <w:spacing w:after="60"/>
      </w:pPr>
      <w:r>
        <w:rPr>
          <w:b w:val="0"/>
          <w:i w:val="0"/>
          <w:smallCaps w:val="0"/>
          <w:strike w:val="0"/>
          <w:sz w:val="10"/>
          <w:u w:val="none"/>
        </w:rPr>
        <w:t>2. Decentralized Crowdfunding</w:t>
      </w:r>
    </w:p>
    <w:p>
      <w:pPr>
        <w:spacing w:after="60"/>
      </w:pPr>
      <w:r>
        <w:rPr>
          <w:b w:val="0"/>
          <w:i w:val="0"/>
          <w:smallCaps w:val="0"/>
          <w:strike w:val="0"/>
          <w:sz w:val="10"/>
          <w:u w:val="none"/>
        </w:rPr>
        <w:t>In this type of setup, backers send funds to a smart contract, which holds them until the project reaches its funding goal. If the goal is reached, the funds are then released to the project team; if the goal is not reached, the funds are returned to the backers.</w:t>
      </w:r>
    </w:p>
    <w:p>
      <w:pPr>
        <w:spacing w:after="60"/>
      </w:pPr>
      <w:r>
        <w:rPr>
          <w:b w:val="0"/>
          <w:i w:val="0"/>
          <w:smallCaps w:val="0"/>
          <w:strike w:val="0"/>
          <w:sz w:val="10"/>
          <w:u w:val="none"/>
        </w:rPr>
        <w:t>Projects using DAOs for crowdfunding are able to receive funding from a global pool of backers while enjoying the transparency and immutability of decentralized organizations.</w:t>
      </w:r>
    </w:p>
    <w:p>
      <w:pPr>
        <w:spacing w:after="60"/>
      </w:pPr>
      <w:r>
        <w:rPr>
          <w:b w:val="0"/>
          <w:i w:val="0"/>
          <w:smallCaps w:val="0"/>
          <w:strike w:val="0"/>
          <w:sz w:val="10"/>
          <w:u w:val="none"/>
        </w:rPr>
        <w:t>3. Decentralized Governance</w:t>
      </w:r>
    </w:p>
    <w:p>
      <w:pPr>
        <w:spacing w:after="60"/>
      </w:pPr>
      <w:r>
        <w:rPr>
          <w:b w:val="0"/>
          <w:i w:val="0"/>
          <w:smallCaps w:val="0"/>
          <w:strike w:val="0"/>
          <w:sz w:val="10"/>
          <w:u w:val="none"/>
        </w:rPr>
        <w:t>When a DAO is used for decentralized governance, members of the DAO vote on proposals that are then implemented by smart contracts.</w:t>
      </w:r>
    </w:p>
    <w:p>
      <w:pPr>
        <w:spacing w:after="60"/>
      </w:pPr>
      <w:r>
        <w:rPr>
          <w:b w:val="0"/>
          <w:i w:val="0"/>
          <w:smallCaps w:val="0"/>
          <w:strike w:val="0"/>
          <w:sz w:val="10"/>
          <w:u w:val="none"/>
        </w:rPr>
        <w:t>Decentralized governance offers a number of advantages over traditional governance models, including increased transparency and accountability. Additionally, decentralized governance can be used to make decisions more democratically.</w:t>
      </w:r>
    </w:p>
    <w:p>
      <w:pPr>
        <w:spacing w:after="60"/>
      </w:pPr>
      <w:r>
        <w:rPr>
          <w:b w:val="0"/>
          <w:i w:val="0"/>
          <w:smallCaps w:val="0"/>
          <w:strike w:val="0"/>
          <w:sz w:val="16"/>
          <w:u w:val="none"/>
        </w:rPr>
        <w:t>4. Decentralized Organizations</w:t>
      </w:r>
    </w:p>
    <w:p>
      <w:pPr>
        <w:spacing w:after="60"/>
      </w:pPr>
      <w:r>
        <w:rPr>
          <w:b w:val="0"/>
          <w:i w:val="0"/>
          <w:smallCaps w:val="0"/>
          <w:strike w:val="0"/>
          <w:sz w:val="22"/>
          <w:u w:val="single"/>
        </w:rPr>
        <w:t>There are</w:t>
      </w:r>
      <w:r>
        <w:rPr>
          <w:b w:val="0"/>
          <w:i w:val="0"/>
          <w:smallCaps w:val="0"/>
          <w:strike w:val="0"/>
          <w:sz w:val="16"/>
          <w:u w:val="none"/>
        </w:rPr>
        <w:t xml:space="preserve"> also </w:t>
      </w:r>
      <w:r>
        <w:rPr>
          <w:b w:val="0"/>
          <w:i w:val="0"/>
          <w:smallCaps w:val="0"/>
          <w:strike w:val="0"/>
          <w:sz w:val="22"/>
          <w:u w:val="single"/>
        </w:rPr>
        <w:t>numerous organizations</w:t>
      </w:r>
      <w:r>
        <w:rPr>
          <w:b w:val="0"/>
          <w:i w:val="0"/>
          <w:smallCaps w:val="0"/>
          <w:strike w:val="0"/>
          <w:sz w:val="16"/>
          <w:u w:val="none"/>
        </w:rPr>
        <w:t xml:space="preserve"> — ranging from small startups to large enterprises — </w:t>
      </w:r>
      <w:r>
        <w:rPr>
          <w:b w:val="0"/>
          <w:i w:val="0"/>
          <w:smallCaps w:val="0"/>
          <w:strike w:val="0"/>
          <w:sz w:val="22"/>
          <w:u w:val="single"/>
        </w:rPr>
        <w:t xml:space="preserve">using DAOs to </w:t>
      </w:r>
      <w:r>
        <w:rPr>
          <w:b/>
          <w:i w:val="0"/>
          <w:smallCaps w:val="0"/>
          <w:strike w:val="0"/>
          <w:sz w:val="24"/>
          <w:u w:val="single"/>
        </w:rPr>
        <w:t>decentralize</w:t>
      </w:r>
      <w:r>
        <w:rPr>
          <w:b w:val="0"/>
          <w:i w:val="0"/>
          <w:smallCaps w:val="0"/>
          <w:strike w:val="0"/>
          <w:sz w:val="22"/>
          <w:u w:val="single"/>
        </w:rPr>
        <w:t xml:space="preserve"> their operations</w:t>
      </w:r>
      <w:r>
        <w:rPr>
          <w:b w:val="0"/>
          <w:i w:val="0"/>
          <w:smallCaps w:val="0"/>
          <w:strike w:val="0"/>
          <w:sz w:val="16"/>
          <w:u w:val="none"/>
        </w:rPr>
        <w:t>.</w:t>
      </w:r>
    </w:p>
    <w:p>
      <w:pPr>
        <w:spacing w:after="60"/>
      </w:pPr>
      <w:r>
        <w:rPr>
          <w:b w:val="0"/>
          <w:i w:val="0"/>
          <w:smallCaps w:val="0"/>
          <w:strike w:val="0"/>
          <w:sz w:val="16"/>
          <w:u w:val="none"/>
        </w:rPr>
        <w:t>Decentralizing their operations allows organizations to offer their members a number of advantages, including increased transparency, security, and privacy.</w:t>
      </w:r>
    </w:p>
    <w:p>
      <w:pPr>
        <w:spacing w:after="60"/>
      </w:pPr>
      <w:r>
        <w:rPr>
          <w:b w:val="0"/>
          <w:i w:val="0"/>
          <w:smallCaps w:val="0"/>
          <w:strike w:val="0"/>
          <w:sz w:val="16"/>
          <w:u w:val="none"/>
        </w:rPr>
        <w:t>Legal Implications Of DAOs</w:t>
      </w:r>
    </w:p>
    <w:p>
      <w:pPr>
        <w:spacing w:after="60"/>
      </w:pPr>
      <w:r>
        <w:rPr>
          <w:b w:val="0"/>
          <w:i w:val="0"/>
          <w:smallCaps w:val="0"/>
          <w:strike w:val="0"/>
          <w:sz w:val="16"/>
          <w:u w:val="none"/>
        </w:rPr>
        <w:t xml:space="preserve">DAOs are still in their infancy, so </w:t>
      </w:r>
      <w:r>
        <w:rPr>
          <w:b w:val="0"/>
          <w:i w:val="0"/>
          <w:smallCaps w:val="0"/>
          <w:strike w:val="0"/>
          <w:sz w:val="22"/>
          <w:highlight w:val="cyan"/>
          <w:u w:val="single"/>
        </w:rPr>
        <w:t xml:space="preserve">there are </w:t>
      </w:r>
      <w:r>
        <w:rPr>
          <w:b/>
          <w:i w:val="0"/>
          <w:smallCaps w:val="0"/>
          <w:strike w:val="0"/>
          <w:sz w:val="24"/>
          <w:highlight w:val="cyan"/>
          <w:u w:val="single"/>
        </w:rPr>
        <w:t>no clear</w:t>
      </w:r>
      <w:r>
        <w:rPr>
          <w:b/>
          <w:i w:val="0"/>
          <w:smallCaps w:val="0"/>
          <w:strike w:val="0"/>
          <w:sz w:val="24"/>
          <w:u w:val="single"/>
        </w:rPr>
        <w:t xml:space="preserve"> legal </w:t>
      </w:r>
      <w:r>
        <w:rPr>
          <w:b/>
          <w:i w:val="0"/>
          <w:smallCaps w:val="0"/>
          <w:strike w:val="0"/>
          <w:sz w:val="24"/>
          <w:highlight w:val="cyan"/>
          <w:u w:val="single"/>
        </w:rPr>
        <w:t>guidelines</w:t>
      </w:r>
      <w:r>
        <w:rPr>
          <w:b w:val="0"/>
          <w:i w:val="0"/>
          <w:smallCaps w:val="0"/>
          <w:strike w:val="0"/>
          <w:sz w:val="22"/>
          <w:u w:val="single"/>
        </w:rPr>
        <w:t xml:space="preserve"> regarding their </w:t>
      </w:r>
      <w:r>
        <w:rPr>
          <w:b/>
          <w:i w:val="0"/>
          <w:smallCaps w:val="0"/>
          <w:strike w:val="0"/>
          <w:sz w:val="24"/>
          <w:u w:val="single"/>
        </w:rPr>
        <w:t>operation</w:t>
      </w:r>
      <w:r>
        <w:rPr>
          <w:b w:val="0"/>
          <w:i w:val="0"/>
          <w:smallCaps w:val="0"/>
          <w:strike w:val="0"/>
          <w:sz w:val="22"/>
          <w:u w:val="single"/>
        </w:rPr>
        <w:t xml:space="preserve">. </w:t>
      </w:r>
      <w:r>
        <w:rPr>
          <w:b w:val="0"/>
          <w:i w:val="0"/>
          <w:smallCaps w:val="0"/>
          <w:strike w:val="0"/>
          <w:sz w:val="22"/>
          <w:highlight w:val="cyan"/>
          <w:u w:val="single"/>
        </w:rPr>
        <w:t xml:space="preserve">This </w:t>
      </w:r>
      <w:r>
        <w:rPr>
          <w:b/>
          <w:i w:val="0"/>
          <w:smallCaps w:val="0"/>
          <w:strike w:val="0"/>
          <w:sz w:val="24"/>
          <w:highlight w:val="cyan"/>
          <w:u w:val="single"/>
        </w:rPr>
        <w:t>lack of clarity</w:t>
      </w:r>
      <w:r>
        <w:rPr>
          <w:b w:val="0"/>
          <w:i w:val="0"/>
          <w:smallCaps w:val="0"/>
          <w:strike w:val="0"/>
          <w:sz w:val="22"/>
          <w:highlight w:val="cyan"/>
          <w:u w:val="single"/>
        </w:rPr>
        <w:t xml:space="preserve"> presents</w:t>
      </w:r>
      <w:r>
        <w:rPr>
          <w:b w:val="0"/>
          <w:i w:val="0"/>
          <w:smallCaps w:val="0"/>
          <w:strike w:val="0"/>
          <w:sz w:val="22"/>
          <w:u w:val="single"/>
        </w:rPr>
        <w:t xml:space="preserve"> a number of </w:t>
      </w:r>
      <w:r>
        <w:rPr>
          <w:b/>
          <w:i w:val="0"/>
          <w:smallCaps w:val="0"/>
          <w:strike w:val="0"/>
          <w:sz w:val="24"/>
          <w:highlight w:val="cyan"/>
          <w:u w:val="single"/>
        </w:rPr>
        <w:t>risks</w:t>
      </w:r>
      <w:r>
        <w:rPr>
          <w:b w:val="0"/>
          <w:i w:val="0"/>
          <w:smallCaps w:val="0"/>
          <w:strike w:val="0"/>
          <w:sz w:val="22"/>
          <w:u w:val="single"/>
        </w:rPr>
        <w:t xml:space="preserve"> for those involved</w:t>
      </w:r>
      <w:r>
        <w:rPr>
          <w:b w:val="0"/>
          <w:i w:val="0"/>
          <w:smallCaps w:val="0"/>
          <w:strike w:val="0"/>
          <w:sz w:val="16"/>
          <w:u w:val="none"/>
        </w:rPr>
        <w:t xml:space="preserve"> in DAOs in the following fields.</w:t>
      </w:r>
    </w:p>
    <w:p>
      <w:pPr>
        <w:spacing w:after="60"/>
      </w:pPr>
      <w:r>
        <w:rPr>
          <w:b w:val="0"/>
          <w:i w:val="0"/>
          <w:smallCaps w:val="0"/>
          <w:strike w:val="0"/>
          <w:sz w:val="16"/>
          <w:u w:val="none"/>
        </w:rPr>
        <w:t>Formation And Contract Law</w:t>
      </w:r>
    </w:p>
    <w:p>
      <w:pPr>
        <w:spacing w:after="60"/>
      </w:pPr>
      <w:r>
        <w:rPr>
          <w:b w:val="0"/>
          <w:i w:val="0"/>
          <w:smallCaps w:val="0"/>
          <w:strike w:val="0"/>
          <w:sz w:val="22"/>
          <w:u w:val="single"/>
        </w:rPr>
        <w:t xml:space="preserve">Since DAOs are </w:t>
      </w:r>
      <w:r>
        <w:rPr>
          <w:b/>
          <w:i w:val="0"/>
          <w:smallCaps w:val="0"/>
          <w:strike w:val="0"/>
          <w:sz w:val="24"/>
          <w:u w:val="single"/>
        </w:rPr>
        <w:t>not traditional</w:t>
      </w:r>
      <w:r>
        <w:rPr>
          <w:b w:val="0"/>
          <w:i w:val="0"/>
          <w:smallCaps w:val="0"/>
          <w:strike w:val="0"/>
          <w:sz w:val="16"/>
          <w:u w:val="none"/>
        </w:rPr>
        <w:t xml:space="preserve"> organizations, </w:t>
      </w:r>
      <w:r>
        <w:rPr>
          <w:b w:val="0"/>
          <w:i w:val="0"/>
          <w:smallCaps w:val="0"/>
          <w:strike w:val="0"/>
          <w:sz w:val="22"/>
          <w:u w:val="single"/>
        </w:rPr>
        <w:t>they do not fit neatly into existing legal frameworks</w:t>
      </w:r>
      <w:r>
        <w:rPr>
          <w:b w:val="0"/>
          <w:i w:val="0"/>
          <w:smallCaps w:val="0"/>
          <w:strike w:val="0"/>
          <w:sz w:val="16"/>
          <w:u w:val="none"/>
        </w:rPr>
        <w:t xml:space="preserve">, so </w:t>
      </w:r>
      <w:r>
        <w:rPr>
          <w:b w:val="0"/>
          <w:i w:val="0"/>
          <w:smallCaps w:val="0"/>
          <w:strike w:val="0"/>
          <w:sz w:val="22"/>
          <w:u w:val="single"/>
        </w:rPr>
        <w:t>it is unclear how DAOs will be treated</w:t>
      </w:r>
      <w:r>
        <w:rPr>
          <w:b w:val="0"/>
          <w:i w:val="0"/>
          <w:smallCaps w:val="0"/>
          <w:strike w:val="0"/>
          <w:sz w:val="16"/>
          <w:u w:val="none"/>
        </w:rPr>
        <w:t xml:space="preserve"> under contract law.</w:t>
      </w:r>
    </w:p>
    <w:p>
      <w:pPr>
        <w:spacing w:after="60"/>
      </w:pPr>
      <w:r>
        <w:rPr>
          <w:b w:val="0"/>
          <w:i w:val="0"/>
          <w:smallCaps w:val="0"/>
          <w:strike w:val="0"/>
          <w:sz w:val="22"/>
          <w:u w:val="single"/>
        </w:rPr>
        <w:t>This lack of clarity</w:t>
      </w:r>
      <w:r>
        <w:rPr>
          <w:b w:val="0"/>
          <w:i w:val="0"/>
          <w:smallCaps w:val="0"/>
          <w:strike w:val="0"/>
          <w:sz w:val="16"/>
          <w:u w:val="none"/>
        </w:rPr>
        <w:t xml:space="preserve"> concerning the rights and obligations of parties involved </w:t>
      </w:r>
      <w:r>
        <w:rPr>
          <w:b w:val="0"/>
          <w:i w:val="0"/>
          <w:smallCaps w:val="0"/>
          <w:strike w:val="0"/>
          <w:sz w:val="22"/>
          <w:u w:val="single"/>
        </w:rPr>
        <w:t xml:space="preserve">in </w:t>
      </w:r>
      <w:r>
        <w:rPr>
          <w:b w:val="0"/>
          <w:i w:val="0"/>
          <w:smallCaps w:val="0"/>
          <w:strike w:val="0"/>
          <w:sz w:val="22"/>
          <w:highlight w:val="cyan"/>
          <w:u w:val="single"/>
        </w:rPr>
        <w:t>DAOs</w:t>
      </w:r>
      <w:r>
        <w:rPr>
          <w:b w:val="0"/>
          <w:i w:val="0"/>
          <w:smallCaps w:val="0"/>
          <w:strike w:val="0"/>
          <w:sz w:val="22"/>
          <w:u w:val="single"/>
        </w:rPr>
        <w:t xml:space="preserve"> could </w:t>
      </w:r>
      <w:r>
        <w:rPr>
          <w:b/>
          <w:i w:val="0"/>
          <w:smallCaps w:val="0"/>
          <w:strike w:val="0"/>
          <w:sz w:val="24"/>
          <w:highlight w:val="cyan"/>
          <w:u w:val="single"/>
        </w:rPr>
        <w:t>lead to disputes</w:t>
      </w:r>
      <w:r>
        <w:rPr>
          <w:b w:val="0"/>
          <w:i w:val="0"/>
          <w:smallCaps w:val="0"/>
          <w:strike w:val="0"/>
          <w:sz w:val="16"/>
          <w:u w:val="none"/>
        </w:rPr>
        <w:t xml:space="preserve">. Additionally, the </w:t>
      </w:r>
      <w:r>
        <w:rPr>
          <w:b w:val="0"/>
          <w:i w:val="0"/>
          <w:smallCaps w:val="0"/>
          <w:strike w:val="0"/>
          <w:sz w:val="22"/>
          <w:u w:val="single"/>
        </w:rPr>
        <w:t xml:space="preserve">lack of clarity could lead to </w:t>
      </w:r>
      <w:r>
        <w:rPr>
          <w:b/>
          <w:i w:val="0"/>
          <w:smallCaps w:val="0"/>
          <w:strike w:val="0"/>
          <w:sz w:val="24"/>
          <w:u w:val="single"/>
        </w:rPr>
        <w:t xml:space="preserve">regulatory </w:t>
      </w:r>
      <w:r>
        <w:rPr>
          <w:b/>
          <w:i w:val="0"/>
          <w:smallCaps w:val="0"/>
          <w:strike w:val="0"/>
          <w:sz w:val="24"/>
          <w:highlight w:val="cyan"/>
          <w:u w:val="single"/>
        </w:rPr>
        <w:t>uncertainty</w:t>
      </w:r>
      <w:r>
        <w:rPr>
          <w:b w:val="0"/>
          <w:i w:val="0"/>
          <w:smallCaps w:val="0"/>
          <w:strike w:val="0"/>
          <w:sz w:val="22"/>
          <w:u w:val="single"/>
        </w:rPr>
        <w:t>, as it is still unknown how DAOs will be regulated</w:t>
      </w:r>
      <w:r>
        <w:rPr>
          <w:b w:val="0"/>
          <w:i w:val="0"/>
          <w:smallCaps w:val="0"/>
          <w:strike w:val="0"/>
          <w:sz w:val="16"/>
          <w:u w:val="none"/>
        </w:rPr>
        <w:t xml:space="preserve"> by governments.</w:t>
      </w:r>
    </w:p>
    <w:p>
      <w:pPr>
        <w:spacing w:after="60"/>
      </w:pPr>
      <w:r>
        <w:rPr>
          <w:b w:val="0"/>
          <w:i w:val="0"/>
          <w:smallCaps w:val="0"/>
          <w:strike w:val="0"/>
          <w:sz w:val="16"/>
          <w:u w:val="none"/>
        </w:rPr>
        <w:t>Taxation</w:t>
      </w:r>
    </w:p>
    <w:p>
      <w:pPr>
        <w:spacing w:after="60"/>
      </w:pPr>
      <w:r>
        <w:rPr>
          <w:b w:val="0"/>
          <w:i w:val="0"/>
          <w:smallCaps w:val="0"/>
          <w:strike w:val="0"/>
          <w:sz w:val="16"/>
          <w:u w:val="none"/>
        </w:rPr>
        <w:t xml:space="preserve">Taxation is another area where there is legal uncertainty because </w:t>
      </w:r>
      <w:r>
        <w:rPr>
          <w:b w:val="0"/>
          <w:i w:val="0"/>
          <w:smallCaps w:val="0"/>
          <w:strike w:val="0"/>
          <w:sz w:val="22"/>
          <w:u w:val="single"/>
        </w:rPr>
        <w:t xml:space="preserve">it is not clear how DAOs will be </w:t>
      </w:r>
      <w:r>
        <w:rPr>
          <w:b/>
          <w:i w:val="0"/>
          <w:smallCaps w:val="0"/>
          <w:strike w:val="0"/>
          <w:sz w:val="24"/>
          <w:u w:val="single"/>
        </w:rPr>
        <w:t>taxed</w:t>
      </w:r>
      <w:r>
        <w:rPr>
          <w:b w:val="0"/>
          <w:i w:val="0"/>
          <w:smallCaps w:val="0"/>
          <w:strike w:val="0"/>
          <w:sz w:val="22"/>
          <w:u w:val="single"/>
        </w:rPr>
        <w:t xml:space="preserve"> by governments. This could lead to </w:t>
      </w:r>
      <w:r>
        <w:rPr>
          <w:b/>
          <w:i w:val="0"/>
          <w:smallCaps w:val="0"/>
          <w:strike w:val="0"/>
          <w:sz w:val="24"/>
          <w:u w:val="single"/>
        </w:rPr>
        <w:t>problems</w:t>
      </w:r>
      <w:r>
        <w:rPr>
          <w:b w:val="0"/>
          <w:i w:val="0"/>
          <w:smallCaps w:val="0"/>
          <w:strike w:val="0"/>
          <w:sz w:val="22"/>
          <w:u w:val="single"/>
        </w:rPr>
        <w:t xml:space="preserve"> for </w:t>
      </w:r>
      <w:r>
        <w:rPr>
          <w:b w:val="0"/>
          <w:i w:val="0"/>
          <w:smallCaps w:val="0"/>
          <w:strike w:val="0"/>
          <w:sz w:val="22"/>
          <w:highlight w:val="cyan"/>
          <w:u w:val="single"/>
        </w:rPr>
        <w:t>DAOs</w:t>
      </w:r>
      <w:r>
        <w:rPr>
          <w:b w:val="0"/>
          <w:i w:val="0"/>
          <w:smallCaps w:val="0"/>
          <w:strike w:val="0"/>
          <w:sz w:val="16"/>
          <w:u w:val="none"/>
        </w:rPr>
        <w:t xml:space="preserve">, as </w:t>
      </w:r>
      <w:r>
        <w:rPr>
          <w:b w:val="0"/>
          <w:i w:val="0"/>
          <w:smallCaps w:val="0"/>
          <w:strike w:val="0"/>
          <w:sz w:val="22"/>
          <w:u w:val="single"/>
        </w:rPr>
        <w:t xml:space="preserve">they </w:t>
      </w:r>
      <w:r>
        <w:rPr>
          <w:b w:val="0"/>
          <w:i w:val="0"/>
          <w:smallCaps w:val="0"/>
          <w:strike w:val="0"/>
          <w:sz w:val="22"/>
          <w:highlight w:val="cyan"/>
          <w:u w:val="single"/>
        </w:rPr>
        <w:t xml:space="preserve">may be </w:t>
      </w:r>
      <w:r>
        <w:rPr>
          <w:b/>
          <w:i w:val="0"/>
          <w:smallCaps w:val="0"/>
          <w:strike w:val="0"/>
          <w:sz w:val="24"/>
          <w:highlight w:val="cyan"/>
          <w:u w:val="single"/>
        </w:rPr>
        <w:t>subject</w:t>
      </w:r>
      <w:r>
        <w:rPr>
          <w:b w:val="0"/>
          <w:i w:val="0"/>
          <w:smallCaps w:val="0"/>
          <w:strike w:val="0"/>
          <w:sz w:val="22"/>
          <w:highlight w:val="cyan"/>
          <w:u w:val="single"/>
        </w:rPr>
        <w:t xml:space="preserve"> to </w:t>
      </w:r>
      <w:r>
        <w:rPr>
          <w:b/>
          <w:i w:val="0"/>
          <w:smallCaps w:val="0"/>
          <w:strike w:val="0"/>
          <w:sz w:val="24"/>
          <w:highlight w:val="cyan"/>
          <w:u w:val="single"/>
        </w:rPr>
        <w:t>double taxation</w:t>
      </w:r>
      <w:r>
        <w:rPr>
          <w:b w:val="0"/>
          <w:i w:val="0"/>
          <w:smallCaps w:val="0"/>
          <w:strike w:val="0"/>
          <w:sz w:val="22"/>
          <w:highlight w:val="cyan"/>
          <w:u w:val="single"/>
        </w:rPr>
        <w:t xml:space="preserve"> or</w:t>
      </w:r>
      <w:r>
        <w:rPr>
          <w:b w:val="0"/>
          <w:i w:val="0"/>
          <w:smallCaps w:val="0"/>
          <w:strike w:val="0"/>
          <w:sz w:val="16"/>
          <w:u w:val="none"/>
        </w:rPr>
        <w:t xml:space="preserve"> other </w:t>
      </w:r>
      <w:r>
        <w:rPr>
          <w:b/>
          <w:i w:val="0"/>
          <w:smallCaps w:val="0"/>
          <w:strike w:val="0"/>
          <w:sz w:val="24"/>
          <w:highlight w:val="cyan"/>
          <w:u w:val="single"/>
        </w:rPr>
        <w:t>unexpected</w:t>
      </w:r>
      <w:r>
        <w:rPr>
          <w:b w:val="0"/>
          <w:i w:val="0"/>
          <w:smallCaps w:val="0"/>
          <w:strike w:val="0"/>
          <w:sz w:val="22"/>
          <w:highlight w:val="cyan"/>
          <w:u w:val="single"/>
        </w:rPr>
        <w:t xml:space="preserve"> taxes</w:t>
      </w:r>
      <w:r>
        <w:rPr>
          <w:b w:val="0"/>
          <w:i w:val="0"/>
          <w:smallCaps w:val="0"/>
          <w:strike w:val="0"/>
          <w:sz w:val="16"/>
          <w:highlight w:val="cyan"/>
          <w:u w:val="none"/>
        </w:rPr>
        <w:t>.</w:t>
      </w:r>
    </w:p>
    <w:p>
      <w:pPr>
        <w:spacing w:after="60"/>
      </w:pPr>
      <w:r>
        <w:rPr>
          <w:b w:val="0"/>
          <w:i w:val="0"/>
          <w:smallCaps w:val="0"/>
          <w:strike w:val="0"/>
          <w:sz w:val="16"/>
          <w:u w:val="none"/>
        </w:rPr>
        <w:t xml:space="preserve">It is also worth noting that </w:t>
      </w:r>
      <w:r>
        <w:rPr>
          <w:b w:val="0"/>
          <w:i w:val="0"/>
          <w:smallCaps w:val="0"/>
          <w:strike w:val="0"/>
          <w:sz w:val="22"/>
          <w:u w:val="single"/>
        </w:rPr>
        <w:t xml:space="preserve">the </w:t>
      </w:r>
      <w:r>
        <w:rPr>
          <w:b/>
          <w:i w:val="0"/>
          <w:smallCaps w:val="0"/>
          <w:strike w:val="0"/>
          <w:sz w:val="24"/>
          <w:u w:val="single"/>
        </w:rPr>
        <w:t>decentralized nature</w:t>
      </w:r>
      <w:r>
        <w:rPr>
          <w:b w:val="0"/>
          <w:i w:val="0"/>
          <w:smallCaps w:val="0"/>
          <w:strike w:val="0"/>
          <w:sz w:val="22"/>
          <w:u w:val="single"/>
        </w:rPr>
        <w:t xml:space="preserve"> of </w:t>
      </w:r>
      <w:r>
        <w:rPr>
          <w:b w:val="0"/>
          <w:i w:val="0"/>
          <w:smallCaps w:val="0"/>
          <w:strike w:val="0"/>
          <w:sz w:val="22"/>
          <w:highlight w:val="cyan"/>
          <w:u w:val="single"/>
        </w:rPr>
        <w:t>DAOs</w:t>
      </w:r>
      <w:r>
        <w:rPr>
          <w:b w:val="0"/>
          <w:i w:val="0"/>
          <w:smallCaps w:val="0"/>
          <w:strike w:val="0"/>
          <w:sz w:val="22"/>
          <w:u w:val="single"/>
        </w:rPr>
        <w:t xml:space="preserve"> may </w:t>
      </w:r>
      <w:r>
        <w:rPr>
          <w:b w:val="0"/>
          <w:i w:val="0"/>
          <w:smallCaps w:val="0"/>
          <w:strike w:val="0"/>
          <w:sz w:val="22"/>
          <w:highlight w:val="cyan"/>
          <w:u w:val="single"/>
        </w:rPr>
        <w:t xml:space="preserve">make it </w:t>
      </w:r>
      <w:r>
        <w:rPr>
          <w:b/>
          <w:i w:val="0"/>
          <w:smallCaps w:val="0"/>
          <w:strike w:val="0"/>
          <w:sz w:val="24"/>
          <w:highlight w:val="cyan"/>
          <w:u w:val="single"/>
        </w:rPr>
        <w:t>difficult</w:t>
      </w:r>
      <w:r>
        <w:rPr>
          <w:b w:val="0"/>
          <w:i w:val="0"/>
          <w:smallCaps w:val="0"/>
          <w:strike w:val="0"/>
          <w:sz w:val="22"/>
          <w:u w:val="single"/>
        </w:rPr>
        <w:t xml:space="preserve"> for governments </w:t>
      </w:r>
      <w:r>
        <w:rPr>
          <w:b w:val="0"/>
          <w:i w:val="0"/>
          <w:smallCaps w:val="0"/>
          <w:strike w:val="0"/>
          <w:sz w:val="22"/>
          <w:highlight w:val="cyan"/>
          <w:u w:val="single"/>
        </w:rPr>
        <w:t xml:space="preserve">to </w:t>
      </w:r>
      <w:r>
        <w:rPr>
          <w:b/>
          <w:i w:val="0"/>
          <w:smallCaps w:val="0"/>
          <w:strike w:val="0"/>
          <w:sz w:val="24"/>
          <w:highlight w:val="cyan"/>
          <w:u w:val="single"/>
        </w:rPr>
        <w:t>track</w:t>
      </w:r>
      <w:r>
        <w:rPr>
          <w:b w:val="0"/>
          <w:i w:val="0"/>
          <w:smallCaps w:val="0"/>
          <w:strike w:val="0"/>
          <w:sz w:val="22"/>
          <w:highlight w:val="cyan"/>
          <w:u w:val="single"/>
        </w:rPr>
        <w:t xml:space="preserve"> and </w:t>
      </w:r>
      <w:r>
        <w:rPr>
          <w:b/>
          <w:i w:val="0"/>
          <w:smallCaps w:val="0"/>
          <w:strike w:val="0"/>
          <w:sz w:val="24"/>
          <w:highlight w:val="cyan"/>
          <w:u w:val="single"/>
        </w:rPr>
        <w:t>collect</w:t>
      </w:r>
      <w:r>
        <w:rPr>
          <w:b w:val="0"/>
          <w:i w:val="0"/>
          <w:smallCaps w:val="0"/>
          <w:strike w:val="0"/>
          <w:sz w:val="16"/>
          <w:u w:val="none"/>
        </w:rPr>
        <w:t xml:space="preserve"> taxes </w:t>
      </w:r>
      <w:r>
        <w:rPr>
          <w:b w:val="0"/>
          <w:i w:val="0"/>
          <w:smallCaps w:val="0"/>
          <w:strike w:val="0"/>
          <w:sz w:val="22"/>
          <w:u w:val="single"/>
        </w:rPr>
        <w:t>from</w:t>
      </w:r>
      <w:r>
        <w:rPr>
          <w:b w:val="0"/>
          <w:i w:val="0"/>
          <w:smallCaps w:val="0"/>
          <w:strike w:val="0"/>
          <w:sz w:val="16"/>
          <w:u w:val="none"/>
        </w:rPr>
        <w:t xml:space="preserve"> them. </w:t>
      </w:r>
      <w:r>
        <w:rPr>
          <w:b w:val="0"/>
          <w:i w:val="0"/>
          <w:smallCaps w:val="0"/>
          <w:strike w:val="0"/>
          <w:sz w:val="22"/>
          <w:highlight w:val="cyan"/>
          <w:u w:val="single"/>
        </w:rPr>
        <w:t>The</w:t>
      </w:r>
      <w:r>
        <w:rPr>
          <w:b w:val="0"/>
          <w:i w:val="0"/>
          <w:smallCaps w:val="0"/>
          <w:strike w:val="0"/>
          <w:sz w:val="22"/>
          <w:u w:val="single"/>
        </w:rPr>
        <w:t xml:space="preserve"> resulting </w:t>
      </w:r>
      <w:r>
        <w:rPr>
          <w:b/>
          <w:i w:val="0"/>
          <w:smallCaps w:val="0"/>
          <w:strike w:val="0"/>
          <w:sz w:val="24"/>
          <w:highlight w:val="cyan"/>
          <w:u w:val="single"/>
        </w:rPr>
        <w:t>loss of revenue</w:t>
      </w:r>
      <w:r>
        <w:rPr>
          <w:b w:val="0"/>
          <w:i w:val="0"/>
          <w:smallCaps w:val="0"/>
          <w:strike w:val="0"/>
          <w:sz w:val="22"/>
          <w:u w:val="single"/>
        </w:rPr>
        <w:t xml:space="preserve"> for governments could ultimately </w:t>
      </w:r>
      <w:r>
        <w:rPr>
          <w:b w:val="0"/>
          <w:i w:val="0"/>
          <w:smallCaps w:val="0"/>
          <w:strike w:val="0"/>
          <w:sz w:val="22"/>
          <w:highlight w:val="cyan"/>
          <w:u w:val="single"/>
        </w:rPr>
        <w:t>lead to</w:t>
      </w:r>
      <w:r>
        <w:rPr>
          <w:b w:val="0"/>
          <w:i w:val="0"/>
          <w:smallCaps w:val="0"/>
          <w:strike w:val="0"/>
          <w:sz w:val="22"/>
          <w:u w:val="single"/>
        </w:rPr>
        <w:t xml:space="preserve"> </w:t>
      </w:r>
      <w:r>
        <w:rPr>
          <w:b/>
          <w:i w:val="0"/>
          <w:smallCaps w:val="0"/>
          <w:strike w:val="0"/>
          <w:sz w:val="24"/>
          <w:u w:val="single"/>
        </w:rPr>
        <w:t>regulation</w:t>
      </w:r>
      <w:r>
        <w:rPr>
          <w:b w:val="0"/>
          <w:i w:val="0"/>
          <w:smallCaps w:val="0"/>
          <w:strike w:val="0"/>
          <w:sz w:val="22"/>
          <w:u w:val="single"/>
        </w:rPr>
        <w:t xml:space="preserve"> or </w:t>
      </w:r>
      <w:r>
        <w:rPr>
          <w:b/>
          <w:i w:val="0"/>
          <w:smallCaps w:val="0"/>
          <w:strike w:val="0"/>
          <w:sz w:val="24"/>
          <w:highlight w:val="cyan"/>
          <w:u w:val="single"/>
        </w:rPr>
        <w:t>crackdowns</w:t>
      </w:r>
      <w:r>
        <w:rPr>
          <w:b w:val="0"/>
          <w:i w:val="0"/>
          <w:smallCaps w:val="0"/>
          <w:strike w:val="0"/>
          <w:sz w:val="22"/>
          <w:u w:val="single"/>
        </w:rPr>
        <w:t xml:space="preserve"> on DAOs</w:t>
      </w:r>
      <w:r>
        <w:rPr>
          <w:b w:val="0"/>
          <w:i w:val="0"/>
          <w:smallCaps w:val="0"/>
          <w:strike w:val="0"/>
          <w:sz w:val="16"/>
          <w:u w:val="none"/>
        </w:rPr>
        <w:t>.</w:t>
      </w:r>
    </w:p>
    <w:p>
      <w:pPr>
        <w:spacing w:after="60"/>
      </w:pPr>
      <w:r>
        <w:rPr>
          <w:b w:val="0"/>
          <w:i w:val="0"/>
          <w:smallCaps w:val="0"/>
          <w:strike w:val="0"/>
          <w:sz w:val="16"/>
          <w:u w:val="none"/>
        </w:rPr>
        <w:t>Securities Laws</w:t>
      </w:r>
    </w:p>
    <w:p>
      <w:pPr>
        <w:spacing w:after="60"/>
      </w:pPr>
      <w:r>
        <w:rPr>
          <w:b w:val="0"/>
          <w:i w:val="0"/>
          <w:smallCaps w:val="0"/>
          <w:strike w:val="0"/>
          <w:sz w:val="22"/>
          <w:u w:val="single"/>
        </w:rPr>
        <w:t xml:space="preserve">The uncertain relationship between </w:t>
      </w:r>
      <w:r>
        <w:rPr>
          <w:b/>
          <w:i w:val="0"/>
          <w:smallCaps w:val="0"/>
          <w:strike w:val="0"/>
          <w:sz w:val="24"/>
          <w:u w:val="single"/>
        </w:rPr>
        <w:t>decentralized autonomous organizations</w:t>
      </w:r>
      <w:r>
        <w:rPr>
          <w:b w:val="0"/>
          <w:i w:val="0"/>
          <w:smallCaps w:val="0"/>
          <w:strike w:val="0"/>
          <w:sz w:val="22"/>
          <w:u w:val="single"/>
        </w:rPr>
        <w:t xml:space="preserve"> and </w:t>
      </w:r>
      <w:r>
        <w:rPr>
          <w:b/>
          <w:i w:val="0"/>
          <w:smallCaps w:val="0"/>
          <w:strike w:val="0"/>
          <w:sz w:val="24"/>
          <w:u w:val="single"/>
        </w:rPr>
        <w:t>securities laws</w:t>
      </w:r>
      <w:r>
        <w:rPr>
          <w:b w:val="0"/>
          <w:i w:val="0"/>
          <w:smallCaps w:val="0"/>
          <w:strike w:val="0"/>
          <w:sz w:val="22"/>
          <w:u w:val="single"/>
        </w:rPr>
        <w:t xml:space="preserve"> is in part due to DAOs being</w:t>
      </w:r>
      <w:r>
        <w:rPr>
          <w:b w:val="0"/>
          <w:i w:val="0"/>
          <w:smallCaps w:val="0"/>
          <w:strike w:val="0"/>
          <w:sz w:val="16"/>
          <w:u w:val="none"/>
        </w:rPr>
        <w:t xml:space="preserve"> such </w:t>
      </w:r>
      <w:r>
        <w:rPr>
          <w:b w:val="0"/>
          <w:i w:val="0"/>
          <w:smallCaps w:val="0"/>
          <w:strike w:val="0"/>
          <w:sz w:val="22"/>
          <w:u w:val="single"/>
        </w:rPr>
        <w:t>new</w:t>
      </w:r>
      <w:r>
        <w:rPr>
          <w:b w:val="0"/>
          <w:i w:val="0"/>
          <w:smallCaps w:val="0"/>
          <w:strike w:val="0"/>
          <w:sz w:val="16"/>
          <w:u w:val="none"/>
        </w:rPr>
        <w:t xml:space="preserve"> entities </w:t>
      </w:r>
      <w:r>
        <w:rPr>
          <w:b w:val="0"/>
          <w:i w:val="0"/>
          <w:smallCaps w:val="0"/>
          <w:strike w:val="0"/>
          <w:sz w:val="22"/>
          <w:u w:val="single"/>
        </w:rPr>
        <w:t>and</w:t>
      </w:r>
      <w:r>
        <w:rPr>
          <w:b w:val="0"/>
          <w:i w:val="0"/>
          <w:smallCaps w:val="0"/>
          <w:strike w:val="0"/>
          <w:sz w:val="16"/>
          <w:u w:val="none"/>
        </w:rPr>
        <w:t xml:space="preserve"> in part due to </w:t>
      </w:r>
      <w:r>
        <w:rPr>
          <w:b w:val="0"/>
          <w:i w:val="0"/>
          <w:smallCaps w:val="0"/>
          <w:strike w:val="0"/>
          <w:sz w:val="22"/>
          <w:u w:val="single"/>
        </w:rPr>
        <w:t>securities laws being notoriously complex</w:t>
      </w:r>
      <w:r>
        <w:rPr>
          <w:b w:val="0"/>
          <w:i w:val="0"/>
          <w:smallCaps w:val="0"/>
          <w:strike w:val="0"/>
          <w:sz w:val="16"/>
          <w:u w:val="none"/>
        </w:rPr>
        <w:t xml:space="preserve">. However, </w:t>
      </w:r>
      <w:r>
        <w:rPr>
          <w:b w:val="0"/>
          <w:i w:val="0"/>
          <w:smallCaps w:val="0"/>
          <w:strike w:val="0"/>
          <w:sz w:val="22"/>
          <w:u w:val="single"/>
        </w:rPr>
        <w:t>there are</w:t>
      </w:r>
      <w:r>
        <w:rPr>
          <w:b w:val="0"/>
          <w:i w:val="0"/>
          <w:smallCaps w:val="0"/>
          <w:strike w:val="0"/>
          <w:sz w:val="16"/>
          <w:u w:val="none"/>
        </w:rPr>
        <w:t xml:space="preserve"> some </w:t>
      </w:r>
      <w:r>
        <w:rPr>
          <w:b/>
          <w:i w:val="0"/>
          <w:smallCaps w:val="0"/>
          <w:strike w:val="0"/>
          <w:sz w:val="24"/>
          <w:u w:val="single"/>
        </w:rPr>
        <w:t>basic principles</w:t>
      </w:r>
      <w:r>
        <w:rPr>
          <w:b w:val="0"/>
          <w:i w:val="0"/>
          <w:smallCaps w:val="0"/>
          <w:strike w:val="0"/>
          <w:sz w:val="22"/>
          <w:u w:val="single"/>
        </w:rPr>
        <w:t xml:space="preserve"> that can help us</w:t>
      </w:r>
      <w:r>
        <w:rPr>
          <w:b w:val="0"/>
          <w:i w:val="0"/>
          <w:smallCaps w:val="0"/>
          <w:strike w:val="0"/>
          <w:sz w:val="16"/>
          <w:u w:val="none"/>
        </w:rPr>
        <w:t xml:space="preserve"> understand the potential implications of DAOs and securities laws.</w:t>
      </w:r>
    </w:p>
    <w:p>
      <w:pPr>
        <w:spacing w:after="60"/>
      </w:pPr>
      <w:r>
        <w:rPr>
          <w:b w:val="0"/>
          <w:i w:val="0"/>
          <w:smallCaps w:val="0"/>
          <w:strike w:val="0"/>
          <w:sz w:val="16"/>
          <w:u w:val="none"/>
        </w:rPr>
        <w:t xml:space="preserve">First, </w:t>
      </w:r>
      <w:r>
        <w:rPr>
          <w:b w:val="0"/>
          <w:i w:val="0"/>
          <w:smallCaps w:val="0"/>
          <w:strike w:val="0"/>
          <w:sz w:val="22"/>
          <w:u w:val="single"/>
        </w:rPr>
        <w:t>it is important to understand</w:t>
      </w:r>
      <w:r>
        <w:rPr>
          <w:b w:val="0"/>
          <w:i w:val="0"/>
          <w:smallCaps w:val="0"/>
          <w:strike w:val="0"/>
          <w:sz w:val="16"/>
          <w:u w:val="none"/>
        </w:rPr>
        <w:t xml:space="preserve"> that </w:t>
      </w:r>
      <w:r>
        <w:rPr>
          <w:b w:val="0"/>
          <w:i w:val="0"/>
          <w:smallCaps w:val="0"/>
          <w:strike w:val="0"/>
          <w:sz w:val="22"/>
          <w:u w:val="single"/>
        </w:rPr>
        <w:t>a DAO is not like a traditional corporation. DAOs do not have</w:t>
      </w:r>
      <w:r>
        <w:rPr>
          <w:b w:val="0"/>
          <w:i w:val="0"/>
          <w:smallCaps w:val="0"/>
          <w:strike w:val="0"/>
          <w:sz w:val="16"/>
          <w:u w:val="none"/>
        </w:rPr>
        <w:t xml:space="preserve"> any </w:t>
      </w:r>
      <w:r>
        <w:rPr>
          <w:b/>
          <w:i w:val="0"/>
          <w:smallCaps w:val="0"/>
          <w:strike w:val="0"/>
          <w:sz w:val="24"/>
          <w:u w:val="single"/>
        </w:rPr>
        <w:t>centralized management</w:t>
      </w:r>
      <w:r>
        <w:rPr>
          <w:b w:val="0"/>
          <w:i w:val="0"/>
          <w:smallCaps w:val="0"/>
          <w:strike w:val="0"/>
          <w:sz w:val="22"/>
          <w:u w:val="single"/>
        </w:rPr>
        <w:t xml:space="preserve"> or </w:t>
      </w:r>
      <w:r>
        <w:rPr>
          <w:b/>
          <w:i w:val="0"/>
          <w:smallCaps w:val="0"/>
          <w:strike w:val="0"/>
          <w:sz w:val="24"/>
          <w:u w:val="single"/>
        </w:rPr>
        <w:t>control</w:t>
      </w:r>
      <w:r>
        <w:rPr>
          <w:b w:val="0"/>
          <w:i w:val="0"/>
          <w:smallCaps w:val="0"/>
          <w:strike w:val="0"/>
          <w:sz w:val="16"/>
          <w:u w:val="none"/>
        </w:rPr>
        <w:t xml:space="preserve">. Instead, </w:t>
      </w:r>
      <w:r>
        <w:rPr>
          <w:b w:val="0"/>
          <w:i w:val="0"/>
          <w:smallCaps w:val="0"/>
          <w:strike w:val="0"/>
          <w:sz w:val="22"/>
          <w:u w:val="single"/>
        </w:rPr>
        <w:t>it is run by code on</w:t>
      </w:r>
      <w:r>
        <w:rPr>
          <w:b w:val="0"/>
          <w:i w:val="0"/>
          <w:smallCaps w:val="0"/>
          <w:strike w:val="0"/>
          <w:sz w:val="16"/>
          <w:u w:val="none"/>
        </w:rPr>
        <w:t xml:space="preserve"> the </w:t>
      </w:r>
      <w:r>
        <w:rPr>
          <w:b w:val="0"/>
          <w:i w:val="0"/>
          <w:smallCaps w:val="0"/>
          <w:strike w:val="0"/>
          <w:sz w:val="22"/>
          <w:u w:val="single"/>
        </w:rPr>
        <w:t>Ethereum blockchain</w:t>
      </w:r>
      <w:r>
        <w:rPr>
          <w:b w:val="0"/>
          <w:i w:val="0"/>
          <w:smallCaps w:val="0"/>
          <w:strike w:val="0"/>
          <w:sz w:val="16"/>
          <w:u w:val="none"/>
        </w:rPr>
        <w:t xml:space="preserve"> that controls how the DAO functions and how its funds are used.</w:t>
      </w:r>
    </w:p>
    <w:p>
      <w:pPr>
        <w:spacing w:after="60"/>
      </w:pPr>
      <w:r>
        <w:rPr>
          <w:b w:val="0"/>
          <w:i w:val="0"/>
          <w:smallCaps w:val="0"/>
          <w:strike w:val="0"/>
          <w:sz w:val="16"/>
          <w:u w:val="none"/>
        </w:rPr>
        <w:t>In addition, because a DAO is not centrally managed, it is important to consider how its actions will be governed — specifically whether the DAO’s actions will be subject to the jurisdiction of any particular country or regulatory regime.</w:t>
      </w:r>
    </w:p>
    <w:p>
      <w:pPr>
        <w:spacing w:after="60"/>
      </w:pPr>
      <w:r>
        <w:rPr>
          <w:b w:val="0"/>
          <w:i w:val="0"/>
          <w:smallCaps w:val="0"/>
          <w:strike w:val="0"/>
          <w:sz w:val="16"/>
          <w:u w:val="none"/>
        </w:rPr>
        <w:t>Check out the “Blockchain Value” podcast episodes featuring with Lewis Cohen.</w:t>
      </w:r>
    </w:p>
    <w:p>
      <w:pPr>
        <w:spacing w:after="60"/>
      </w:pPr>
      <w:r>
        <w:rPr>
          <w:b/>
          <w:i w:val="0"/>
          <w:smallCaps w:val="0"/>
          <w:strike w:val="0"/>
          <w:sz w:val="24"/>
          <w:u w:val="single"/>
        </w:rPr>
        <w:t xml:space="preserve">Legal </w:t>
      </w:r>
      <w:r>
        <w:rPr>
          <w:b/>
          <w:i w:val="0"/>
          <w:smallCaps w:val="0"/>
          <w:strike w:val="0"/>
          <w:sz w:val="24"/>
          <w:highlight w:val="cyan"/>
          <w:u w:val="single"/>
        </w:rPr>
        <w:t>uncertainty</w:t>
      </w:r>
      <w:r>
        <w:rPr>
          <w:b w:val="0"/>
          <w:i w:val="0"/>
          <w:smallCaps w:val="0"/>
          <w:strike w:val="0"/>
          <w:sz w:val="16"/>
          <w:u w:val="none"/>
        </w:rPr>
        <w:t xml:space="preserve"> also surrounds the licensing, copyrights, and software code of DAOs because it is not clear how these</w:t>
      </w:r>
      <w:r>
        <w:rPr>
          <w:b w:val="0"/>
          <w:i w:val="0"/>
          <w:smallCaps w:val="0"/>
          <w:strike w:val="0"/>
          <w:sz w:val="16"/>
          <w:u w:val="single"/>
        </w:rPr>
        <w:t xml:space="preserve"> </w:t>
      </w:r>
      <w:r>
        <w:rPr>
          <w:b/>
          <w:i w:val="0"/>
          <w:smallCaps w:val="0"/>
          <w:strike w:val="0"/>
          <w:sz w:val="24"/>
          <w:highlight w:val="cyan"/>
          <w:u w:val="single"/>
        </w:rPr>
        <w:t>i</w:t>
      </w:r>
      <w:r>
        <w:rPr>
          <w:b/>
          <w:i w:val="0"/>
          <w:smallCaps w:val="0"/>
          <w:strike w:val="0"/>
          <w:sz w:val="24"/>
          <w:u w:val="single"/>
        </w:rPr>
        <w:t xml:space="preserve">ntellectual </w:t>
      </w:r>
      <w:r>
        <w:rPr>
          <w:b/>
          <w:i w:val="0"/>
          <w:smallCaps w:val="0"/>
          <w:strike w:val="0"/>
          <w:sz w:val="24"/>
          <w:highlight w:val="cyan"/>
          <w:u w:val="single"/>
        </w:rPr>
        <w:t>p</w:t>
      </w:r>
      <w:r>
        <w:rPr>
          <w:b/>
          <w:i w:val="0"/>
          <w:smallCaps w:val="0"/>
          <w:strike w:val="0"/>
          <w:sz w:val="24"/>
          <w:u w:val="single"/>
        </w:rPr>
        <w:t>roperty rights</w:t>
      </w:r>
      <w:r>
        <w:rPr>
          <w:b w:val="0"/>
          <w:i w:val="0"/>
          <w:smallCaps w:val="0"/>
          <w:strike w:val="0"/>
          <w:sz w:val="22"/>
          <w:u w:val="single"/>
        </w:rPr>
        <w:t xml:space="preserve"> </w:t>
      </w:r>
      <w:r>
        <w:rPr>
          <w:b w:val="0"/>
          <w:i w:val="0"/>
          <w:smallCaps w:val="0"/>
          <w:strike w:val="0"/>
          <w:sz w:val="22"/>
          <w:highlight w:val="cyan"/>
          <w:u w:val="single"/>
        </w:rPr>
        <w:t xml:space="preserve">will </w:t>
      </w:r>
      <w:r>
        <w:rPr>
          <w:b/>
          <w:i w:val="0"/>
          <w:smallCaps w:val="0"/>
          <w:strike w:val="0"/>
          <w:sz w:val="24"/>
          <w:highlight w:val="cyan"/>
          <w:u w:val="single"/>
        </w:rPr>
        <w:t>apply</w:t>
      </w:r>
      <w:r>
        <w:rPr>
          <w:b w:val="0"/>
          <w:i w:val="0"/>
          <w:smallCaps w:val="0"/>
          <w:strike w:val="0"/>
          <w:sz w:val="22"/>
          <w:highlight w:val="cyan"/>
          <w:u w:val="single"/>
        </w:rPr>
        <w:t xml:space="preserve"> to DAOs</w:t>
      </w:r>
      <w:r>
        <w:rPr>
          <w:b w:val="0"/>
          <w:i w:val="0"/>
          <w:smallCaps w:val="0"/>
          <w:strike w:val="0"/>
          <w:sz w:val="22"/>
          <w:u w:val="single"/>
        </w:rPr>
        <w:t>.</w:t>
      </w:r>
    </w:p>
    <w:p>
      <w:pPr>
        <w:spacing w:after="60"/>
      </w:pPr>
      <w:r>
        <w:rPr>
          <w:b w:val="0"/>
          <w:i w:val="0"/>
          <w:smallCaps w:val="0"/>
          <w:strike w:val="0"/>
          <w:sz w:val="22"/>
          <w:u w:val="single"/>
        </w:rPr>
        <w:t xml:space="preserve">It is worth noting that, because </w:t>
      </w:r>
      <w:r>
        <w:rPr>
          <w:b w:val="0"/>
          <w:i w:val="0"/>
          <w:smallCaps w:val="0"/>
          <w:strike w:val="0"/>
          <w:sz w:val="22"/>
          <w:highlight w:val="cyan"/>
          <w:u w:val="single"/>
        </w:rPr>
        <w:t xml:space="preserve">DAOs are </w:t>
      </w:r>
      <w:r>
        <w:rPr>
          <w:b/>
          <w:i w:val="0"/>
          <w:smallCaps w:val="0"/>
          <w:strike w:val="0"/>
          <w:sz w:val="24"/>
          <w:highlight w:val="cyan"/>
          <w:u w:val="single"/>
        </w:rPr>
        <w:t>decentralized</w:t>
      </w:r>
      <w:r>
        <w:rPr>
          <w:b w:val="0"/>
          <w:i w:val="0"/>
          <w:smallCaps w:val="0"/>
          <w:strike w:val="0"/>
          <w:sz w:val="22"/>
          <w:u w:val="single"/>
        </w:rPr>
        <w:t xml:space="preserve">, it may be </w:t>
      </w:r>
      <w:r>
        <w:rPr>
          <w:b/>
          <w:i w:val="0"/>
          <w:smallCaps w:val="0"/>
          <w:strike w:val="0"/>
          <w:sz w:val="24"/>
          <w:highlight w:val="cyan"/>
          <w:u w:val="single"/>
        </w:rPr>
        <w:t>difficult</w:t>
      </w:r>
      <w:r>
        <w:rPr>
          <w:b/>
          <w:i w:val="0"/>
          <w:smallCaps w:val="0"/>
          <w:strike w:val="0"/>
          <w:sz w:val="24"/>
          <w:u w:val="single"/>
        </w:rPr>
        <w:t xml:space="preserve"> for governments</w:t>
      </w:r>
      <w:r>
        <w:rPr>
          <w:b w:val="0"/>
          <w:i w:val="0"/>
          <w:smallCaps w:val="0"/>
          <w:strike w:val="0"/>
          <w:sz w:val="22"/>
          <w:u w:val="single"/>
        </w:rPr>
        <w:t xml:space="preserve"> </w:t>
      </w:r>
      <w:r>
        <w:rPr>
          <w:b w:val="0"/>
          <w:i w:val="0"/>
          <w:smallCaps w:val="0"/>
          <w:strike w:val="0"/>
          <w:sz w:val="22"/>
          <w:highlight w:val="cyan"/>
          <w:u w:val="single"/>
        </w:rPr>
        <w:t>to enforce</w:t>
      </w:r>
      <w:r>
        <w:rPr>
          <w:b w:val="0"/>
          <w:i w:val="0"/>
          <w:smallCaps w:val="0"/>
          <w:strike w:val="0"/>
          <w:sz w:val="16"/>
          <w:u w:val="none"/>
        </w:rPr>
        <w:t xml:space="preserve"> these intellectual property rights, </w:t>
      </w:r>
      <w:r>
        <w:rPr>
          <w:b w:val="0"/>
          <w:i w:val="0"/>
          <w:smallCaps w:val="0"/>
          <w:strike w:val="0"/>
          <w:sz w:val="22"/>
          <w:u w:val="single"/>
        </w:rPr>
        <w:t xml:space="preserve">which could lead to a </w:t>
      </w:r>
      <w:r>
        <w:rPr>
          <w:b/>
          <w:i w:val="0"/>
          <w:smallCaps w:val="0"/>
          <w:strike w:val="0"/>
          <w:sz w:val="24"/>
          <w:u w:val="single"/>
        </w:rPr>
        <w:t>loss of revenue</w:t>
      </w:r>
      <w:r>
        <w:rPr>
          <w:b w:val="0"/>
          <w:i w:val="0"/>
          <w:smallCaps w:val="0"/>
          <w:strike w:val="0"/>
          <w:sz w:val="22"/>
          <w:u w:val="single"/>
        </w:rPr>
        <w:t xml:space="preserve"> for governments</w:t>
      </w:r>
      <w:r>
        <w:rPr>
          <w:b w:val="0"/>
          <w:i w:val="0"/>
          <w:smallCaps w:val="0"/>
          <w:strike w:val="0"/>
          <w:sz w:val="16"/>
          <w:u w:val="none"/>
        </w:rPr>
        <w:t xml:space="preserve"> and the ensuing regulation or crackdowns on DAOs.</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