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is </w:t>
      </w:r>
      <w:r>
        <w:rPr>
          <w:b/>
          <w:i w:val="0"/>
          <w:smallCaps w:val="0"/>
          <w:strike w:val="0"/>
          <w:sz w:val="26"/>
          <w:u w:val="single"/>
        </w:rPr>
        <w:t>key</w:t>
      </w:r>
      <w:r>
        <w:rPr>
          <w:b/>
          <w:i w:val="0"/>
          <w:smallCaps w:val="0"/>
          <w:strike w:val="0"/>
          <w:sz w:val="26"/>
          <w:u w:val="none"/>
        </w:rPr>
        <w:t xml:space="preserve"> to solve </w:t>
      </w:r>
      <w:r>
        <w:rPr>
          <w:b/>
          <w:i w:val="0"/>
          <w:smallCaps w:val="0"/>
          <w:strike w:val="0"/>
          <w:sz w:val="26"/>
          <w:u w:val="single"/>
        </w:rPr>
        <w:t>existential</w:t>
      </w:r>
      <w:r>
        <w:rPr>
          <w:b/>
          <w:i w:val="0"/>
          <w:smallCaps w:val="0"/>
          <w:strike w:val="0"/>
          <w:sz w:val="26"/>
          <w:u w:val="none"/>
        </w:rPr>
        <w:t xml:space="preserve"> warming.</w:t>
      </w:r>
    </w:p>
    <w:p>
      <w:pPr>
        <w:spacing w:after="80"/>
      </w:pPr>
      <w:r>
        <w:rPr>
          <w:b/>
          <w:i w:val="0"/>
          <w:smallCaps w:val="0"/>
          <w:strike w:val="0"/>
          <w:sz w:val="26"/>
          <w:u w:val="none"/>
        </w:rPr>
        <w:t>Taskinsoy ’19</w:t>
      </w:r>
      <w:r>
        <w:rPr>
          <w:b w:val="0"/>
          <w:i w:val="0"/>
          <w:smallCaps w:val="0"/>
          <w:strike w:val="0"/>
          <w:sz w:val="22"/>
          <w:u w:val="none"/>
        </w:rPr>
        <w:t xml:space="preserve"> [John; October 10; Ph.D. in Finance from Universiti Malaysia Sarawak; SSRN, “</w:t>
      </w:r>
      <w:r>
        <w:rPr>
          <w:b w:val="0"/>
          <w:i w:val="0"/>
          <w:smallCaps w:val="0"/>
          <w:strike w:val="0"/>
          <w:sz w:val="22"/>
          <w:u w:val="none"/>
        </w:rPr>
        <w:t>Blockchain: An Unorthodox Solution to Reduce Global Warming</w:t>
      </w:r>
      <w:r>
        <w:rPr>
          <w:b w:val="0"/>
          <w:i w:val="0"/>
          <w:smallCaps w:val="0"/>
          <w:strike w:val="0"/>
          <w:sz w:val="22"/>
          <w:u w:val="none"/>
        </w:rPr>
        <w:t xml:space="preserve">,” </w:t>
      </w:r>
      <w:r>
        <w:rPr>
          <w:b w:val="0"/>
          <w:i w:val="0"/>
          <w:smallCaps w:val="0"/>
          <w:strike w:val="0"/>
          <w:sz w:val="22"/>
          <w:u w:val="none"/>
        </w:rPr>
        <w:t>https://papers.ssrn.com/sol3/papers.cfm?abstract_id=3475144</w:t>
      </w:r>
      <w:r>
        <w:rPr>
          <w:b w:val="0"/>
          <w:i w:val="0"/>
          <w:smallCaps w:val="0"/>
          <w:strike w:val="0"/>
          <w:sz w:val="22"/>
          <w:u w:val="none"/>
        </w:rPr>
        <w:t>]/recut raghav</w:t>
      </w:r>
    </w:p>
    <w:p>
      <w:pPr>
        <w:spacing w:after="60"/>
      </w:pPr>
      <w:r>
        <w:rPr>
          <w:b w:val="0"/>
          <w:i w:val="0"/>
          <w:smallCaps w:val="0"/>
          <w:strike w:val="0"/>
          <w:sz w:val="22"/>
          <w:u w:val="single"/>
        </w:rPr>
        <w:t xml:space="preserve">Global </w:t>
      </w:r>
      <w:r>
        <w:rPr>
          <w:b/>
          <w:i w:val="0"/>
          <w:smallCaps w:val="0"/>
          <w:strike w:val="0"/>
          <w:sz w:val="24"/>
          <w:highlight w:val="cyan"/>
          <w:u w:val="single"/>
        </w:rPr>
        <w:t>warming</w:t>
      </w:r>
      <w:r>
        <w:rPr>
          <w:b w:val="0"/>
          <w:i w:val="0"/>
          <w:smallCaps w:val="0"/>
          <w:strike w:val="0"/>
          <w:sz w:val="22"/>
          <w:u w:val="single"/>
        </w:rPr>
        <w:t xml:space="preserve"> is likely </w:t>
      </w:r>
      <w:r>
        <w:rPr>
          <w:b w:val="0"/>
          <w:i w:val="0"/>
          <w:smallCaps w:val="0"/>
          <w:strike w:val="0"/>
          <w:sz w:val="22"/>
          <w:highlight w:val="cyan"/>
          <w:u w:val="single"/>
        </w:rPr>
        <w:t xml:space="preserve">to </w:t>
      </w:r>
      <w:r>
        <w:rPr>
          <w:b w:val="0"/>
          <w:i w:val="0"/>
          <w:smallCaps w:val="0"/>
          <w:strike w:val="0"/>
          <w:sz w:val="22"/>
          <w:u w:val="single"/>
        </w:rPr>
        <w:t xml:space="preserve">have unimaginable </w:t>
      </w:r>
      <w:r>
        <w:rPr>
          <w:b/>
          <w:i w:val="0"/>
          <w:smallCaps w:val="0"/>
          <w:strike w:val="0"/>
          <w:sz w:val="24"/>
          <w:highlight w:val="cyan"/>
          <w:u w:val="single"/>
        </w:rPr>
        <w:t>disrupt</w:t>
      </w:r>
      <w:r>
        <w:rPr>
          <w:b/>
          <w:i w:val="0"/>
          <w:smallCaps w:val="0"/>
          <w:strike w:val="0"/>
          <w:sz w:val="24"/>
          <w:u w:val="single"/>
        </w:rPr>
        <w:t>ions</w:t>
      </w:r>
      <w:r>
        <w:rPr>
          <w:b w:val="0"/>
          <w:i w:val="0"/>
          <w:smallCaps w:val="0"/>
          <w:strike w:val="0"/>
          <w:sz w:val="22"/>
          <w:u w:val="single"/>
        </w:rPr>
        <w:t xml:space="preserve"> in </w:t>
      </w:r>
      <w:r>
        <w:rPr>
          <w:b w:val="0"/>
          <w:i w:val="0"/>
          <w:smallCaps w:val="0"/>
          <w:strike w:val="0"/>
          <w:sz w:val="22"/>
          <w:highlight w:val="cyan"/>
          <w:u w:val="single"/>
        </w:rPr>
        <w:t xml:space="preserve">every aspect of </w:t>
      </w:r>
      <w:r>
        <w:rPr>
          <w:b/>
          <w:i w:val="0"/>
          <w:smallCaps w:val="0"/>
          <w:strike w:val="0"/>
          <w:sz w:val="24"/>
          <w:highlight w:val="cyan"/>
          <w:u w:val="single"/>
        </w:rPr>
        <w:t>human life</w:t>
      </w:r>
      <w:r>
        <w:rPr>
          <w:b w:val="0"/>
          <w:i w:val="0"/>
          <w:smallCaps w:val="0"/>
          <w:strike w:val="0"/>
          <w:sz w:val="22"/>
          <w:u w:val="single"/>
        </w:rPr>
        <w:t xml:space="preserve"> by 2050</w:t>
      </w:r>
      <w:r>
        <w:rPr>
          <w:b w:val="0"/>
          <w:i w:val="0"/>
          <w:smallCaps w:val="0"/>
          <w:strike w:val="0"/>
          <w:sz w:val="10"/>
          <w:u w:val="none"/>
        </w:rPr>
        <w:t xml:space="preserve"> </w:t>
      </w:r>
      <w:r>
        <w:rPr>
          <w:b w:val="0"/>
          <w:i w:val="0"/>
          <w:smallCaps w:val="0"/>
          <w:strike w:val="0"/>
          <w:sz w:val="22"/>
          <w:u w:val="single"/>
        </w:rPr>
        <w:t xml:space="preserve">if some actions are not taken </w:t>
      </w:r>
      <w:r>
        <w:rPr>
          <w:b/>
          <w:i w:val="0"/>
          <w:smallCaps w:val="0"/>
          <w:strike w:val="0"/>
          <w:sz w:val="24"/>
          <w:u w:val="single"/>
        </w:rPr>
        <w:t>immediately</w:t>
      </w:r>
      <w:r>
        <w:rPr>
          <w:b w:val="0"/>
          <w:i w:val="0"/>
          <w:smallCaps w:val="0"/>
          <w:strike w:val="0"/>
          <w:sz w:val="22"/>
          <w:u w:val="single"/>
        </w:rPr>
        <w:t xml:space="preserve"> to reduce its fast acceleration</w:t>
      </w:r>
      <w:r>
        <w:rPr>
          <w:b w:val="0"/>
          <w:i w:val="0"/>
          <w:smallCaps w:val="0"/>
          <w:strike w:val="0"/>
          <w:sz w:val="10"/>
          <w:u w:val="none"/>
        </w:rPr>
        <w:t xml:space="preserve">. Since the Industrial Revolution (1900s), </w:t>
      </w:r>
      <w:r>
        <w:rPr>
          <w:b w:val="0"/>
          <w:i w:val="0"/>
          <w:smallCaps w:val="0"/>
          <w:strike w:val="0"/>
          <w:sz w:val="22"/>
          <w:u w:val="single"/>
        </w:rPr>
        <w:t xml:space="preserve">the global mean surface </w:t>
      </w:r>
      <w:r>
        <w:rPr>
          <w:b w:val="0"/>
          <w:i w:val="0"/>
          <w:smallCaps w:val="0"/>
          <w:strike w:val="0"/>
          <w:sz w:val="22"/>
          <w:highlight w:val="cyan"/>
          <w:u w:val="single"/>
        </w:rPr>
        <w:t xml:space="preserve">temperature has </w:t>
      </w:r>
      <w:r>
        <w:rPr>
          <w:b/>
          <w:i w:val="0"/>
          <w:smallCaps w:val="0"/>
          <w:strike w:val="0"/>
          <w:sz w:val="24"/>
          <w:highlight w:val="cyan"/>
          <w:u w:val="single"/>
        </w:rPr>
        <w:t>warmed up</w:t>
      </w:r>
      <w:r>
        <w:rPr>
          <w:b w:val="0"/>
          <w:i w:val="0"/>
          <w:smallCaps w:val="0"/>
          <w:strike w:val="0"/>
          <w:sz w:val="10"/>
          <w:u w:val="none"/>
        </w:rPr>
        <w:t xml:space="preserve"> approximately +</w:t>
      </w:r>
      <w:r>
        <w:rPr>
          <w:b w:val="0"/>
          <w:i w:val="0"/>
          <w:smallCaps w:val="0"/>
          <w:strike w:val="0"/>
          <w:sz w:val="22"/>
          <w:u w:val="single"/>
        </w:rPr>
        <w:t>0.8 °C (1.4 °F)</w:t>
      </w:r>
      <w:r>
        <w:rPr>
          <w:b w:val="0"/>
          <w:i w:val="0"/>
          <w:smallCaps w:val="0"/>
          <w:strike w:val="0"/>
          <w:sz w:val="10"/>
          <w:u w:val="none"/>
        </w:rPr>
        <w:t xml:space="preserve"> </w:t>
      </w:r>
      <w:r>
        <w:rPr>
          <w:b w:val="0"/>
          <w:i w:val="0"/>
          <w:smallCaps w:val="0"/>
          <w:strike w:val="0"/>
          <w:sz w:val="22"/>
          <w:highlight w:val="cyan"/>
          <w:u w:val="single"/>
        </w:rPr>
        <w:t xml:space="preserve">due </w:t>
      </w:r>
      <w:r>
        <w:rPr>
          <w:b w:val="0"/>
          <w:i w:val="0"/>
          <w:smallCaps w:val="0"/>
          <w:strike w:val="0"/>
          <w:sz w:val="22"/>
          <w:u w:val="single"/>
        </w:rPr>
        <w:t xml:space="preserve">to past and ongoing </w:t>
      </w:r>
      <w:r>
        <w:rPr>
          <w:b w:val="0"/>
          <w:i w:val="0"/>
          <w:smallCaps w:val="0"/>
          <w:strike w:val="0"/>
          <w:sz w:val="22"/>
          <w:highlight w:val="cyan"/>
          <w:u w:val="single"/>
        </w:rPr>
        <w:t xml:space="preserve">human-induced </w:t>
      </w:r>
      <w:r>
        <w:rPr>
          <w:b/>
          <w:i w:val="0"/>
          <w:smallCaps w:val="0"/>
          <w:strike w:val="0"/>
          <w:sz w:val="24"/>
          <w:highlight w:val="cyan"/>
          <w:u w:val="single"/>
        </w:rPr>
        <w:t>emissions</w:t>
      </w:r>
      <w:r>
        <w:rPr>
          <w:b w:val="0"/>
          <w:i w:val="0"/>
          <w:smallCaps w:val="0"/>
          <w:strike w:val="0"/>
          <w:sz w:val="22"/>
          <w:highlight w:val="cyan"/>
          <w:u w:val="single"/>
        </w:rPr>
        <w:t xml:space="preserve"> </w:t>
      </w:r>
      <w:r>
        <w:rPr>
          <w:b w:val="0"/>
          <w:i w:val="0"/>
          <w:smallCaps w:val="0"/>
          <w:strike w:val="0"/>
          <w:sz w:val="22"/>
          <w:u w:val="single"/>
        </w:rPr>
        <w:t>of greenhouse gasses as a result of burning of fossil fuels</w:t>
      </w:r>
      <w:r>
        <w:rPr>
          <w:b w:val="0"/>
          <w:i w:val="0"/>
          <w:smallCaps w:val="0"/>
          <w:strike w:val="0"/>
          <w:sz w:val="10"/>
          <w:u w:val="none"/>
        </w:rPr>
        <w:t xml:space="preserve">. Scientists and environmentalists warn that </w:t>
      </w:r>
      <w:r>
        <w:rPr>
          <w:b w:val="0"/>
          <w:i w:val="0"/>
          <w:smallCaps w:val="0"/>
          <w:strike w:val="0"/>
          <w:sz w:val="16"/>
          <w:u w:val="none"/>
        </w:rPr>
        <w:t>if nothing is done in the next decade to deal with climate changes</w:t>
      </w:r>
      <w:r>
        <w:rPr>
          <w:b w:val="0"/>
          <w:i w:val="0"/>
          <w:smallCaps w:val="0"/>
          <w:strike w:val="0"/>
          <w:sz w:val="10"/>
          <w:u w:val="none"/>
        </w:rPr>
        <w:t xml:space="preserve">, the </w:t>
      </w:r>
      <w:r>
        <w:rPr>
          <w:b w:val="0"/>
          <w:i w:val="0"/>
          <w:smallCaps w:val="0"/>
          <w:strike w:val="0"/>
          <w:sz w:val="22"/>
          <w:u w:val="single"/>
        </w:rPr>
        <w:t xml:space="preserve">global </w:t>
      </w:r>
      <w:r>
        <w:rPr>
          <w:b/>
          <w:i w:val="0"/>
          <w:smallCaps w:val="0"/>
          <w:strike w:val="0"/>
          <w:sz w:val="24"/>
          <w:highlight w:val="cyan"/>
          <w:u w:val="single"/>
        </w:rPr>
        <w:t>warming</w:t>
      </w:r>
      <w:r>
        <w:rPr>
          <w:b w:val="0"/>
          <w:i w:val="0"/>
          <w:smallCaps w:val="0"/>
          <w:strike w:val="0"/>
          <w:sz w:val="22"/>
          <w:highlight w:val="cyan"/>
          <w:u w:val="single"/>
        </w:rPr>
        <w:t xml:space="preserve"> </w:t>
      </w:r>
      <w:r>
        <w:rPr>
          <w:b w:val="0"/>
          <w:i w:val="0"/>
          <w:smallCaps w:val="0"/>
          <w:strike w:val="0"/>
          <w:sz w:val="22"/>
          <w:u w:val="single"/>
        </w:rPr>
        <w:t xml:space="preserve">may </w:t>
      </w:r>
      <w:r>
        <w:rPr>
          <w:b/>
          <w:i w:val="0"/>
          <w:smallCaps w:val="0"/>
          <w:strike w:val="0"/>
          <w:sz w:val="24"/>
          <w:u w:val="single"/>
        </w:rPr>
        <w:t>accelerate</w:t>
      </w:r>
      <w:r>
        <w:rPr>
          <w:b w:val="0"/>
          <w:i w:val="0"/>
          <w:smallCaps w:val="0"/>
          <w:strike w:val="0"/>
          <w:sz w:val="22"/>
          <w:u w:val="single"/>
        </w:rPr>
        <w:t xml:space="preserve"> to around 1.5 °C by 2050, which may </w:t>
      </w:r>
      <w:r>
        <w:rPr>
          <w:b/>
          <w:i w:val="0"/>
          <w:smallCaps w:val="0"/>
          <w:strike w:val="0"/>
          <w:sz w:val="24"/>
          <w:highlight w:val="cyan"/>
          <w:u w:val="single"/>
        </w:rPr>
        <w:t>lead to</w:t>
      </w:r>
      <w:r>
        <w:rPr>
          <w:b w:val="0"/>
          <w:i w:val="0"/>
          <w:smallCaps w:val="0"/>
          <w:strike w:val="0"/>
          <w:sz w:val="22"/>
          <w:u w:val="single"/>
        </w:rPr>
        <w:t xml:space="preserve"> climate changes with </w:t>
      </w:r>
      <w:r>
        <w:rPr>
          <w:b/>
          <w:i w:val="0"/>
          <w:smallCaps w:val="0"/>
          <w:strike w:val="0"/>
          <w:sz w:val="24"/>
          <w:highlight w:val="cyan"/>
          <w:u w:val="single"/>
        </w:rPr>
        <w:t>catastrophic consequences</w:t>
      </w:r>
      <w:r>
        <w:rPr>
          <w:b w:val="0"/>
          <w:i w:val="0"/>
          <w:smallCaps w:val="0"/>
          <w:strike w:val="0"/>
          <w:sz w:val="10"/>
          <w:u w:val="none"/>
        </w:rPr>
        <w:t xml:space="preserve">. </w:t>
      </w:r>
      <w:r>
        <w:rPr>
          <w:b/>
          <w:i w:val="0"/>
          <w:smallCaps w:val="0"/>
          <w:strike w:val="0"/>
          <w:sz w:val="24"/>
          <w:highlight w:val="cyan"/>
          <w:u w:val="single"/>
        </w:rPr>
        <w:t>Blockchain</w:t>
      </w:r>
      <w:r>
        <w:rPr>
          <w:b w:val="0"/>
          <w:i w:val="0"/>
          <w:smallCaps w:val="0"/>
          <w:strike w:val="0"/>
          <w:sz w:val="10"/>
          <w:u w:val="none"/>
        </w:rPr>
        <w:t xml:space="preserve"> is not confined to cryptocurrencies and </w:t>
      </w:r>
      <w:r>
        <w:rPr>
          <w:b w:val="0"/>
          <w:i w:val="0"/>
          <w:smallCaps w:val="0"/>
          <w:strike w:val="0"/>
          <w:sz w:val="22"/>
          <w:u w:val="single"/>
        </w:rPr>
        <w:t xml:space="preserve">can help </w:t>
      </w:r>
      <w:r>
        <w:rPr>
          <w:b/>
          <w:i w:val="0"/>
          <w:smallCaps w:val="0"/>
          <w:strike w:val="0"/>
          <w:sz w:val="24"/>
          <w:highlight w:val="cyan"/>
          <w:u w:val="single"/>
        </w:rPr>
        <w:t>reduce</w:t>
      </w:r>
      <w:r>
        <w:rPr>
          <w:b w:val="0"/>
          <w:i w:val="0"/>
          <w:smallCaps w:val="0"/>
          <w:strike w:val="0"/>
          <w:sz w:val="22"/>
          <w:highlight w:val="cyan"/>
          <w:u w:val="single"/>
        </w:rPr>
        <w:t xml:space="preserve"> current</w:t>
      </w:r>
      <w:r>
        <w:rPr>
          <w:b w:val="0"/>
          <w:i w:val="0"/>
          <w:smallCaps w:val="0"/>
          <w:strike w:val="0"/>
          <w:sz w:val="22"/>
          <w:u w:val="single"/>
        </w:rPr>
        <w:t xml:space="preserve"> levels of human-produced </w:t>
      </w:r>
      <w:r>
        <w:rPr>
          <w:b/>
          <w:i w:val="0"/>
          <w:smallCaps w:val="0"/>
          <w:strike w:val="0"/>
          <w:sz w:val="24"/>
          <w:u w:val="single"/>
        </w:rPr>
        <w:t>carbon</w:t>
      </w:r>
      <w:r>
        <w:rPr>
          <w:b w:val="0"/>
          <w:i w:val="0"/>
          <w:smallCaps w:val="0"/>
          <w:strike w:val="0"/>
          <w:sz w:val="22"/>
          <w:u w:val="single"/>
        </w:rPr>
        <w:t xml:space="preserve"> dioxide, </w:t>
      </w:r>
      <w:r>
        <w:rPr>
          <w:b/>
          <w:i w:val="0"/>
          <w:smallCaps w:val="0"/>
          <w:strike w:val="0"/>
          <w:sz w:val="24"/>
          <w:u w:val="single"/>
        </w:rPr>
        <w:t>methane</w:t>
      </w:r>
      <w:r>
        <w:rPr>
          <w:b w:val="0"/>
          <w:i w:val="0"/>
          <w:smallCaps w:val="0"/>
          <w:strike w:val="0"/>
          <w:sz w:val="22"/>
          <w:u w:val="single"/>
        </w:rPr>
        <w:t xml:space="preserve">, and </w:t>
      </w:r>
      <w:r>
        <w:rPr>
          <w:b/>
          <w:i w:val="0"/>
          <w:smallCaps w:val="0"/>
          <w:strike w:val="0"/>
          <w:sz w:val="24"/>
          <w:u w:val="single"/>
        </w:rPr>
        <w:t>nitrous</w:t>
      </w:r>
      <w:r>
        <w:rPr>
          <w:b w:val="0"/>
          <w:i w:val="0"/>
          <w:smallCaps w:val="0"/>
          <w:strike w:val="0"/>
          <w:sz w:val="22"/>
          <w:u w:val="single"/>
        </w:rPr>
        <w:t xml:space="preserve"> oxide resulting from activities involving factory farming, livestock farming, and deforestation which are releasing huge </w:t>
      </w:r>
      <w:r>
        <w:rPr>
          <w:b w:val="0"/>
          <w:i w:val="0"/>
          <w:smallCaps w:val="0"/>
          <w:strike w:val="0"/>
          <w:sz w:val="22"/>
          <w:highlight w:val="cyan"/>
          <w:u w:val="single"/>
        </w:rPr>
        <w:t xml:space="preserve">amounts of </w:t>
      </w:r>
      <w:r>
        <w:rPr>
          <w:b/>
          <w:i w:val="0"/>
          <w:smallCaps w:val="0"/>
          <w:strike w:val="0"/>
          <w:sz w:val="24"/>
          <w:highlight w:val="cyan"/>
          <w:u w:val="single"/>
        </w:rPr>
        <w:t>greenhouse gases</w:t>
      </w:r>
      <w:r>
        <w:rPr>
          <w:b w:val="0"/>
          <w:i w:val="0"/>
          <w:smallCaps w:val="0"/>
          <w:strike w:val="0"/>
          <w:sz w:val="22"/>
          <w:u w:val="single"/>
        </w:rPr>
        <w:t xml:space="preserve"> that </w:t>
      </w:r>
      <w:r>
        <w:rPr>
          <w:b/>
          <w:i w:val="0"/>
          <w:smallCaps w:val="0"/>
          <w:strike w:val="0"/>
          <w:sz w:val="24"/>
          <w:u w:val="single"/>
        </w:rPr>
        <w:t>suffocate</w:t>
      </w:r>
      <w:r>
        <w:rPr>
          <w:b w:val="0"/>
          <w:i w:val="0"/>
          <w:smallCaps w:val="0"/>
          <w:strike w:val="0"/>
          <w:sz w:val="22"/>
          <w:u w:val="single"/>
        </w:rPr>
        <w:t xml:space="preserve"> the atmosphere</w:t>
      </w:r>
      <w:r>
        <w:rPr>
          <w:b w:val="0"/>
          <w:i w:val="0"/>
          <w:smallCaps w:val="0"/>
          <w:strike w:val="0"/>
          <w:sz w:val="10"/>
          <w:u w:val="none"/>
        </w:rPr>
        <w:t xml:space="preserve">. This paper looks at blockchain and our planet by examining </w:t>
      </w:r>
      <w:r>
        <w:rPr>
          <w:b w:val="0"/>
          <w:i w:val="0"/>
          <w:smallCaps w:val="0"/>
          <w:strike w:val="0"/>
          <w:sz w:val="22"/>
          <w:u w:val="single"/>
        </w:rPr>
        <w:t>how blockchain revolutionary technology could be harnessed to address global warming challenges related to the planetary systems</w:t>
      </w:r>
      <w:r>
        <w:rPr>
          <w:b w:val="0"/>
          <w:i w:val="0"/>
          <w:smallCaps w:val="0"/>
          <w:strike w:val="0"/>
          <w:sz w:val="10"/>
          <w:u w:val="none"/>
        </w:rPr>
        <w:t xml:space="preserve"> (e.g. PwC, 2018). </w:t>
      </w:r>
      <w:r>
        <w:rPr>
          <w:b w:val="0"/>
          <w:i w:val="0"/>
          <w:smallCaps w:val="0"/>
          <w:strike w:val="0"/>
          <w:sz w:val="22"/>
          <w:u w:val="single"/>
        </w:rPr>
        <w:t xml:space="preserve">An </w:t>
      </w:r>
      <w:r>
        <w:rPr>
          <w:b/>
          <w:i w:val="0"/>
          <w:smallCaps w:val="0"/>
          <w:strike w:val="0"/>
          <w:sz w:val="24"/>
          <w:highlight w:val="cyan"/>
          <w:u w:val="single"/>
        </w:rPr>
        <w:t>incontrovertible</w:t>
      </w:r>
      <w:r>
        <w:rPr>
          <w:b w:val="0"/>
          <w:i w:val="0"/>
          <w:smallCaps w:val="0"/>
          <w:strike w:val="0"/>
          <w:sz w:val="22"/>
          <w:highlight w:val="cyan"/>
          <w:u w:val="single"/>
        </w:rPr>
        <w:t xml:space="preserve"> evidence</w:t>
      </w:r>
      <w:r>
        <w:rPr>
          <w:b w:val="0"/>
          <w:i w:val="0"/>
          <w:smallCaps w:val="0"/>
          <w:strike w:val="0"/>
          <w:sz w:val="22"/>
          <w:u w:val="single"/>
        </w:rPr>
        <w:t xml:space="preserve"> clearly </w:t>
      </w:r>
      <w:r>
        <w:rPr>
          <w:b w:val="0"/>
          <w:i w:val="0"/>
          <w:smallCaps w:val="0"/>
          <w:strike w:val="0"/>
          <w:sz w:val="22"/>
          <w:highlight w:val="cyan"/>
          <w:u w:val="single"/>
        </w:rPr>
        <w:t>shows that</w:t>
      </w:r>
      <w:r>
        <w:rPr>
          <w:b w:val="0"/>
          <w:i w:val="0"/>
          <w:smallCaps w:val="0"/>
          <w:strike w:val="0"/>
          <w:sz w:val="22"/>
          <w:u w:val="single"/>
        </w:rPr>
        <w:t xml:space="preserve"> a planetary-scale </w:t>
      </w:r>
      <w:r>
        <w:rPr>
          <w:b w:val="0"/>
          <w:i w:val="0"/>
          <w:smallCaps w:val="0"/>
          <w:strike w:val="0"/>
          <w:sz w:val="22"/>
          <w:highlight w:val="cyan"/>
          <w:u w:val="single"/>
        </w:rPr>
        <w:t xml:space="preserve">warming is </w:t>
      </w:r>
      <w:r>
        <w:rPr>
          <w:b/>
          <w:i w:val="0"/>
          <w:smallCaps w:val="0"/>
          <w:strike w:val="0"/>
          <w:sz w:val="24"/>
          <w:highlight w:val="cyan"/>
          <w:u w:val="single"/>
        </w:rPr>
        <w:t>happening</w:t>
      </w:r>
      <w:r>
        <w:rPr>
          <w:b w:val="0"/>
          <w:i w:val="0"/>
          <w:smallCaps w:val="0"/>
          <w:strike w:val="0"/>
          <w:sz w:val="22"/>
          <w:highlight w:val="cyan"/>
          <w:u w:val="single"/>
        </w:rPr>
        <w:t xml:space="preserve"> </w:t>
      </w:r>
      <w:r>
        <w:rPr>
          <w:b w:val="0"/>
          <w:i w:val="0"/>
          <w:smallCaps w:val="0"/>
          <w:strike w:val="0"/>
          <w:sz w:val="22"/>
          <w:u w:val="single"/>
        </w:rPr>
        <w:t xml:space="preserve">and it is with us </w:t>
      </w:r>
      <w:r>
        <w:rPr>
          <w:b/>
          <w:i w:val="0"/>
          <w:smallCaps w:val="0"/>
          <w:strike w:val="0"/>
          <w:sz w:val="24"/>
          <w:highlight w:val="cyan"/>
          <w:u w:val="single"/>
        </w:rPr>
        <w:t>now</w:t>
      </w:r>
      <w:r>
        <w:rPr>
          <w:b w:val="0"/>
          <w:i w:val="0"/>
          <w:smallCaps w:val="0"/>
          <w:strike w:val="0"/>
          <w:sz w:val="16"/>
          <w:u w:val="none"/>
        </w:rPr>
        <w:t xml:space="preserve">; </w:t>
      </w:r>
      <w:r>
        <w:rPr>
          <w:b w:val="0"/>
          <w:i w:val="0"/>
          <w:smallCaps w:val="0"/>
          <w:strike w:val="0"/>
          <w:sz w:val="10"/>
          <w:u w:val="none"/>
        </w:rPr>
        <w:t xml:space="preserve">since the Industrial Revolution (1900s), </w:t>
      </w:r>
      <w:r>
        <w:rPr>
          <w:b w:val="0"/>
          <w:i w:val="0"/>
          <w:smallCaps w:val="0"/>
          <w:strike w:val="0"/>
          <w:sz w:val="16"/>
          <w:u w:val="none"/>
        </w:rPr>
        <w:t>increased human economic activities and the resultant surge in burning fossil fuels have triggered a gradual and steady increase in atmospheric CO2 concentrations, this in turn has thickened the infrared radiation layer in the atmosphere causing the Earth to trap more of the heat</w:t>
      </w:r>
      <w:r>
        <w:rPr>
          <w:b w:val="0"/>
          <w:i w:val="0"/>
          <w:smallCaps w:val="0"/>
          <w:strike w:val="0"/>
          <w:sz w:val="10"/>
          <w:u w:val="none"/>
        </w:rPr>
        <w:t xml:space="preserve">. In the past before 1970s, </w:t>
      </w:r>
      <w:r>
        <w:rPr>
          <w:b/>
          <w:i w:val="0"/>
          <w:smallCaps w:val="0"/>
          <w:strike w:val="0"/>
          <w:sz w:val="24"/>
          <w:u w:val="single"/>
        </w:rPr>
        <w:t xml:space="preserve">the </w:t>
      </w:r>
      <w:r>
        <w:rPr>
          <w:b w:val="0"/>
          <w:i w:val="0"/>
          <w:smallCaps w:val="0"/>
          <w:strike w:val="0"/>
          <w:sz w:val="16"/>
          <w:u w:val="none"/>
        </w:rPr>
        <w:t xml:space="preserve">planet has been able to adapt to the concentration levels of corban dioxide, methane, and nitrous oxide </w:t>
      </w:r>
      <w:r>
        <w:rPr>
          <w:b w:val="0"/>
          <w:i w:val="0"/>
          <w:smallCaps w:val="0"/>
          <w:strike w:val="0"/>
          <w:sz w:val="10"/>
          <w:u w:val="none"/>
        </w:rPr>
        <w:t xml:space="preserve">(i.e. greenhouse gases); </w:t>
      </w:r>
      <w:r>
        <w:rPr>
          <w:b w:val="0"/>
          <w:i w:val="0"/>
          <w:smallCaps w:val="0"/>
          <w:strike w:val="0"/>
          <w:sz w:val="22"/>
          <w:highlight w:val="cyan"/>
          <w:u w:val="single"/>
        </w:rPr>
        <w:t>however</w:t>
      </w:r>
      <w:r>
        <w:rPr>
          <w:b w:val="0"/>
          <w:i w:val="0"/>
          <w:smallCaps w:val="0"/>
          <w:strike w:val="0"/>
          <w:sz w:val="22"/>
          <w:u w:val="single"/>
        </w:rPr>
        <w:t xml:space="preserve"> the</w:t>
      </w:r>
      <w:r>
        <w:rPr>
          <w:b w:val="0"/>
          <w:i w:val="0"/>
          <w:smallCaps w:val="0"/>
          <w:strike w:val="0"/>
          <w:sz w:val="10"/>
          <w:u w:val="none"/>
        </w:rPr>
        <w:t xml:space="preserve"> </w:t>
      </w:r>
      <w:r>
        <w:rPr>
          <w:b w:val="0"/>
          <w:i w:val="0"/>
          <w:smallCaps w:val="0"/>
          <w:strike w:val="0"/>
          <w:sz w:val="22"/>
          <w:u w:val="single"/>
        </w:rPr>
        <w:t xml:space="preserve">Earth’s </w:t>
      </w:r>
      <w:r>
        <w:rPr>
          <w:b/>
          <w:i w:val="0"/>
          <w:smallCaps w:val="0"/>
          <w:strike w:val="0"/>
          <w:sz w:val="24"/>
          <w:highlight w:val="cyan"/>
          <w:u w:val="single"/>
        </w:rPr>
        <w:t>average</w:t>
      </w:r>
      <w:r>
        <w:rPr>
          <w:b w:val="0"/>
          <w:i w:val="0"/>
          <w:smallCaps w:val="0"/>
          <w:strike w:val="0"/>
          <w:sz w:val="22"/>
          <w:highlight w:val="cyan"/>
          <w:u w:val="single"/>
        </w:rPr>
        <w:t xml:space="preserve"> </w:t>
      </w:r>
      <w:r>
        <w:rPr>
          <w:b w:val="0"/>
          <w:i w:val="0"/>
          <w:smallCaps w:val="0"/>
          <w:strike w:val="0"/>
          <w:sz w:val="22"/>
          <w:u w:val="single"/>
        </w:rPr>
        <w:t xml:space="preserve">surface </w:t>
      </w:r>
      <w:r>
        <w:rPr>
          <w:b w:val="0"/>
          <w:i w:val="0"/>
          <w:smallCaps w:val="0"/>
          <w:strike w:val="0"/>
          <w:sz w:val="22"/>
          <w:highlight w:val="cyan"/>
          <w:u w:val="single"/>
        </w:rPr>
        <w:t xml:space="preserve">temperature has been </w:t>
      </w:r>
      <w:r>
        <w:rPr>
          <w:b/>
          <w:i w:val="0"/>
          <w:smallCaps w:val="0"/>
          <w:strike w:val="0"/>
          <w:sz w:val="24"/>
          <w:highlight w:val="cyan"/>
          <w:u w:val="single"/>
        </w:rPr>
        <w:t>increasing</w:t>
      </w:r>
      <w:r>
        <w:rPr>
          <w:b w:val="0"/>
          <w:i w:val="0"/>
          <w:smallCaps w:val="0"/>
          <w:strike w:val="0"/>
          <w:sz w:val="10"/>
          <w:u w:val="none"/>
        </w:rPr>
        <w:t xml:space="preserve"> since mid-1970s (but at an accelerated pace since the late 1990s) </w:t>
      </w:r>
      <w:r>
        <w:rPr>
          <w:b/>
          <w:i w:val="0"/>
          <w:smallCaps w:val="0"/>
          <w:strike w:val="0"/>
          <w:sz w:val="24"/>
          <w:highlight w:val="cyan"/>
          <w:u w:val="single"/>
        </w:rPr>
        <w:t>beyond</w:t>
      </w:r>
      <w:r>
        <w:rPr>
          <w:b w:val="0"/>
          <w:i w:val="0"/>
          <w:smallCaps w:val="0"/>
          <w:strike w:val="0"/>
          <w:sz w:val="22"/>
          <w:u w:val="single"/>
        </w:rPr>
        <w:t xml:space="preserve"> the Earth’s natural </w:t>
      </w:r>
      <w:r>
        <w:rPr>
          <w:b w:val="0"/>
          <w:i w:val="0"/>
          <w:smallCaps w:val="0"/>
          <w:strike w:val="0"/>
          <w:sz w:val="22"/>
          <w:highlight w:val="cyan"/>
          <w:u w:val="single"/>
        </w:rPr>
        <w:t xml:space="preserve">ability to </w:t>
      </w:r>
      <w:r>
        <w:rPr>
          <w:b/>
          <w:i w:val="0"/>
          <w:smallCaps w:val="0"/>
          <w:strike w:val="0"/>
          <w:sz w:val="24"/>
          <w:highlight w:val="cyan"/>
          <w:u w:val="single"/>
        </w:rPr>
        <w:t>adapt</w:t>
      </w:r>
      <w:r>
        <w:rPr>
          <w:b w:val="0"/>
          <w:i w:val="0"/>
          <w:smallCaps w:val="0"/>
          <w:strike w:val="0"/>
          <w:sz w:val="10"/>
          <w:u w:val="none"/>
        </w:rPr>
        <w:t xml:space="preserve"> to (i.e. the Earth’s temperature has warmed up by +0.8 °C or 1.4 °F in the past century, see NCDC, 2004; RS &amp; NAS, 2014). If </w:t>
      </w:r>
      <w:r>
        <w:rPr>
          <w:b w:val="0"/>
          <w:i w:val="0"/>
          <w:smallCaps w:val="0"/>
          <w:strike w:val="0"/>
          <w:sz w:val="16"/>
          <w:u w:val="none"/>
        </w:rPr>
        <w:t xml:space="preserve">we possibly can reduce human activities and their emissions of greenhouse gases through blockchain deployment in all applicable sectors including but not limited to agriculture </w:t>
      </w:r>
      <w:r>
        <w:rPr>
          <w:b w:val="0"/>
          <w:i w:val="0"/>
          <w:smallCaps w:val="0"/>
          <w:strike w:val="0"/>
          <w:sz w:val="10"/>
          <w:u w:val="none"/>
        </w:rPr>
        <w:t>(i.</w:t>
      </w:r>
      <w:r>
        <w:rPr>
          <w:b w:val="0"/>
          <w:i w:val="0"/>
          <w:smallCaps w:val="0"/>
          <w:strike w:val="0"/>
          <w:sz w:val="22"/>
          <w:u w:val="single"/>
        </w:rPr>
        <w:t xml:space="preserve">e. </w:t>
      </w:r>
      <w:r>
        <w:rPr>
          <w:b/>
          <w:i w:val="0"/>
          <w:smallCaps w:val="0"/>
          <w:strike w:val="0"/>
          <w:sz w:val="24"/>
          <w:highlight w:val="cyan"/>
          <w:u w:val="single"/>
        </w:rPr>
        <w:t>factory</w:t>
      </w:r>
      <w:r>
        <w:rPr>
          <w:b w:val="0"/>
          <w:i w:val="0"/>
          <w:smallCaps w:val="0"/>
          <w:strike w:val="0"/>
          <w:sz w:val="22"/>
          <w:u w:val="single"/>
        </w:rPr>
        <w:t xml:space="preserve"> and livestock </w:t>
      </w:r>
      <w:r>
        <w:rPr>
          <w:b w:val="0"/>
          <w:i w:val="0"/>
          <w:smallCaps w:val="0"/>
          <w:strike w:val="0"/>
          <w:sz w:val="22"/>
          <w:highlight w:val="cyan"/>
          <w:u w:val="single"/>
        </w:rPr>
        <w:t>farming</w:t>
      </w:r>
      <w:r>
        <w:rPr>
          <w:b w:val="0"/>
          <w:i w:val="0"/>
          <w:smallCaps w:val="0"/>
          <w:strike w:val="0"/>
          <w:sz w:val="22"/>
          <w:u w:val="single"/>
        </w:rPr>
        <w:t xml:space="preserve"> in particular), </w:t>
      </w:r>
      <w:r>
        <w:rPr>
          <w:b/>
          <w:i w:val="0"/>
          <w:smallCaps w:val="0"/>
          <w:strike w:val="0"/>
          <w:sz w:val="24"/>
          <w:highlight w:val="cyan"/>
          <w:u w:val="single"/>
        </w:rPr>
        <w:t>energy</w:t>
      </w:r>
      <w:r>
        <w:rPr>
          <w:b w:val="0"/>
          <w:i w:val="0"/>
          <w:smallCaps w:val="0"/>
          <w:strike w:val="0"/>
          <w:sz w:val="22"/>
          <w:highlight w:val="cyan"/>
          <w:u w:val="single"/>
        </w:rPr>
        <w:t>,</w:t>
      </w:r>
      <w:r>
        <w:rPr>
          <w:b w:val="0"/>
          <w:i w:val="0"/>
          <w:smallCaps w:val="0"/>
          <w:strike w:val="0"/>
          <w:sz w:val="22"/>
          <w:u w:val="single"/>
        </w:rPr>
        <w:t xml:space="preserve"> </w:t>
      </w:r>
      <w:r>
        <w:rPr>
          <w:b/>
          <w:i w:val="0"/>
          <w:smallCaps w:val="0"/>
          <w:strike w:val="0"/>
          <w:sz w:val="24"/>
          <w:highlight w:val="cyan"/>
          <w:u w:val="single"/>
        </w:rPr>
        <w:t>financial</w:t>
      </w:r>
      <w:r>
        <w:rPr>
          <w:b w:val="0"/>
          <w:i w:val="0"/>
          <w:smallCaps w:val="0"/>
          <w:strike w:val="0"/>
          <w:sz w:val="22"/>
          <w:highlight w:val="cyan"/>
          <w:u w:val="single"/>
        </w:rPr>
        <w:t xml:space="preserve"> services</w:t>
      </w:r>
      <w:r>
        <w:rPr>
          <w:b w:val="0"/>
          <w:i w:val="0"/>
          <w:smallCaps w:val="0"/>
          <w:strike w:val="0"/>
          <w:sz w:val="22"/>
          <w:u w:val="single"/>
        </w:rPr>
        <w:t xml:space="preserve">, </w:t>
      </w:r>
      <w:r>
        <w:rPr>
          <w:b/>
          <w:i w:val="0"/>
          <w:smallCaps w:val="0"/>
          <w:strike w:val="0"/>
          <w:sz w:val="24"/>
          <w:highlight w:val="cyan"/>
          <w:u w:val="single"/>
        </w:rPr>
        <w:t>health care</w:t>
      </w:r>
      <w:r>
        <w:rPr>
          <w:b w:val="0"/>
          <w:i w:val="0"/>
          <w:smallCaps w:val="0"/>
          <w:strike w:val="0"/>
          <w:sz w:val="22"/>
          <w:u w:val="single"/>
        </w:rPr>
        <w:t xml:space="preserve">, </w:t>
      </w:r>
      <w:r>
        <w:rPr>
          <w:b w:val="0"/>
          <w:i w:val="0"/>
          <w:smallCaps w:val="0"/>
          <w:strike w:val="0"/>
          <w:sz w:val="16"/>
          <w:u w:val="none"/>
        </w:rPr>
        <w:t xml:space="preserve">and many services currently provided by local, state, or federal government authorities; </w:t>
      </w:r>
      <w:r>
        <w:rPr>
          <w:b w:val="0"/>
          <w:i w:val="0"/>
          <w:smallCaps w:val="0"/>
          <w:strike w:val="0"/>
          <w:sz w:val="10"/>
          <w:u w:val="none"/>
        </w:rPr>
        <w:t xml:space="preserve">we may actually have a </w:t>
      </w:r>
      <w:r>
        <w:rPr>
          <w:b w:val="0"/>
          <w:i w:val="0"/>
          <w:smallCaps w:val="0"/>
          <w:strike w:val="0"/>
          <w:sz w:val="22"/>
          <w:u w:val="single"/>
        </w:rPr>
        <w:t xml:space="preserve">real opportunity to </w:t>
      </w:r>
      <w:r>
        <w:rPr>
          <w:b/>
          <w:i w:val="0"/>
          <w:smallCaps w:val="0"/>
          <w:strike w:val="0"/>
          <w:sz w:val="24"/>
          <w:u w:val="single"/>
        </w:rPr>
        <w:t>reduce</w:t>
      </w:r>
      <w:r>
        <w:rPr>
          <w:b w:val="0"/>
          <w:i w:val="0"/>
          <w:smallCaps w:val="0"/>
          <w:strike w:val="0"/>
          <w:sz w:val="22"/>
          <w:u w:val="single"/>
        </w:rPr>
        <w:t xml:space="preserve"> further concentrations (above and beyond normal levels) of CO2</w:t>
      </w:r>
      <w:r>
        <w:rPr>
          <w:b w:val="0"/>
          <w:i w:val="0"/>
          <w:smallCaps w:val="0"/>
          <w:strike w:val="0"/>
          <w:sz w:val="10"/>
          <w:u w:val="none"/>
        </w:rPr>
        <w:t xml:space="preserve"> and other harmful greenhouse gasses </w:t>
      </w:r>
      <w:r>
        <w:rPr>
          <w:b w:val="0"/>
          <w:i w:val="0"/>
          <w:smallCaps w:val="0"/>
          <w:strike w:val="0"/>
          <w:sz w:val="22"/>
          <w:u w:val="single"/>
        </w:rPr>
        <w:t xml:space="preserve">to </w:t>
      </w:r>
      <w:r>
        <w:rPr>
          <w:b/>
          <w:i w:val="0"/>
          <w:smallCaps w:val="0"/>
          <w:strike w:val="0"/>
          <w:sz w:val="24"/>
          <w:u w:val="single"/>
        </w:rPr>
        <w:t>prevent</w:t>
      </w:r>
      <w:r>
        <w:rPr>
          <w:b w:val="0"/>
          <w:i w:val="0"/>
          <w:smallCaps w:val="0"/>
          <w:strike w:val="0"/>
          <w:sz w:val="22"/>
          <w:u w:val="single"/>
        </w:rPr>
        <w:t xml:space="preserve"> more </w:t>
      </w:r>
      <w:r>
        <w:rPr>
          <w:b/>
          <w:i w:val="0"/>
          <w:smallCaps w:val="0"/>
          <w:strike w:val="0"/>
          <w:sz w:val="24"/>
          <w:u w:val="single"/>
        </w:rPr>
        <w:t>extreme</w:t>
      </w:r>
      <w:r>
        <w:rPr>
          <w:b w:val="0"/>
          <w:i w:val="0"/>
          <w:smallCaps w:val="0"/>
          <w:strike w:val="0"/>
          <w:sz w:val="22"/>
          <w:u w:val="single"/>
        </w:rPr>
        <w:t xml:space="preserve"> climatic events</w:t>
      </w:r>
      <w:r>
        <w:rPr>
          <w:b w:val="0"/>
          <w:i w:val="0"/>
          <w:smallCaps w:val="0"/>
          <w:strike w:val="0"/>
          <w:sz w:val="10"/>
          <w:u w:val="none"/>
        </w:rPr>
        <w:t xml:space="preserve"> than what humans have already endured. 2.0 Literature Review Extreme climate changes (either natural ones or due to global warming) are always disruptive, but </w:t>
      </w:r>
      <w:r>
        <w:rPr>
          <w:b w:val="0"/>
          <w:i w:val="0"/>
          <w:smallCaps w:val="0"/>
          <w:strike w:val="0"/>
          <w:sz w:val="16"/>
          <w:u w:val="none"/>
        </w:rPr>
        <w:t xml:space="preserve">large global scale of climate changes fostered by concentrations of human-induced greenhouse gases are difficult for the Earth to adapt </w:t>
      </w:r>
      <w:r>
        <w:rPr>
          <w:b w:val="0"/>
          <w:i w:val="0"/>
          <w:smallCaps w:val="0"/>
          <w:strike w:val="0"/>
          <w:sz w:val="10"/>
          <w:u w:val="none"/>
        </w:rPr>
        <w:t xml:space="preserve">(Barnett et al., 2005; Hansen et al., 2005; O’Neill &amp; Oppenheimer, 2002). Since the first Industrial Revolution (1760-1860), the </w:t>
      </w:r>
      <w:r>
        <w:rPr>
          <w:b w:val="0"/>
          <w:i w:val="0"/>
          <w:smallCaps w:val="0"/>
          <w:strike w:val="0"/>
          <w:sz w:val="22"/>
          <w:u w:val="single"/>
        </w:rPr>
        <w:t>concentration of CO2 in the atmosphere has increased by 40%</w:t>
      </w:r>
      <w:r>
        <w:rPr>
          <w:b w:val="0"/>
          <w:i w:val="0"/>
          <w:smallCaps w:val="0"/>
          <w:strike w:val="0"/>
          <w:sz w:val="10"/>
          <w:u w:val="none"/>
        </w:rPr>
        <w:t xml:space="preserve"> combined with vast volumes of more potent greenhouse gases such as methane and nitrous oxide which are mainly contributed by livestock farming (Meehl et al., 2005; King, 2004; NCDC, 2004; Wang &amp; Chameides, 2005). Except the fourth revolution (Industry 4.0), the antecedents were fueled by the emergence of fossil fuels; the first industrial revolution resulted in a shift from agriculture to mechanization thanks to mass extraction of coal and invention of the steam engine; a century later, the second revolution (1870-1965) used electricity, gas and oil to their full potential (i.e. mass production); the third revolution (1969-99) was prompted with the emergence of nuclear energy, plus the invention of both transistors and microprocessors gave rise to electronics and later to computers (automation); now </w:t>
      </w:r>
      <w:r>
        <w:rPr>
          <w:b w:val="0"/>
          <w:i w:val="0"/>
          <w:smallCaps w:val="0"/>
          <w:strike w:val="0"/>
          <w:sz w:val="22"/>
          <w:u w:val="single"/>
        </w:rPr>
        <w:t>we are in what is called “</w:t>
      </w:r>
      <w:r>
        <w:rPr>
          <w:b/>
          <w:i w:val="0"/>
          <w:smallCaps w:val="0"/>
          <w:strike w:val="0"/>
          <w:sz w:val="24"/>
          <w:u w:val="single"/>
        </w:rPr>
        <w:t>industry 4.0</w:t>
      </w:r>
      <w:r>
        <w:rPr>
          <w:b w:val="0"/>
          <w:i w:val="0"/>
          <w:smallCaps w:val="0"/>
          <w:strike w:val="0"/>
          <w:sz w:val="22"/>
          <w:u w:val="single"/>
        </w:rPr>
        <w:t>” which is about digitalization (i.e. blockchain and Bitcoin) rather than the emergence of a new energy type</w:t>
      </w:r>
      <w:r>
        <w:rPr>
          <w:b w:val="0"/>
          <w:i w:val="0"/>
          <w:smallCaps w:val="0"/>
          <w:strike w:val="0"/>
          <w:sz w:val="10"/>
          <w:u w:val="none"/>
        </w:rPr>
        <w:t xml:space="preserve">. The genesis of blockchain rooted in the emergence of the Internet3; by the late 1990s, two attempts at creating a decentralized digital currency emerged; “b-money” (proof-of-stake POS) by Wei Dai (Dai, 1998) and Bitgold by blockchain pioneer Nick Szabo4 (Goldschlag &amp; Stubblebine, 1998; Vishnumurthy et al., 2003; Okamoto &amp; Ohta, 1992; Kocherlakota, 1998; Sander &amp; Ta-Shma, 1999). Unfortunately, applications such as combating email spam (Dwork &amp; Naor, 1992; Laurie &amp; Clayton, 2004), internet-based payment systems (Sirbu &amp; Tygar, 1995) and minting digital coins (Rivest &amp; Shamir, 1997) did not survive long to see the realm of blockchain and Bitcoin in January 2009. Satoshi Nakamoto (2008) had knowledge of the earlier research of Adam Back’s (2002) Hashcash5 and used the proof-of-work (PoW) in the design of Bitcoin (Camenisch et al., 2005; Okamoto &amp; Ohta, 1992; Woodford, 2000).6 Bitcoin has been quite volatile since inception (Berentsen &amp; Schär, 2018; Blundell-Wignall, 2014), this has kept reemerging the old question of whether Bitcoin is an asset, an investment vehicle, or cryptocurrency. The illicit e-commerce activities involving bitcoins prompted regulators, lawmakers, and central banks (the Fed and ECB in particular) across the world (Bain &amp; Weinstein, 2019) to call for a greater scrutiny of Bitcoin on terrorism-financing, money-laundering, illegal drugs (Silk Road7) and human trafficking (Bonneau et al., 2015; Gudgeon et al., 2019; Christin, 2013). Despite difficulty to get a grasp on the Bitcoin phenomenon (Franco, 2014; Sovbetov, 2018; Grech &amp; Camilleri, 2017), Bitcoin and blockchain have gained immense popularity after the 2008 global financial crisis8 and become household names (Wallace, 2011). Since Bitcoin’s debut in January 2009, 3,013 cryptocurrencies have sprouted; as of 21 October 2019, the aggregate market capitalization was $222 billion, 66.6% of which belonged to Bitcoin with market cap of $148 billion. However, at its all-time peak in December 2017, the market cap of Bitcoin was $321 billion and the combined market cap hit $830 billion.9 The global </w:t>
      </w:r>
      <w:r>
        <w:rPr>
          <w:b w:val="0"/>
          <w:i w:val="0"/>
          <w:smallCaps w:val="0"/>
          <w:strike w:val="0"/>
          <w:sz w:val="22"/>
          <w:u w:val="single"/>
        </w:rPr>
        <w:t>mean surface temperature</w:t>
      </w:r>
      <w:r>
        <w:rPr>
          <w:b w:val="0"/>
          <w:i w:val="0"/>
          <w:smallCaps w:val="0"/>
          <w:strike w:val="0"/>
          <w:sz w:val="10"/>
          <w:u w:val="none"/>
        </w:rPr>
        <w:t xml:space="preserve"> (GMST) </w:t>
      </w:r>
      <w:r>
        <w:rPr>
          <w:b w:val="0"/>
          <w:i w:val="0"/>
          <w:smallCaps w:val="0"/>
          <w:strike w:val="0"/>
          <w:sz w:val="22"/>
          <w:u w:val="single"/>
        </w:rPr>
        <w:t>has warmed up</w:t>
      </w:r>
      <w:r>
        <w:rPr>
          <w:b w:val="0"/>
          <w:i w:val="0"/>
          <w:smallCaps w:val="0"/>
          <w:strike w:val="0"/>
          <w:sz w:val="10"/>
          <w:u w:val="none"/>
        </w:rPr>
        <w:t xml:space="preserve"> approximately +0.8 °C (1.4 °F) due to past and ongoing emissions of greenhouse gasses (Figure 1, Henderson et al., 2018) resulting from human activities since the Industrial Revolution (1900s). If all humans do not take immediate actions in the next decade to reduce the pace of Earth’s warming (i.e. zero CO2 beyond 2050), scientists claim that global warming may accelerate to around 1.5 °C by 2050 (IPCC, 2018). </w:t>
      </w:r>
      <w:r>
        <w:rPr>
          <w:b w:val="0"/>
          <w:i w:val="0"/>
          <w:smallCaps w:val="0"/>
          <w:strike w:val="0"/>
          <w:sz w:val="16"/>
          <w:u w:val="none"/>
        </w:rPr>
        <w:t>Agriculture, deforestation and livestock farming are main actors of global greenhouse gas emissions</w:t>
      </w:r>
      <w:r>
        <w:rPr>
          <w:b w:val="0"/>
          <w:i w:val="0"/>
          <w:smallCaps w:val="0"/>
          <w:strike w:val="0"/>
          <w:sz w:val="10"/>
          <w:u w:val="none"/>
        </w:rPr>
        <w:t xml:space="preserve">.10 </w:t>
      </w:r>
      <w:r>
        <w:rPr>
          <w:b w:val="0"/>
          <w:i w:val="0"/>
          <w:smallCaps w:val="0"/>
          <w:strike w:val="0"/>
          <w:sz w:val="22"/>
          <w:u w:val="single"/>
        </w:rPr>
        <w:t>Deforestation as a way to convert forests into farmland to grow feed</w:t>
      </w:r>
      <w:r>
        <w:rPr>
          <w:b w:val="0"/>
          <w:i w:val="0"/>
          <w:smallCaps w:val="0"/>
          <w:strike w:val="0"/>
          <w:sz w:val="10"/>
          <w:u w:val="none"/>
        </w:rPr>
        <w:t xml:space="preserve"> (crops) as well as to produce pulp and fiber which are used in paper production </w:t>
      </w:r>
      <w:r>
        <w:rPr>
          <w:b w:val="0"/>
          <w:i w:val="0"/>
          <w:smallCaps w:val="0"/>
          <w:strike w:val="0"/>
          <w:sz w:val="22"/>
          <w:u w:val="single"/>
        </w:rPr>
        <w:t>releases already trapped CO2 in trees, soil and other vegetation.</w:t>
      </w:r>
      <w:r>
        <w:rPr>
          <w:b w:val="0"/>
          <w:i w:val="0"/>
          <w:smallCaps w:val="0"/>
          <w:strike w:val="0"/>
          <w:sz w:val="10"/>
          <w:u w:val="none"/>
        </w:rPr>
        <w:t xml:space="preserve"> </w:t>
      </w:r>
      <w:r>
        <w:rPr>
          <w:b/>
          <w:i w:val="0"/>
          <w:smallCaps w:val="0"/>
          <w:strike w:val="0"/>
          <w:sz w:val="24"/>
          <w:highlight w:val="cyan"/>
          <w:u w:val="single"/>
        </w:rPr>
        <w:t>Block9chain</w:t>
      </w:r>
      <w:r>
        <w:rPr>
          <w:b w:val="0"/>
          <w:i w:val="0"/>
          <w:smallCaps w:val="0"/>
          <w:strike w:val="0"/>
          <w:sz w:val="22"/>
          <w:u w:val="single"/>
        </w:rPr>
        <w:t xml:space="preserve"> can help </w:t>
      </w:r>
      <w:r>
        <w:rPr>
          <w:b/>
          <w:i w:val="0"/>
          <w:smallCaps w:val="0"/>
          <w:strike w:val="0"/>
          <w:sz w:val="24"/>
          <w:highlight w:val="cyan"/>
          <w:u w:val="single"/>
        </w:rPr>
        <w:t>reduce</w:t>
      </w:r>
      <w:r>
        <w:rPr>
          <w:b w:val="0"/>
          <w:i w:val="0"/>
          <w:smallCaps w:val="0"/>
          <w:strike w:val="0"/>
          <w:sz w:val="22"/>
          <w:highlight w:val="cyan"/>
          <w:u w:val="single"/>
        </w:rPr>
        <w:t xml:space="preserve"> global </w:t>
      </w:r>
      <w:r>
        <w:rPr>
          <w:b/>
          <w:i w:val="0"/>
          <w:smallCaps w:val="0"/>
          <w:strike w:val="0"/>
          <w:sz w:val="24"/>
          <w:highlight w:val="cyan"/>
          <w:u w:val="single"/>
        </w:rPr>
        <w:t>warming</w:t>
      </w:r>
      <w:r>
        <w:rPr>
          <w:b w:val="0"/>
          <w:i w:val="0"/>
          <w:smallCaps w:val="0"/>
          <w:strike w:val="0"/>
          <w:sz w:val="22"/>
          <w:u w:val="single"/>
        </w:rPr>
        <w:t xml:space="preserve"> through creating a paperless world</w:t>
      </w:r>
      <w:r>
        <w:rPr>
          <w:b w:val="0"/>
          <w:i w:val="0"/>
          <w:smallCaps w:val="0"/>
          <w:strike w:val="0"/>
          <w:sz w:val="10"/>
          <w:u w:val="none"/>
        </w:rPr>
        <w:t xml:space="preserve">; this way, </w:t>
      </w:r>
      <w:r>
        <w:rPr>
          <w:b w:val="0"/>
          <w:i w:val="0"/>
          <w:smallCaps w:val="0"/>
          <w:strike w:val="0"/>
          <w:sz w:val="22"/>
          <w:u w:val="single"/>
        </w:rPr>
        <w:t>less carbon will be released from the biosphere</w:t>
      </w:r>
      <w:r>
        <w:rPr>
          <w:b w:val="0"/>
          <w:i w:val="0"/>
          <w:smallCaps w:val="0"/>
          <w:strike w:val="0"/>
          <w:sz w:val="10"/>
          <w:u w:val="none"/>
        </w:rPr>
        <w:t xml:space="preserve"> as a result of reduced deforestation11 and the </w:t>
      </w:r>
      <w:r>
        <w:rPr>
          <w:b w:val="0"/>
          <w:i w:val="0"/>
          <w:smallCaps w:val="0"/>
          <w:strike w:val="0"/>
          <w:sz w:val="16"/>
          <w:u w:val="none"/>
        </w:rPr>
        <w:t xml:space="preserve">Earth’s carbon cycle will be more balanced. If Bitcoin, Ethereum or more recently Facebook’s Libra coin spur central banks worldwide to introduce their own cryptocurrencies (i.e. paper money and coins are removed from the circulation), </w:t>
      </w:r>
      <w:r>
        <w:rPr>
          <w:b/>
          <w:i w:val="0"/>
          <w:smallCaps w:val="0"/>
          <w:strike w:val="0"/>
          <w:sz w:val="24"/>
          <w:highlight w:val="cyan"/>
          <w:u w:val="single"/>
        </w:rPr>
        <w:t>blockchain</w:t>
      </w:r>
      <w:r>
        <w:rPr>
          <w:b w:val="0"/>
          <w:i w:val="0"/>
          <w:smallCaps w:val="0"/>
          <w:strike w:val="0"/>
          <w:sz w:val="22"/>
          <w:u w:val="single"/>
        </w:rPr>
        <w:t xml:space="preserve"> can </w:t>
      </w:r>
      <w:r>
        <w:rPr>
          <w:b/>
          <w:i w:val="0"/>
          <w:smallCaps w:val="0"/>
          <w:strike w:val="0"/>
          <w:sz w:val="24"/>
          <w:highlight w:val="cyan"/>
          <w:u w:val="single"/>
        </w:rPr>
        <w:t>save</w:t>
      </w:r>
      <w:r>
        <w:rPr>
          <w:b w:val="0"/>
          <w:i w:val="0"/>
          <w:smallCaps w:val="0"/>
          <w:strike w:val="0"/>
          <w:sz w:val="22"/>
          <w:u w:val="single"/>
        </w:rPr>
        <w:t xml:space="preserve"> roughly </w:t>
      </w:r>
      <w:r>
        <w:rPr>
          <w:b/>
          <w:i w:val="0"/>
          <w:smallCaps w:val="0"/>
          <w:strike w:val="0"/>
          <w:sz w:val="24"/>
          <w:highlight w:val="cyan"/>
          <w:u w:val="single"/>
        </w:rPr>
        <w:t>973 million</w:t>
      </w:r>
      <w:r>
        <w:rPr>
          <w:b w:val="0"/>
          <w:i w:val="0"/>
          <w:smallCaps w:val="0"/>
          <w:strike w:val="0"/>
          <w:sz w:val="22"/>
          <w:highlight w:val="cyan"/>
          <w:u w:val="single"/>
        </w:rPr>
        <w:t xml:space="preserve"> trees</w:t>
      </w:r>
      <w:r>
        <w:rPr>
          <w:b w:val="0"/>
          <w:i w:val="0"/>
          <w:smallCaps w:val="0"/>
          <w:strike w:val="0"/>
          <w:sz w:val="22"/>
          <w:u w:val="single"/>
        </w:rPr>
        <w:t xml:space="preserve"> from being cut</w:t>
      </w:r>
      <w:r>
        <w:rPr>
          <w:b w:val="0"/>
          <w:i w:val="0"/>
          <w:smallCaps w:val="0"/>
          <w:strike w:val="0"/>
          <w:sz w:val="10"/>
          <w:u w:val="none"/>
        </w:rPr>
        <w:t xml:space="preserve"> (Table 2). </w:t>
      </w:r>
      <w:r>
        <w:rPr>
          <w:b w:val="0"/>
          <w:i w:val="0"/>
          <w:smallCaps w:val="0"/>
          <w:strike w:val="0"/>
          <w:sz w:val="22"/>
          <w:u w:val="single"/>
        </w:rPr>
        <w:t>Blockchain can help reduce deforestation further if the financial system as a whole is decentralized without the need of a trusted-third party intermediation</w:t>
      </w:r>
      <w:r>
        <w:rPr>
          <w:b w:val="0"/>
          <w:i w:val="0"/>
          <w:smallCaps w:val="0"/>
          <w:strike w:val="0"/>
          <w:sz w:val="10"/>
          <w:u w:val="none"/>
        </w:rPr>
        <w:t xml:space="preserve"> </w:t>
      </w:r>
      <w:r>
        <w:rPr>
          <w:b w:val="0"/>
          <w:i w:val="0"/>
          <w:smallCaps w:val="0"/>
          <w:strike w:val="0"/>
          <w:sz w:val="10"/>
          <w:u w:val="none"/>
        </w:rPr>
        <w:t xml:space="preserve">(Figure 2); under which, account holders will do everything that they normally do in the traditional financial system with a trusted third party in the blockchain platform (i.e. send/receive money, transact among each other, view account activity, invest, open/close accounts, pay bills, access accounts globally, and do many more services within few seconds). Although the U.S. banking system has increased its e-statement penetration for deposit account customers to around 40% (i.e. global average is 24%), still </w:t>
      </w:r>
      <w:r>
        <w:rPr>
          <w:b w:val="0"/>
          <w:i w:val="0"/>
          <w:smallCaps w:val="0"/>
          <w:strike w:val="0"/>
          <w:sz w:val="22"/>
          <w:u w:val="single"/>
        </w:rPr>
        <w:t>millions of paper statements are sent annually</w:t>
      </w:r>
      <w:r>
        <w:rPr>
          <w:b w:val="0"/>
          <w:i w:val="0"/>
          <w:smallCaps w:val="0"/>
          <w:strike w:val="0"/>
          <w:sz w:val="10"/>
          <w:u w:val="none"/>
        </w:rPr>
        <w:t xml:space="preserve">. Despite the popularity of e-statements among young customers, many global banks saw their paper consumption to rise (i.e. the world’s annual paper consumption is 400 million tons). </w:t>
      </w:r>
      <w:r>
        <w:rPr>
          <w:b w:val="0"/>
          <w:i w:val="0"/>
          <w:smallCaps w:val="0"/>
          <w:strike w:val="0"/>
          <w:sz w:val="22"/>
          <w:highlight w:val="cyan"/>
          <w:u w:val="single"/>
        </w:rPr>
        <w:t>Blockchain</w:t>
      </w:r>
      <w:r>
        <w:rPr>
          <w:b w:val="0"/>
          <w:i w:val="0"/>
          <w:smallCaps w:val="0"/>
          <w:strike w:val="0"/>
          <w:sz w:val="22"/>
          <w:u w:val="single"/>
        </w:rPr>
        <w:t xml:space="preserve"> technology can be </w:t>
      </w:r>
      <w:r>
        <w:rPr>
          <w:b/>
          <w:i w:val="0"/>
          <w:smallCaps w:val="0"/>
          <w:strike w:val="0"/>
          <w:sz w:val="24"/>
          <w:u w:val="single"/>
        </w:rPr>
        <w:t xml:space="preserve">very </w:t>
      </w:r>
      <w:r>
        <w:rPr>
          <w:b/>
          <w:i w:val="0"/>
          <w:smallCaps w:val="0"/>
          <w:strike w:val="0"/>
          <w:sz w:val="24"/>
          <w:highlight w:val="cyan"/>
          <w:u w:val="single"/>
        </w:rPr>
        <w:t>effective</w:t>
      </w:r>
      <w:r>
        <w:rPr>
          <w:b w:val="0"/>
          <w:i w:val="0"/>
          <w:smallCaps w:val="0"/>
          <w:strike w:val="0"/>
          <w:sz w:val="22"/>
          <w:u w:val="single"/>
        </w:rPr>
        <w:t xml:space="preserve"> in </w:t>
      </w:r>
      <w:r>
        <w:rPr>
          <w:b/>
          <w:i w:val="0"/>
          <w:smallCaps w:val="0"/>
          <w:strike w:val="0"/>
          <w:sz w:val="24"/>
          <w:highlight w:val="cyan"/>
          <w:u w:val="single"/>
        </w:rPr>
        <w:t>reducing</w:t>
      </w:r>
      <w:r>
        <w:rPr>
          <w:b w:val="0"/>
          <w:i w:val="0"/>
          <w:smallCaps w:val="0"/>
          <w:strike w:val="0"/>
          <w:sz w:val="22"/>
          <w:highlight w:val="cyan"/>
          <w:u w:val="single"/>
        </w:rPr>
        <w:t xml:space="preserve"> global warming</w:t>
      </w:r>
      <w:r>
        <w:rPr>
          <w:b w:val="0"/>
          <w:i w:val="0"/>
          <w:smallCaps w:val="0"/>
          <w:strike w:val="0"/>
          <w:sz w:val="22"/>
          <w:u w:val="single"/>
        </w:rPr>
        <w:t xml:space="preserve"> due to human activities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4"/>
          <w:u w:val="single"/>
        </w:rPr>
        <w:t>resultant emissions</w:t>
      </w:r>
      <w:r>
        <w:rPr>
          <w:b w:val="0"/>
          <w:i w:val="0"/>
          <w:smallCaps w:val="0"/>
          <w:strike w:val="0"/>
          <w:sz w:val="22"/>
          <w:u w:val="single"/>
        </w:rPr>
        <w:t xml:space="preserve"> of CO2 and other </w:t>
      </w:r>
      <w:r>
        <w:rPr>
          <w:b/>
          <w:i w:val="0"/>
          <w:smallCaps w:val="0"/>
          <w:strike w:val="0"/>
          <w:sz w:val="24"/>
          <w:highlight w:val="cyan"/>
          <w:u w:val="single"/>
        </w:rPr>
        <w:t>greenhouse gases</w:t>
      </w:r>
      <w:r>
        <w:rPr>
          <w:b w:val="0"/>
          <w:i w:val="0"/>
          <w:smallCaps w:val="0"/>
          <w:strike w:val="0"/>
          <w:sz w:val="10"/>
          <w:u w:val="none"/>
        </w:rPr>
        <w:t xml:space="preserve"> (i.e. methane and nitrous oxide). </w:t>
      </w:r>
      <w:r>
        <w:rPr>
          <w:b w:val="0"/>
          <w:i w:val="0"/>
          <w:smallCaps w:val="0"/>
          <w:strike w:val="0"/>
          <w:sz w:val="16"/>
          <w:u w:val="none"/>
        </w:rPr>
        <w:t>Arcade City and its ridesharing application on blockchain is a perfect example of attempting to reduce the concentration of greenhouse gases in the atmosphere</w:t>
      </w:r>
      <w:r>
        <w:rPr>
          <w:b w:val="0"/>
          <w:i w:val="0"/>
          <w:smallCaps w:val="0"/>
          <w:strike w:val="0"/>
          <w:sz w:val="10"/>
          <w:u w:val="none"/>
        </w:rPr>
        <w:t xml:space="preserve">; instead of people driving to work alone, blockchain based on the profiles in the system connects available drivers and passengers in a ridesharing match (e.g. Solat &amp; Potop-Butucaru, 2016; Zheng et al., 2017). </w:t>
      </w:r>
      <w:r>
        <w:rPr>
          <w:b w:val="0"/>
          <w:i w:val="0"/>
          <w:smallCaps w:val="0"/>
          <w:strike w:val="0"/>
          <w:sz w:val="16"/>
          <w:u w:val="none"/>
        </w:rPr>
        <w:t xml:space="preserve">Another area where blockchain can be efficiently deployed to reduce human activity is the largely fragmented real estate sector comprising a number of trusted third parties (i.e. middlemen). Blockchain with distributed ledger technology (DLT) brings all involved middlemen together on the same platform </w:t>
      </w:r>
      <w:r>
        <w:rPr>
          <w:b w:val="0"/>
          <w:i w:val="0"/>
          <w:smallCaps w:val="0"/>
          <w:strike w:val="0"/>
          <w:sz w:val="10"/>
          <w:u w:val="none"/>
        </w:rPr>
        <w:t xml:space="preserve">(i.e. escrow, real estate agents, brokers, title companies, inspectors, appraisers, buyers, sellers, public notaries, and related local, state or federal government offices); this way, </w:t>
      </w:r>
      <w:r>
        <w:rPr>
          <w:b/>
          <w:i w:val="0"/>
          <w:smallCaps w:val="0"/>
          <w:strike w:val="0"/>
          <w:sz w:val="24"/>
          <w:highlight w:val="cyan"/>
          <w:u w:val="single"/>
        </w:rPr>
        <w:t>blockchain avoids unnecessary</w:t>
      </w:r>
      <w:r>
        <w:rPr>
          <w:b/>
          <w:i w:val="0"/>
          <w:smallCaps w:val="0"/>
          <w:strike w:val="0"/>
          <w:sz w:val="24"/>
          <w:u w:val="single"/>
        </w:rPr>
        <w:t xml:space="preserve"> human-induced </w:t>
      </w:r>
      <w:r>
        <w:rPr>
          <w:b/>
          <w:i w:val="0"/>
          <w:smallCaps w:val="0"/>
          <w:strike w:val="0"/>
          <w:sz w:val="24"/>
          <w:highlight w:val="cyan"/>
          <w:u w:val="single"/>
        </w:rPr>
        <w:t>emissions</w:t>
      </w:r>
      <w:r>
        <w:rPr>
          <w:b/>
          <w:i w:val="0"/>
          <w:smallCaps w:val="0"/>
          <w:strike w:val="0"/>
          <w:sz w:val="24"/>
          <w:u w:val="single"/>
        </w:rPr>
        <w:t xml:space="preserve"> of greenhouse gases.</w:t>
      </w:r>
      <w:r>
        <w:rPr>
          <w:b w:val="0"/>
          <w:i w:val="0"/>
          <w:smallCaps w:val="0"/>
          <w:strike w:val="0"/>
          <w:sz w:val="10"/>
          <w:u w:val="none"/>
        </w:rPr>
        <w:t xml:space="preserve"> Also, </w:t>
      </w:r>
      <w:r>
        <w:rPr>
          <w:b w:val="0"/>
          <w:i w:val="0"/>
          <w:smallCaps w:val="0"/>
          <w:strike w:val="0"/>
          <w:sz w:val="22"/>
          <w:u w:val="single"/>
        </w:rPr>
        <w:t>blockchain can be used in healthcare to store various and extensive medical records of people that can be accessed by doctors and patients from anywhere throughout the world, which could save time and many lives in medical emergencies</w:t>
      </w:r>
      <w:r>
        <w:rPr>
          <w:b w:val="0"/>
          <w:i w:val="0"/>
          <w:smallCaps w:val="0"/>
          <w:strike w:val="0"/>
          <w:sz w:val="10"/>
          <w:u w:val="none"/>
        </w:rPr>
        <w:t xml:space="preserve"> (Dorri et al., 2017; Ekblaw et al., 2016; Grinberg, 2012). There are over 28,000 universities14 in the world (i.e. with about 4,000 universities, the United States has the top position in the world ranking with 58 universities in the top 100) and more than 200 million students are enrolled in higher education15 (for more detailed data on education, see OECD, 2018). I know from my own experience</w:t>
      </w:r>
      <w:r>
        <w:rPr>
          <w:b w:val="0"/>
          <w:i w:val="0"/>
          <w:smallCaps w:val="0"/>
          <w:strike w:val="0"/>
          <w:sz w:val="10"/>
          <w:u w:val="none"/>
        </w:rPr>
        <w:t xml:space="preserve">, to access academic records, place an order for transcripts or employers needing to verify degrees are not only costly and very challenging, but in most cases impossible to get it done online; blockchain can reduce human activities here as well by providing easy and fast access to academic records of both existing and graduate students without a central authority (i.e. universities’ admissions and records office). Universities can upload all relevant data for each student (i.e. diplomas, transcripts, major, achievements, etc.), and then students, other universities, and employers can access school data with special links (i.e. security keys) provided to them. Because the future prospects of blockchain has such a huge spectrum, its potential and possibilities are therefore endless; see Figure 3 </w:t>
      </w:r>
      <w:r>
        <w:rPr>
          <w:b w:val="0"/>
          <w:i w:val="0"/>
          <w:smallCaps w:val="0"/>
          <w:strike w:val="0"/>
          <w:sz w:val="10"/>
          <w:u w:val="none"/>
        </w:rPr>
        <w:t xml:space="preserve">for the list of areas </w:t>
      </w:r>
      <w:r>
        <w:rPr>
          <w:b w:val="0"/>
          <w:i w:val="0"/>
          <w:smallCaps w:val="0"/>
          <w:strike w:val="0"/>
          <w:sz w:val="22"/>
          <w:u w:val="single"/>
        </w:rPr>
        <w:t xml:space="preserve">where blockchain can be </w:t>
      </w:r>
      <w:r>
        <w:rPr>
          <w:b/>
          <w:i w:val="0"/>
          <w:smallCaps w:val="0"/>
          <w:strike w:val="0"/>
          <w:sz w:val="24"/>
          <w:u w:val="single"/>
        </w:rPr>
        <w:t>utilized</w:t>
      </w:r>
      <w:r>
        <w:rPr>
          <w:b w:val="0"/>
          <w:i w:val="0"/>
          <w:smallCaps w:val="0"/>
          <w:strike w:val="0"/>
          <w:sz w:val="22"/>
          <w:u w:val="single"/>
        </w:rPr>
        <w:t xml:space="preserve"> to contribute to the </w:t>
      </w:r>
      <w:r>
        <w:rPr>
          <w:b/>
          <w:i w:val="0"/>
          <w:smallCaps w:val="0"/>
          <w:strike w:val="0"/>
          <w:sz w:val="24"/>
          <w:u w:val="single"/>
        </w:rPr>
        <w:t>reduction</w:t>
      </w:r>
      <w:r>
        <w:rPr>
          <w:b w:val="0"/>
          <w:i w:val="0"/>
          <w:smallCaps w:val="0"/>
          <w:strike w:val="0"/>
          <w:sz w:val="22"/>
          <w:u w:val="single"/>
        </w:rPr>
        <w:t xml:space="preserve"> of global warming</w:t>
      </w:r>
      <w:r>
        <w:rPr>
          <w:b w:val="0"/>
          <w:i w:val="0"/>
          <w:smallCaps w:val="0"/>
          <w:strike w:val="0"/>
          <w:sz w:val="10"/>
          <w:u w:val="none"/>
        </w:rPr>
        <w:t xml:space="preserve">. In order to achieve zero CO2 by 2050 or 2070, </w:t>
      </w:r>
      <w:r>
        <w:rPr>
          <w:b w:val="0"/>
          <w:i w:val="0"/>
          <w:smallCaps w:val="0"/>
          <w:strike w:val="0"/>
          <w:sz w:val="22"/>
          <w:u w:val="single"/>
        </w:rPr>
        <w:t xml:space="preserve">all citizens of the world must act now; extreme </w:t>
      </w:r>
      <w:r>
        <w:rPr>
          <w:b/>
          <w:i w:val="0"/>
          <w:smallCaps w:val="0"/>
          <w:strike w:val="0"/>
          <w:sz w:val="24"/>
          <w:highlight w:val="cyan"/>
          <w:u w:val="single"/>
        </w:rPr>
        <w:t>weather events</w:t>
      </w:r>
      <w:r>
        <w:rPr>
          <w:b w:val="0"/>
          <w:i w:val="0"/>
          <w:smallCaps w:val="0"/>
          <w:strike w:val="0"/>
          <w:sz w:val="22"/>
          <w:u w:val="single"/>
        </w:rPr>
        <w:t xml:space="preserve"> we experience today </w:t>
      </w:r>
      <w:r>
        <w:rPr>
          <w:b w:val="0"/>
          <w:i w:val="0"/>
          <w:smallCaps w:val="0"/>
          <w:strike w:val="0"/>
          <w:sz w:val="22"/>
          <w:highlight w:val="cyan"/>
          <w:u w:val="single"/>
        </w:rPr>
        <w:t xml:space="preserve">are the </w:t>
      </w:r>
      <w:r>
        <w:rPr>
          <w:b/>
          <w:i w:val="0"/>
          <w:smallCaps w:val="0"/>
          <w:strike w:val="0"/>
          <w:sz w:val="24"/>
          <w:highlight w:val="cyan"/>
          <w:u w:val="single"/>
        </w:rPr>
        <w:t>consequences</w:t>
      </w:r>
      <w:r>
        <w:rPr>
          <w:b w:val="0"/>
          <w:i w:val="0"/>
          <w:smallCaps w:val="0"/>
          <w:strike w:val="0"/>
          <w:sz w:val="22"/>
          <w:highlight w:val="cyan"/>
          <w:u w:val="single"/>
        </w:rPr>
        <w:t xml:space="preserve"> of </w:t>
      </w:r>
      <w:r>
        <w:rPr>
          <w:b w:val="0"/>
          <w:i w:val="0"/>
          <w:smallCaps w:val="0"/>
          <w:strike w:val="0"/>
          <w:sz w:val="22"/>
          <w:u w:val="single"/>
        </w:rPr>
        <w:t xml:space="preserve">the Earth’s </w:t>
      </w:r>
      <w:r>
        <w:rPr>
          <w:b w:val="0"/>
          <w:i w:val="0"/>
          <w:smallCaps w:val="0"/>
          <w:strike w:val="0"/>
          <w:sz w:val="22"/>
          <w:highlight w:val="cyan"/>
          <w:u w:val="single"/>
        </w:rPr>
        <w:t>warming up</w:t>
      </w:r>
      <w:r>
        <w:rPr>
          <w:b w:val="0"/>
          <w:i w:val="0"/>
          <w:smallCaps w:val="0"/>
          <w:strike w:val="0"/>
          <w:sz w:val="10"/>
          <w:u w:val="none"/>
        </w:rPr>
        <w:t xml:space="preserve"> of +0.8 °C (1.4 °F) since the Industrial Revolution (i.e. 1900s) and unfortunately it is impossible for humans to avert these climatic changes even the emissions of greenhouse gases stopped altogether. </w:t>
      </w:r>
      <w:r>
        <w:rPr>
          <w:b w:val="0"/>
          <w:i w:val="0"/>
          <w:smallCaps w:val="0"/>
          <w:strike w:val="0"/>
          <w:sz w:val="22"/>
          <w:highlight w:val="cyan"/>
          <w:u w:val="single"/>
        </w:rPr>
        <w:t>With blockchain</w:t>
      </w:r>
      <w:r>
        <w:rPr>
          <w:b w:val="0"/>
          <w:i w:val="0"/>
          <w:smallCaps w:val="0"/>
          <w:strike w:val="0"/>
          <w:sz w:val="22"/>
          <w:u w:val="single"/>
        </w:rPr>
        <w:t xml:space="preserve"> technology, </w:t>
      </w:r>
      <w:r>
        <w:rPr>
          <w:b w:val="0"/>
          <w:i w:val="0"/>
          <w:smallCaps w:val="0"/>
          <w:strike w:val="0"/>
          <w:sz w:val="22"/>
          <w:highlight w:val="cyan"/>
          <w:u w:val="single"/>
        </w:rPr>
        <w:t>we can</w:t>
      </w:r>
      <w:r>
        <w:rPr>
          <w:b w:val="0"/>
          <w:i w:val="0"/>
          <w:smallCaps w:val="0"/>
          <w:strike w:val="0"/>
          <w:sz w:val="22"/>
          <w:u w:val="single"/>
        </w:rPr>
        <w:t xml:space="preserve"> act now to </w:t>
      </w:r>
      <w:r>
        <w:rPr>
          <w:b/>
          <w:i w:val="0"/>
          <w:smallCaps w:val="0"/>
          <w:strike w:val="0"/>
          <w:sz w:val="24"/>
          <w:highlight w:val="cyan"/>
          <w:u w:val="single"/>
        </w:rPr>
        <w:t>avoid</w:t>
      </w:r>
      <w:r>
        <w:rPr>
          <w:b w:val="0"/>
          <w:i w:val="0"/>
          <w:smallCaps w:val="0"/>
          <w:strike w:val="0"/>
          <w:sz w:val="22"/>
          <w:highlight w:val="cyan"/>
          <w:u w:val="single"/>
        </w:rPr>
        <w:t xml:space="preserve"> </w:t>
      </w:r>
      <w:r>
        <w:rPr>
          <w:b w:val="0"/>
          <w:i w:val="0"/>
          <w:smallCaps w:val="0"/>
          <w:strike w:val="0"/>
          <w:sz w:val="22"/>
          <w:u w:val="single"/>
        </w:rPr>
        <w:t xml:space="preserve">extreme climate </w:t>
      </w:r>
      <w:r>
        <w:rPr>
          <w:b w:val="0"/>
          <w:i w:val="0"/>
          <w:smallCaps w:val="0"/>
          <w:strike w:val="0"/>
          <w:sz w:val="22"/>
          <w:highlight w:val="cyan"/>
          <w:u w:val="single"/>
        </w:rPr>
        <w:t>changes</w:t>
      </w:r>
      <w:r>
        <w:rPr>
          <w:b w:val="0"/>
          <w:i w:val="0"/>
          <w:smallCaps w:val="0"/>
          <w:strike w:val="0"/>
          <w:sz w:val="22"/>
          <w:u w:val="single"/>
        </w:rPr>
        <w:t xml:space="preserve"> in 2030 and beyond. Global warming is real and it is with us, and if necessary measurements are not taken immediately, it can lead to </w:t>
      </w:r>
      <w:r>
        <w:rPr>
          <w:b/>
          <w:i w:val="0"/>
          <w:smallCaps w:val="0"/>
          <w:strike w:val="0"/>
          <w:sz w:val="24"/>
          <w:highlight w:val="cyan"/>
          <w:u w:val="single"/>
        </w:rPr>
        <w:t>catastrophic losses</w:t>
      </w:r>
      <w:r>
        <w:rPr>
          <w:b w:val="0"/>
          <w:i w:val="0"/>
          <w:smallCaps w:val="0"/>
          <w:strike w:val="0"/>
          <w:sz w:val="22"/>
          <w:u w:val="single"/>
        </w:rPr>
        <w:t xml:space="preserve"> in every aspect </w:t>
      </w:r>
      <w:r>
        <w:rPr>
          <w:b w:val="0"/>
          <w:i w:val="0"/>
          <w:smallCaps w:val="0"/>
          <w:strike w:val="0"/>
          <w:sz w:val="22"/>
          <w:highlight w:val="cyan"/>
          <w:u w:val="single"/>
        </w:rPr>
        <w:t xml:space="preserve">of </w:t>
      </w:r>
      <w:r>
        <w:rPr>
          <w:b w:val="0"/>
          <w:i w:val="0"/>
          <w:smallCaps w:val="0"/>
          <w:strike w:val="0"/>
          <w:sz w:val="22"/>
          <w:u w:val="single"/>
        </w:rPr>
        <w:t xml:space="preserve">human </w:t>
      </w:r>
      <w:r>
        <w:rPr>
          <w:b/>
          <w:i w:val="0"/>
          <w:smallCaps w:val="0"/>
          <w:strike w:val="0"/>
          <w:sz w:val="24"/>
          <w:highlight w:val="cyan"/>
          <w:u w:val="single"/>
        </w:rPr>
        <w:t>life</w:t>
      </w:r>
      <w:r>
        <w:rPr>
          <w:b w:val="0"/>
          <w:i w:val="0"/>
          <w:smallCaps w:val="0"/>
          <w:strike w:val="0"/>
          <w:sz w:val="10"/>
          <w:u w:val="none"/>
        </w:rPr>
        <w:t xml:space="preserve">. The global financial crisis of 2008 and the financial dismay it left behind is still fresh in memories (i.e. financial losses of over $30 trillion worldwide), but </w:t>
      </w:r>
      <w:r>
        <w:rPr>
          <w:b w:val="0"/>
          <w:i w:val="0"/>
          <w:smallCaps w:val="0"/>
          <w:strike w:val="0"/>
          <w:sz w:val="22"/>
          <w:highlight w:val="cyan"/>
          <w:u w:val="single"/>
        </w:rPr>
        <w:t>failing to reduce</w:t>
      </w:r>
      <w:r>
        <w:rPr>
          <w:b w:val="0"/>
          <w:i w:val="0"/>
          <w:smallCaps w:val="0"/>
          <w:strike w:val="0"/>
          <w:sz w:val="22"/>
          <w:u w:val="single"/>
        </w:rPr>
        <w:t xml:space="preserve"> global </w:t>
      </w:r>
      <w:r>
        <w:rPr>
          <w:b w:val="0"/>
          <w:i w:val="0"/>
          <w:smallCaps w:val="0"/>
          <w:strike w:val="0"/>
          <w:sz w:val="22"/>
          <w:highlight w:val="cyan"/>
          <w:u w:val="single"/>
        </w:rPr>
        <w:t>warming</w:t>
      </w:r>
      <w:r>
        <w:rPr>
          <w:b w:val="0"/>
          <w:i w:val="0"/>
          <w:smallCaps w:val="0"/>
          <w:strike w:val="0"/>
          <w:sz w:val="22"/>
          <w:u w:val="single"/>
        </w:rPr>
        <w:t xml:space="preserve"> to an acceptable level in the next decade </w:t>
      </w:r>
      <w:r>
        <w:rPr>
          <w:b w:val="0"/>
          <w:i w:val="0"/>
          <w:smallCaps w:val="0"/>
          <w:strike w:val="0"/>
          <w:sz w:val="22"/>
          <w:highlight w:val="cyan"/>
          <w:u w:val="single"/>
        </w:rPr>
        <w:t>will result in</w:t>
      </w:r>
      <w:r>
        <w:rPr>
          <w:b w:val="0"/>
          <w:i w:val="0"/>
          <w:smallCaps w:val="0"/>
          <w:strike w:val="0"/>
          <w:sz w:val="22"/>
          <w:u w:val="single"/>
        </w:rPr>
        <w:t xml:space="preserve"> climate </w:t>
      </w:r>
      <w:r>
        <w:rPr>
          <w:b w:val="0"/>
          <w:i w:val="0"/>
          <w:smallCaps w:val="0"/>
          <w:strike w:val="0"/>
          <w:sz w:val="22"/>
          <w:highlight w:val="cyan"/>
          <w:u w:val="single"/>
        </w:rPr>
        <w:t>changes</w:t>
      </w:r>
      <w:r>
        <w:rPr>
          <w:b w:val="0"/>
          <w:i w:val="0"/>
          <w:smallCaps w:val="0"/>
          <w:strike w:val="0"/>
          <w:sz w:val="22"/>
          <w:u w:val="single"/>
        </w:rPr>
        <w:t xml:space="preserve"> maybe ten times or </w:t>
      </w:r>
      <w:r>
        <w:rPr>
          <w:b w:val="0"/>
          <w:i w:val="0"/>
          <w:smallCaps w:val="0"/>
          <w:strike w:val="0"/>
          <w:sz w:val="22"/>
          <w:highlight w:val="cyan"/>
          <w:u w:val="single"/>
        </w:rPr>
        <w:t>hundred times</w:t>
      </w:r>
      <w:r>
        <w:rPr>
          <w:b w:val="0"/>
          <w:i w:val="0"/>
          <w:smallCaps w:val="0"/>
          <w:strike w:val="0"/>
          <w:sz w:val="22"/>
          <w:u w:val="single"/>
        </w:rPr>
        <w:t xml:space="preserve"> </w:t>
      </w:r>
      <w:r>
        <w:rPr>
          <w:b/>
          <w:i w:val="0"/>
          <w:smallCaps w:val="0"/>
          <w:strike w:val="0"/>
          <w:sz w:val="24"/>
          <w:highlight w:val="cyan"/>
          <w:u w:val="single"/>
        </w:rPr>
        <w:t>more severe</w:t>
      </w:r>
      <w:r>
        <w:rPr>
          <w:b/>
          <w:i w:val="0"/>
          <w:smallCaps w:val="0"/>
          <w:strike w:val="0"/>
          <w:sz w:val="24"/>
          <w:u w:val="single"/>
        </w:rPr>
        <w:t xml:space="preserve"> </w:t>
      </w:r>
      <w:r>
        <w:rPr>
          <w:b w:val="0"/>
          <w:i w:val="0"/>
          <w:smallCaps w:val="0"/>
          <w:strike w:val="0"/>
          <w:sz w:val="22"/>
          <w:u w:val="single"/>
        </w:rPr>
        <w:t xml:space="preserve">than what has been experienced so far. Blockchain can </w:t>
      </w:r>
      <w:r>
        <w:rPr>
          <w:b/>
          <w:i w:val="0"/>
          <w:smallCaps w:val="0"/>
          <w:strike w:val="0"/>
          <w:sz w:val="24"/>
          <w:u w:val="single"/>
        </w:rPr>
        <w:t>reduce</w:t>
      </w:r>
      <w:r>
        <w:rPr>
          <w:b w:val="0"/>
          <w:i w:val="0"/>
          <w:smallCaps w:val="0"/>
          <w:strike w:val="0"/>
          <w:sz w:val="22"/>
          <w:u w:val="single"/>
        </w:rPr>
        <w:t xml:space="preserve"> the current pace of global warming by </w:t>
      </w:r>
      <w:r>
        <w:rPr>
          <w:b/>
          <w:i w:val="0"/>
          <w:smallCaps w:val="0"/>
          <w:strike w:val="0"/>
          <w:sz w:val="24"/>
          <w:u w:val="single"/>
        </w:rPr>
        <w:t>reducing</w:t>
      </w:r>
      <w:r>
        <w:rPr>
          <w:b w:val="0"/>
          <w:i w:val="0"/>
          <w:smallCaps w:val="0"/>
          <w:strike w:val="0"/>
          <w:sz w:val="22"/>
          <w:u w:val="single"/>
        </w:rPr>
        <w:t xml:space="preserve"> human </w:t>
      </w:r>
      <w:r>
        <w:rPr>
          <w:b/>
          <w:i w:val="0"/>
          <w:smallCaps w:val="0"/>
          <w:strike w:val="0"/>
          <w:sz w:val="24"/>
          <w:u w:val="single"/>
        </w:rPr>
        <w:t>activity</w:t>
      </w:r>
      <w:r>
        <w:rPr>
          <w:b w:val="0"/>
          <w:i w:val="0"/>
          <w:smallCaps w:val="0"/>
          <w:strike w:val="0"/>
          <w:sz w:val="22"/>
          <w:u w:val="single"/>
        </w:rPr>
        <w:t xml:space="preserve"> and their induced greenhouse gas </w:t>
      </w:r>
      <w:r>
        <w:rPr>
          <w:b/>
          <w:i w:val="0"/>
          <w:smallCaps w:val="0"/>
          <w:strike w:val="0"/>
          <w:sz w:val="24"/>
          <w:u w:val="single"/>
        </w:rPr>
        <w:t>emissions</w:t>
      </w:r>
      <w:r>
        <w:rPr>
          <w:b w:val="0"/>
          <w:i w:val="0"/>
          <w:smallCaps w:val="0"/>
          <w:strike w:val="0"/>
          <w:sz w:val="10"/>
          <w:highlight w:val="cyan"/>
          <w:u w:val="none"/>
        </w:rPr>
        <w:t>;</w:t>
      </w:r>
      <w:r>
        <w:rPr>
          <w:b w:val="0"/>
          <w:i w:val="0"/>
          <w:smallCaps w:val="0"/>
          <w:strike w:val="0"/>
          <w:sz w:val="10"/>
          <w:u w:val="none"/>
        </w:rPr>
        <w:t xml:space="preserve"> through effective deployment of various blockchain technologies, wasting of resources will be reduced or in some cases eliminated. The use of blockchain in agriculture, factory farming, and livestock farming not only will reduce the amounts of greenhouse gases released from these atmosphere-suffocating industries, </w:t>
      </w:r>
      <w:r>
        <w:rPr>
          <w:b w:val="0"/>
          <w:i w:val="0"/>
          <w:smallCaps w:val="0"/>
          <w:strike w:val="0"/>
          <w:sz w:val="22"/>
          <w:u w:val="single"/>
        </w:rPr>
        <w:t>blockchain will contribute positively to the efforts of limiting deforestation</w:t>
      </w:r>
      <w:r>
        <w:rPr>
          <w:b w:val="0"/>
          <w:i w:val="0"/>
          <w:smallCaps w:val="0"/>
          <w:strike w:val="0"/>
          <w:sz w:val="10"/>
          <w:u w:val="none"/>
        </w:rPr>
        <w:t>. The global mean surface temperature (GMST) has warmed up approximately +0.8 °C (1.4 °F) due to past and ongoing emissions of greenhouse gasses mainly resulting from human activities since the Industrial Revolution (1900s). If all humans do not take immediate actions in the next decade to reduce the pace of Earth’s warming (i.e. zero CO2 beyond 2050), scientists claim that global warming may accelerate to around 1.5 °C by 2050.</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