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Society 5.0 solves </w:t>
      </w:r>
      <w:r>
        <w:rPr>
          <w:b/>
          <w:i w:val="0"/>
          <w:smallCaps w:val="0"/>
          <w:strike w:val="0"/>
          <w:sz w:val="26"/>
          <w:u w:val="single"/>
        </w:rPr>
        <w:t>inequality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job loss</w:t>
      </w:r>
      <w:r>
        <w:rPr>
          <w:b/>
          <w:i w:val="0"/>
          <w:smallCaps w:val="0"/>
          <w:strike w:val="0"/>
          <w:sz w:val="26"/>
          <w:u w:val="none"/>
        </w:rPr>
        <w:t>---1AC Cook inserted.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>&lt;&lt;&lt;FOR REFERENCE&gt;&gt;&gt;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He describes the present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a 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>time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volatility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complexity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uncertainty, 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ambiguity, 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time of </w:t>
      </w:r>
      <w:r>
        <w:rPr>
          <w:b/>
          <w:i w:val="0"/>
          <w:smallCaps w:val="0"/>
          <w:strike w:val="0"/>
          <w:sz w:val="24"/>
          <w:u w:val="single"/>
        </w:rPr>
        <w:t xml:space="preserve">global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crises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 xml:space="preserve"> includ</w:t>
      </w:r>
      <w:r>
        <w:rPr>
          <w:b w:val="0"/>
          <w:i w:val="0"/>
          <w:smallCaps w:val="0"/>
          <w:strike w:val="0"/>
          <w:sz w:val="22"/>
          <w:u w:val="single"/>
        </w:rPr>
        <w:t>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 economic or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financial</w:t>
      </w:r>
      <w:r>
        <w:rPr>
          <w:b/>
          <w:i w:val="0"/>
          <w:smallCaps w:val="0"/>
          <w:strike w:val="0"/>
          <w:sz w:val="24"/>
          <w:u w:val="single"/>
        </w:rPr>
        <w:t xml:space="preserve"> crisis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climate crisis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accompanied by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plastic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soup </w:t>
      </w:r>
      <w:r>
        <w:rPr>
          <w:b w:val="0"/>
          <w:i w:val="0"/>
          <w:smallCaps w:val="0"/>
          <w:strike w:val="0"/>
          <w:sz w:val="22"/>
          <w:u w:val="single"/>
        </w:rPr>
        <w:t>in the ocean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large-scale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extinction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species,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social 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>inequality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associated 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>polarization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societies fuelled by social media and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fake news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 xml:space="preserve">food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scarcity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looming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disappearance of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jobs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due to AIs robotics, blockchain, etc.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rather </w:t>
      </w:r>
      <w:r>
        <w:rPr>
          <w:b/>
          <w:i w:val="0"/>
          <w:smallCaps w:val="0"/>
          <w:strike w:val="0"/>
          <w:sz w:val="24"/>
          <w:u w:val="single"/>
        </w:rPr>
        <w:t>dire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outlook at best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Yet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mindset of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Society 5.0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might 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>provide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less pessimistic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 xml:space="preserve"> outcome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view is shared by other social scientists and holds that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online society 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>brings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about an </w:t>
      </w:r>
      <w:r>
        <w:rPr>
          <w:b/>
          <w:i w:val="0"/>
          <w:smallCaps w:val="0"/>
          <w:strike w:val="0"/>
          <w:sz w:val="24"/>
          <w:u w:val="single"/>
        </w:rPr>
        <w:t>era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growing complexity of the social system, extension of networks, increased digitisation but also increased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connectedness</w:t>
      </w:r>
      <w:r>
        <w:rPr>
          <w:b w:val="0"/>
          <w:i w:val="0"/>
          <w:smallCaps w:val="0"/>
          <w:strike w:val="0"/>
          <w:sz w:val="22"/>
          <w:u w:val="single"/>
        </w:rPr>
        <w:t>. These features of Society 5.0 demonstrate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onset of the era of </w:t>
      </w:r>
      <w:r>
        <w:rPr>
          <w:b/>
          <w:i w:val="0"/>
          <w:smallCaps w:val="0"/>
          <w:strike w:val="0"/>
          <w:sz w:val="24"/>
          <w:u w:val="single"/>
        </w:rPr>
        <w:t>digital society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[9]. Millennials form the largest part of this society as described in more detail towards the end of the paper.</w:t>
      </w:r>
    </w:p>
    <w:p>
      <w:pPr>
        <w:pStyle w:val="Caption"/>
      </w:pPr>
      <w:r>
        <w:t>Source: DAOs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