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Democracy’s </w:t>
      </w:r>
      <w:r>
        <w:rPr>
          <w:b/>
          <w:i w:val="0"/>
          <w:smallCaps w:val="0"/>
          <w:strike w:val="0"/>
          <w:sz w:val="26"/>
          <w:u w:val="single"/>
        </w:rPr>
        <w:t>resilient</w:t>
      </w:r>
      <w:r>
        <w:rPr>
          <w:b/>
          <w:i w:val="0"/>
          <w:smallCaps w:val="0"/>
          <w:strike w:val="0"/>
          <w:sz w:val="26"/>
          <w:u w:val="none"/>
        </w:rPr>
        <w:t xml:space="preserve"> and </w:t>
      </w:r>
      <w:r>
        <w:rPr>
          <w:b/>
          <w:i w:val="0"/>
          <w:smallCaps w:val="0"/>
          <w:strike w:val="0"/>
          <w:sz w:val="26"/>
          <w:u w:val="single"/>
        </w:rPr>
        <w:t>no impact</w:t>
      </w:r>
      <w:r>
        <w:rPr>
          <w:b/>
          <w:i w:val="0"/>
          <w:smallCaps w:val="0"/>
          <w:strike w:val="0"/>
          <w:sz w:val="26"/>
          <w:u w:val="none"/>
        </w:rPr>
        <w:t>.</w:t>
      </w:r>
    </w:p>
    <w:p>
      <w:pPr>
        <w:spacing w:after="80"/>
      </w:pPr>
      <w:r>
        <w:rPr>
          <w:b/>
          <w:i w:val="0"/>
          <w:smallCaps w:val="0"/>
          <w:strike w:val="0"/>
          <w:sz w:val="26"/>
          <w:u w:val="none"/>
        </w:rPr>
        <w:t>Doorenspleet ’19</w:t>
      </w:r>
      <w:r>
        <w:rPr>
          <w:b w:val="0"/>
          <w:i w:val="0"/>
          <w:smallCaps w:val="0"/>
          <w:strike w:val="0"/>
          <w:sz w:val="22"/>
          <w:u w:val="none"/>
        </w:rPr>
        <w:t xml:space="preserve"> [Renske; Professor of Politics at the University of Warwick; Palgrave Macmillan, “Rethinking the Value of Democracy: A Comparative Perspective,” p. 239-243]//BPS</w:t>
      </w:r>
    </w:p>
    <w:p>
      <w:pPr>
        <w:spacing w:after="60"/>
      </w:pPr>
      <w:r>
        <w:rPr>
          <w:b w:val="0"/>
          <w:i w:val="0"/>
          <w:smallCaps w:val="0"/>
          <w:strike w:val="0"/>
          <w:sz w:val="22"/>
          <w:u w:val="single"/>
        </w:rPr>
        <w:t xml:space="preserve">The value of democracy has been </w:t>
      </w:r>
      <w:r>
        <w:rPr>
          <w:b/>
          <w:i w:val="0"/>
          <w:smallCaps w:val="0"/>
          <w:strike w:val="0"/>
          <w:sz w:val="24"/>
          <w:u w:val="single"/>
        </w:rPr>
        <w:t>taken for granted</w:t>
      </w:r>
      <w:r>
        <w:rPr>
          <w:b w:val="0"/>
          <w:i w:val="0"/>
          <w:smallCaps w:val="0"/>
          <w:strike w:val="0"/>
          <w:sz w:val="16"/>
          <w:u w:val="none"/>
        </w:rPr>
        <w:t xml:space="preserve"> until recently, but this assumption seems to be under threat now more than ever before. As was explained in Chapter 1, democracy’s claim to be valuable does not rest on just one particular merit, and scholars tend to distinguish three different types of values (Sen 1999). This book focused on the instrumental value of democracy (and hence not on the intrinsic and constructive value), and investigated the value of democracy for peace (Chapters 3 and 4), control of corruption (Chapter 5) and economic development (Chapter 6). </w:t>
      </w:r>
      <w:r>
        <w:rPr>
          <w:b w:val="0"/>
          <w:i w:val="0"/>
          <w:smallCaps w:val="0"/>
          <w:strike w:val="0"/>
          <w:sz w:val="22"/>
          <w:highlight w:val="cyan"/>
          <w:u w:val="single"/>
        </w:rPr>
        <w:t>This study</w:t>
      </w:r>
      <w:r>
        <w:rPr>
          <w:b w:val="0"/>
          <w:i w:val="0"/>
          <w:smallCaps w:val="0"/>
          <w:strike w:val="0"/>
          <w:sz w:val="22"/>
          <w:u w:val="single"/>
        </w:rPr>
        <w:t xml:space="preserve"> was based on a </w:t>
      </w:r>
      <w:r>
        <w:rPr>
          <w:b w:val="0"/>
          <w:i w:val="0"/>
          <w:smallCaps w:val="0"/>
          <w:strike w:val="0"/>
          <w:sz w:val="22"/>
          <w:highlight w:val="cyan"/>
          <w:u w:val="single"/>
        </w:rPr>
        <w:t>search</w:t>
      </w:r>
      <w:r>
        <w:rPr>
          <w:b w:val="0"/>
          <w:i w:val="0"/>
          <w:smallCaps w:val="0"/>
          <w:strike w:val="0"/>
          <w:sz w:val="22"/>
          <w:u w:val="single"/>
        </w:rPr>
        <w:t xml:space="preserve"> of </w:t>
      </w:r>
      <w:r>
        <w:rPr>
          <w:b/>
          <w:i w:val="0"/>
          <w:smallCaps w:val="0"/>
          <w:strike w:val="0"/>
          <w:sz w:val="24"/>
          <w:highlight w:val="cyan"/>
          <w:u w:val="single"/>
        </w:rPr>
        <w:t>a</w:t>
      </w:r>
      <w:r>
        <w:rPr>
          <w:b/>
          <w:i w:val="0"/>
          <w:smallCaps w:val="0"/>
          <w:strike w:val="0"/>
          <w:sz w:val="24"/>
          <w:u w:val="single"/>
        </w:rPr>
        <w:t xml:space="preserve">n enormous academic </w:t>
      </w:r>
      <w:r>
        <w:rPr>
          <w:b/>
          <w:i w:val="0"/>
          <w:smallCaps w:val="0"/>
          <w:strike w:val="0"/>
          <w:sz w:val="24"/>
          <w:highlight w:val="cyan"/>
          <w:u w:val="single"/>
        </w:rPr>
        <w:t>database</w:t>
      </w:r>
      <w:r>
        <w:rPr>
          <w:b w:val="0"/>
          <w:i w:val="0"/>
          <w:smallCaps w:val="0"/>
          <w:strike w:val="0"/>
          <w:sz w:val="16"/>
          <w:u w:val="none"/>
        </w:rPr>
        <w:t xml:space="preserve"> for certain keywords,6 </w:t>
      </w:r>
      <w:r>
        <w:rPr>
          <w:b w:val="0"/>
          <w:i w:val="0"/>
          <w:smallCaps w:val="0"/>
          <w:strike w:val="0"/>
          <w:sz w:val="22"/>
          <w:u w:val="single"/>
        </w:rPr>
        <w:t xml:space="preserve">then </w:t>
      </w:r>
      <w:r>
        <w:rPr>
          <w:b w:val="0"/>
          <w:i w:val="0"/>
          <w:smallCaps w:val="0"/>
          <w:strike w:val="0"/>
          <w:sz w:val="22"/>
          <w:highlight w:val="cyan"/>
          <w:u w:val="single"/>
        </w:rPr>
        <w:t>pruned</w:t>
      </w:r>
      <w:r>
        <w:rPr>
          <w:b w:val="0"/>
          <w:i w:val="0"/>
          <w:smallCaps w:val="0"/>
          <w:strike w:val="0"/>
          <w:sz w:val="22"/>
          <w:u w:val="single"/>
        </w:rPr>
        <w:t xml:space="preserve"> </w:t>
      </w:r>
      <w:r>
        <w:rPr>
          <w:b/>
          <w:i w:val="0"/>
          <w:smallCaps w:val="0"/>
          <w:strike w:val="0"/>
          <w:sz w:val="24"/>
          <w:u w:val="single"/>
        </w:rPr>
        <w:t xml:space="preserve">the </w:t>
      </w:r>
      <w:r>
        <w:rPr>
          <w:b/>
          <w:i w:val="0"/>
          <w:smallCaps w:val="0"/>
          <w:strike w:val="0"/>
          <w:sz w:val="24"/>
          <w:highlight w:val="cyan"/>
          <w:u w:val="single"/>
        </w:rPr>
        <w:t>thousands of articles</w:t>
      </w:r>
      <w:r>
        <w:rPr>
          <w:b w:val="0"/>
          <w:i w:val="0"/>
          <w:smallCaps w:val="0"/>
          <w:strike w:val="0"/>
          <w:sz w:val="16"/>
          <w:u w:val="none"/>
        </w:rPr>
        <w:t xml:space="preserve"> down to a few hundred articles (see Appendix) </w:t>
      </w:r>
      <w:r>
        <w:rPr>
          <w:b w:val="0"/>
          <w:i w:val="0"/>
          <w:smallCaps w:val="0"/>
          <w:strike w:val="0"/>
          <w:sz w:val="22"/>
          <w:highlight w:val="cyan"/>
          <w:u w:val="single"/>
        </w:rPr>
        <w:t>which</w:t>
      </w:r>
      <w:r>
        <w:rPr>
          <w:b w:val="0"/>
          <w:i w:val="0"/>
          <w:smallCaps w:val="0"/>
          <w:strike w:val="0"/>
          <w:sz w:val="22"/>
          <w:u w:val="single"/>
        </w:rPr>
        <w:t xml:space="preserve"> </w:t>
      </w:r>
      <w:r>
        <w:rPr>
          <w:b/>
          <w:i w:val="0"/>
          <w:smallCaps w:val="0"/>
          <w:strike w:val="0"/>
          <w:sz w:val="24"/>
          <w:u w:val="single"/>
        </w:rPr>
        <w:t xml:space="preserve">statistically </w:t>
      </w:r>
      <w:r>
        <w:rPr>
          <w:b/>
          <w:i w:val="0"/>
          <w:smallCaps w:val="0"/>
          <w:strike w:val="0"/>
          <w:sz w:val="24"/>
          <w:highlight w:val="cyan"/>
          <w:u w:val="single"/>
        </w:rPr>
        <w:t>analysed</w:t>
      </w:r>
      <w:r>
        <w:rPr>
          <w:b w:val="0"/>
          <w:i w:val="0"/>
          <w:smallCaps w:val="0"/>
          <w:strike w:val="0"/>
          <w:sz w:val="22"/>
          <w:u w:val="single"/>
        </w:rPr>
        <w:t xml:space="preserve"> the connection between the </w:t>
      </w:r>
      <w:r>
        <w:rPr>
          <w:b w:val="0"/>
          <w:i w:val="0"/>
          <w:smallCaps w:val="0"/>
          <w:strike w:val="0"/>
          <w:sz w:val="22"/>
          <w:highlight w:val="cyan"/>
          <w:u w:val="single"/>
        </w:rPr>
        <w:t>democracy</w:t>
      </w:r>
      <w:r>
        <w:rPr>
          <w:b w:val="0"/>
          <w:i w:val="0"/>
          <w:smallCaps w:val="0"/>
          <w:strike w:val="0"/>
          <w:sz w:val="22"/>
          <w:u w:val="single"/>
        </w:rPr>
        <w:t xml:space="preserve"> and the four expected outcomes</w:t>
      </w:r>
      <w:r>
        <w:rPr>
          <w:b w:val="0"/>
          <w:i w:val="0"/>
          <w:smallCaps w:val="0"/>
          <w:strike w:val="0"/>
          <w:sz w:val="16"/>
          <w:u w:val="none"/>
        </w:rPr>
        <w:t xml:space="preserve">. The frst fiding is that </w:t>
      </w:r>
      <w:r>
        <w:rPr>
          <w:b/>
          <w:i w:val="0"/>
          <w:smallCaps w:val="0"/>
          <w:strike w:val="0"/>
          <w:sz w:val="24"/>
          <w:highlight w:val="cyan"/>
          <w:u w:val="single"/>
        </w:rPr>
        <w:t>a</w:t>
      </w:r>
      <w:r>
        <w:rPr>
          <w:b/>
          <w:i w:val="0"/>
          <w:smallCaps w:val="0"/>
          <w:strike w:val="0"/>
          <w:sz w:val="24"/>
          <w:u w:val="single"/>
        </w:rPr>
        <w:t xml:space="preserve"> reverse </w:t>
      </w:r>
      <w:r>
        <w:rPr>
          <w:b/>
          <w:i w:val="0"/>
          <w:smallCaps w:val="0"/>
          <w:strike w:val="0"/>
          <w:sz w:val="24"/>
          <w:highlight w:val="cyan"/>
          <w:u w:val="single"/>
        </w:rPr>
        <w:t xml:space="preserve">wave away </w:t>
      </w:r>
      <w:r>
        <w:rPr>
          <w:b/>
          <w:i w:val="0"/>
          <w:smallCaps w:val="0"/>
          <w:strike w:val="0"/>
          <w:sz w:val="24"/>
          <w:u w:val="single"/>
        </w:rPr>
        <w:t>from democracy</w:t>
      </w:r>
      <w:r>
        <w:rPr>
          <w:b w:val="0"/>
          <w:i w:val="0"/>
          <w:smallCaps w:val="0"/>
          <w:strike w:val="0"/>
          <w:sz w:val="22"/>
          <w:u w:val="single"/>
        </w:rPr>
        <w:t xml:space="preserve"> </w:t>
      </w:r>
      <w:r>
        <w:rPr>
          <w:b w:val="0"/>
          <w:i w:val="0"/>
          <w:smallCaps w:val="0"/>
          <w:strike w:val="0"/>
          <w:sz w:val="22"/>
          <w:highlight w:val="cyan"/>
          <w:u w:val="single"/>
        </w:rPr>
        <w:t>has not happened</w:t>
      </w:r>
      <w:r>
        <w:rPr>
          <w:b w:val="0"/>
          <w:i w:val="0"/>
          <w:smallCaps w:val="0"/>
          <w:strike w:val="0"/>
          <w:sz w:val="16"/>
          <w:u w:val="none"/>
        </w:rPr>
        <w:t xml:space="preserve"> (see Chapter 2). Not yet, at least. </w:t>
      </w:r>
      <w:r>
        <w:rPr>
          <w:b w:val="0"/>
          <w:i w:val="0"/>
          <w:smallCaps w:val="0"/>
          <w:strike w:val="0"/>
          <w:sz w:val="22"/>
          <w:highlight w:val="cyan"/>
          <w:u w:val="single"/>
        </w:rPr>
        <w:t>Democracy is not</w:t>
      </w:r>
      <w:r>
        <w:rPr>
          <w:b w:val="0"/>
          <w:i w:val="0"/>
          <w:smallCaps w:val="0"/>
          <w:strike w:val="0"/>
          <w:sz w:val="22"/>
          <w:u w:val="single"/>
        </w:rPr>
        <w:t xml:space="preserve"> doing </w:t>
      </w:r>
      <w:r>
        <w:rPr>
          <w:b w:val="0"/>
          <w:i w:val="0"/>
          <w:smallCaps w:val="0"/>
          <w:strike w:val="0"/>
          <w:sz w:val="22"/>
          <w:highlight w:val="cyan"/>
          <w:u w:val="single"/>
        </w:rPr>
        <w:t>worse than before</w:t>
      </w:r>
      <w:r>
        <w:rPr>
          <w:b w:val="0"/>
          <w:i w:val="0"/>
          <w:smallCaps w:val="0"/>
          <w:strike w:val="0"/>
          <w:sz w:val="16"/>
          <w:u w:val="none"/>
        </w:rPr>
        <w:t xml:space="preserve">, at least not </w:t>
      </w:r>
      <w:r>
        <w:rPr>
          <w:b w:val="0"/>
          <w:i w:val="0"/>
          <w:smallCaps w:val="0"/>
          <w:strike w:val="0"/>
          <w:sz w:val="22"/>
          <w:highlight w:val="cyan"/>
          <w:u w:val="single"/>
        </w:rPr>
        <w:t>in comparative</w:t>
      </w:r>
      <w:r>
        <w:rPr>
          <w:b w:val="0"/>
          <w:i w:val="0"/>
          <w:smallCaps w:val="0"/>
          <w:strike w:val="0"/>
          <w:sz w:val="22"/>
          <w:u w:val="single"/>
        </w:rPr>
        <w:t xml:space="preserve"> perspective</w:t>
      </w:r>
      <w:r>
        <w:rPr>
          <w:b w:val="0"/>
          <w:i w:val="0"/>
          <w:smallCaps w:val="0"/>
          <w:strike w:val="0"/>
          <w:sz w:val="16"/>
          <w:u w:val="none"/>
        </w:rPr>
        <w:t xml:space="preserve">. While it is true that there is a dramatic decline in democracy in some countries,7 </w:t>
      </w:r>
      <w:r>
        <w:rPr>
          <w:b w:val="0"/>
          <w:i w:val="0"/>
          <w:smallCaps w:val="0"/>
          <w:strike w:val="0"/>
          <w:sz w:val="22"/>
          <w:u w:val="single"/>
        </w:rPr>
        <w:t>a general trend downwards cannot yet be detected</w:t>
      </w:r>
      <w:r>
        <w:rPr>
          <w:b w:val="0"/>
          <w:i w:val="0"/>
          <w:smallCaps w:val="0"/>
          <w:strike w:val="0"/>
          <w:sz w:val="16"/>
          <w:u w:val="none"/>
        </w:rPr>
        <w:t xml:space="preserve">. It would be better to talk about ‘stagnation’, as not many dictatorships have democratized recently, while democracies have not yet collapsed. Another fnding is that the instrumental value of democracy is very questionable. The feld has been deeply polarized between researchers who endorse a link between democracy and positive outcomes, and those who reject this optimistic idea and instead emphasize the negative effects of democracy. </w:t>
      </w:r>
      <w:r>
        <w:rPr>
          <w:b w:val="0"/>
          <w:i w:val="0"/>
          <w:smallCaps w:val="0"/>
          <w:strike w:val="0"/>
          <w:sz w:val="22"/>
          <w:u w:val="single"/>
        </w:rPr>
        <w:t xml:space="preserve">There has been </w:t>
      </w:r>
      <w:r>
        <w:rPr>
          <w:b/>
          <w:i w:val="0"/>
          <w:smallCaps w:val="0"/>
          <w:strike w:val="0"/>
          <w:sz w:val="24"/>
          <w:highlight w:val="cyan"/>
          <w:u w:val="single"/>
        </w:rPr>
        <w:t>‘no consensus’</w:t>
      </w:r>
      <w:r>
        <w:rPr>
          <w:b w:val="0"/>
          <w:i w:val="0"/>
          <w:smallCaps w:val="0"/>
          <w:strike w:val="0"/>
          <w:sz w:val="22"/>
          <w:highlight w:val="cyan"/>
          <w:u w:val="single"/>
        </w:rPr>
        <w:t xml:space="preserve"> in</w:t>
      </w:r>
      <w:r>
        <w:rPr>
          <w:b w:val="0"/>
          <w:i w:val="0"/>
          <w:smallCaps w:val="0"/>
          <w:strike w:val="0"/>
          <w:sz w:val="22"/>
          <w:u w:val="single"/>
        </w:rPr>
        <w:t xml:space="preserve"> </w:t>
      </w:r>
      <w:r>
        <w:rPr>
          <w:b/>
          <w:i w:val="0"/>
          <w:smallCaps w:val="0"/>
          <w:strike w:val="0"/>
          <w:sz w:val="24"/>
          <w:u w:val="single"/>
        </w:rPr>
        <w:t xml:space="preserve">the quantitative </w:t>
      </w:r>
      <w:r>
        <w:rPr>
          <w:b/>
          <w:i w:val="0"/>
          <w:smallCaps w:val="0"/>
          <w:strike w:val="0"/>
          <w:sz w:val="24"/>
          <w:highlight w:val="cyan"/>
          <w:u w:val="single"/>
        </w:rPr>
        <w:t>lit</w:t>
      </w:r>
      <w:r>
        <w:rPr>
          <w:b/>
          <w:i w:val="0"/>
          <w:smallCaps w:val="0"/>
          <w:strike w:val="0"/>
          <w:sz w:val="24"/>
          <w:u w:val="single"/>
        </w:rPr>
        <w:t>erature</w:t>
      </w:r>
      <w:r>
        <w:rPr>
          <w:b w:val="0"/>
          <w:i w:val="0"/>
          <w:smallCaps w:val="0"/>
          <w:strike w:val="0"/>
          <w:sz w:val="22"/>
          <w:u w:val="single"/>
        </w:rPr>
        <w:t xml:space="preserve"> on whether democracy has</w:t>
      </w:r>
      <w:r>
        <w:rPr>
          <w:b w:val="0"/>
          <w:i w:val="0"/>
          <w:smallCaps w:val="0"/>
          <w:strike w:val="0"/>
          <w:sz w:val="16"/>
          <w:u w:val="none"/>
        </w:rPr>
        <w:t xml:space="preserve"> instrumental value which leads some </w:t>
      </w:r>
      <w:r>
        <w:rPr>
          <w:b/>
          <w:i w:val="0"/>
          <w:smallCaps w:val="0"/>
          <w:strike w:val="0"/>
          <w:sz w:val="24"/>
          <w:u w:val="single"/>
        </w:rPr>
        <w:t>beneficial general outcomes</w:t>
      </w:r>
      <w:r>
        <w:rPr>
          <w:b w:val="0"/>
          <w:i w:val="0"/>
          <w:smallCaps w:val="0"/>
          <w:strike w:val="0"/>
          <w:sz w:val="22"/>
          <w:u w:val="single"/>
        </w:rPr>
        <w:t xml:space="preserve">. Some </w:t>
      </w:r>
      <w:r>
        <w:rPr>
          <w:b w:val="0"/>
          <w:i w:val="0"/>
          <w:smallCaps w:val="0"/>
          <w:strike w:val="0"/>
          <w:sz w:val="22"/>
          <w:highlight w:val="cyan"/>
          <w:u w:val="single"/>
        </w:rPr>
        <w:t>scholars claim there is a consensus</w:t>
      </w:r>
      <w:r>
        <w:rPr>
          <w:b w:val="0"/>
          <w:i w:val="0"/>
          <w:smallCaps w:val="0"/>
          <w:strike w:val="0"/>
          <w:sz w:val="22"/>
          <w:u w:val="single"/>
        </w:rPr>
        <w:t xml:space="preserve">, but they only do so </w:t>
      </w:r>
      <w:r>
        <w:rPr>
          <w:b w:val="0"/>
          <w:i w:val="0"/>
          <w:smallCaps w:val="0"/>
          <w:strike w:val="0"/>
          <w:sz w:val="22"/>
          <w:highlight w:val="cyan"/>
          <w:u w:val="single"/>
        </w:rPr>
        <w:t>by ignoring</w:t>
      </w:r>
      <w:r>
        <w:rPr>
          <w:b w:val="0"/>
          <w:i w:val="0"/>
          <w:smallCaps w:val="0"/>
          <w:strike w:val="0"/>
          <w:sz w:val="22"/>
          <w:u w:val="single"/>
        </w:rPr>
        <w:t xml:space="preserve"> </w:t>
      </w:r>
      <w:r>
        <w:rPr>
          <w:b/>
          <w:i w:val="0"/>
          <w:smallCaps w:val="0"/>
          <w:strike w:val="0"/>
          <w:sz w:val="24"/>
          <w:u w:val="single"/>
        </w:rPr>
        <w:t xml:space="preserve">a huge amount of </w:t>
      </w:r>
      <w:r>
        <w:rPr>
          <w:b/>
          <w:i w:val="0"/>
          <w:smallCaps w:val="0"/>
          <w:strike w:val="0"/>
          <w:sz w:val="24"/>
          <w:highlight w:val="cyan"/>
          <w:u w:val="single"/>
        </w:rPr>
        <w:t>lit</w:t>
      </w:r>
      <w:r>
        <w:rPr>
          <w:b/>
          <w:i w:val="0"/>
          <w:smallCaps w:val="0"/>
          <w:strike w:val="0"/>
          <w:sz w:val="24"/>
          <w:u w:val="single"/>
        </w:rPr>
        <w:t>erature</w:t>
      </w:r>
      <w:r>
        <w:rPr>
          <w:b w:val="0"/>
          <w:i w:val="0"/>
          <w:smallCaps w:val="0"/>
          <w:strike w:val="0"/>
          <w:sz w:val="22"/>
          <w:u w:val="single"/>
        </w:rPr>
        <w:t xml:space="preserve"> which rejects their own point of view</w:t>
      </w:r>
      <w:r>
        <w:rPr>
          <w:b w:val="0"/>
          <w:i w:val="0"/>
          <w:smallCaps w:val="0"/>
          <w:strike w:val="0"/>
          <w:sz w:val="16"/>
          <w:u w:val="none"/>
        </w:rPr>
        <w:t xml:space="preserve">. After undertaking a large-scale analysis of carefully selected articles published on the topic (see Appendix), </w:t>
      </w:r>
      <w:r>
        <w:rPr>
          <w:b w:val="0"/>
          <w:i w:val="0"/>
          <w:smallCaps w:val="0"/>
          <w:strike w:val="0"/>
          <w:sz w:val="22"/>
          <w:u w:val="single"/>
        </w:rPr>
        <w:t xml:space="preserve">this book can conclude that the connections between democracy and expected </w:t>
      </w:r>
      <w:r>
        <w:rPr>
          <w:b w:val="0"/>
          <w:i w:val="0"/>
          <w:smallCaps w:val="0"/>
          <w:strike w:val="0"/>
          <w:sz w:val="22"/>
          <w:highlight w:val="cyan"/>
          <w:u w:val="single"/>
        </w:rPr>
        <w:t>benefts are</w:t>
      </w:r>
      <w:r>
        <w:rPr>
          <w:b w:val="0"/>
          <w:i w:val="0"/>
          <w:smallCaps w:val="0"/>
          <w:strike w:val="0"/>
          <w:sz w:val="22"/>
          <w:u w:val="single"/>
        </w:rPr>
        <w:t xml:space="preserve"> </w:t>
      </w:r>
      <w:r>
        <w:rPr>
          <w:b/>
          <w:i w:val="0"/>
          <w:smallCaps w:val="0"/>
          <w:strike w:val="0"/>
          <w:sz w:val="24"/>
          <w:u w:val="single"/>
        </w:rPr>
        <w:t>not</w:t>
      </w:r>
      <w:r>
        <w:rPr>
          <w:b w:val="0"/>
          <w:i w:val="0"/>
          <w:smallCaps w:val="0"/>
          <w:strike w:val="0"/>
          <w:sz w:val="16"/>
          <w:u w:val="none"/>
        </w:rPr>
        <w:t xml:space="preserve"> as </w:t>
      </w:r>
      <w:r>
        <w:rPr>
          <w:b/>
          <w:i w:val="0"/>
          <w:smallCaps w:val="0"/>
          <w:strike w:val="0"/>
          <w:sz w:val="24"/>
          <w:u w:val="single"/>
        </w:rPr>
        <w:t>strong</w:t>
      </w:r>
      <w:r>
        <w:rPr>
          <w:b w:val="0"/>
          <w:i w:val="0"/>
          <w:smallCaps w:val="0"/>
          <w:strike w:val="0"/>
          <w:sz w:val="16"/>
          <w:u w:val="none"/>
        </w:rPr>
        <w:t xml:space="preserve"> as they seem. Hence, we should not overstate the links between the phenomena. </w:t>
      </w:r>
      <w:r>
        <w:rPr>
          <w:b/>
          <w:i w:val="0"/>
          <w:smallCaps w:val="0"/>
          <w:strike w:val="0"/>
          <w:sz w:val="24"/>
          <w:u w:val="single"/>
        </w:rPr>
        <w:t>The overall evidence</w:t>
      </w:r>
      <w:r>
        <w:rPr>
          <w:b w:val="0"/>
          <w:i w:val="0"/>
          <w:smallCaps w:val="0"/>
          <w:strike w:val="0"/>
          <w:sz w:val="22"/>
          <w:u w:val="single"/>
        </w:rPr>
        <w:t xml:space="preserve"> is </w:t>
      </w:r>
      <w:r>
        <w:rPr>
          <w:b/>
          <w:i w:val="0"/>
          <w:smallCaps w:val="0"/>
          <w:strike w:val="0"/>
          <w:sz w:val="24"/>
          <w:highlight w:val="cyan"/>
          <w:u w:val="single"/>
        </w:rPr>
        <w:t>weak</w:t>
      </w:r>
      <w:r>
        <w:rPr>
          <w:b w:val="0"/>
          <w:i w:val="0"/>
          <w:smallCaps w:val="0"/>
          <w:strike w:val="0"/>
          <w:sz w:val="16"/>
          <w:u w:val="none"/>
        </w:rPr>
        <w:t xml:space="preserve">. Take the expected impact of democracy on peace for example. As Chapter 3 showed, the study of democracy and interstate war has been a fourishing theme in political science, particularly since the 1970s. However, there are four reasons why democracy does not cause peace between countries, and why the empirical support for the popular idea of democratic peace is quite weak. </w:t>
      </w:r>
      <w:r>
        <w:rPr>
          <w:b/>
          <w:i w:val="0"/>
          <w:smallCaps w:val="0"/>
          <w:strike w:val="0"/>
          <w:sz w:val="24"/>
          <w:u w:val="single"/>
        </w:rPr>
        <w:t xml:space="preserve">Most statistical </w:t>
      </w:r>
      <w:r>
        <w:rPr>
          <w:b/>
          <w:i w:val="0"/>
          <w:smallCaps w:val="0"/>
          <w:strike w:val="0"/>
          <w:sz w:val="24"/>
          <w:highlight w:val="cyan"/>
          <w:u w:val="single"/>
        </w:rPr>
        <w:t>studies</w:t>
      </w:r>
      <w:r>
        <w:rPr>
          <w:b w:val="0"/>
          <w:i w:val="0"/>
          <w:smallCaps w:val="0"/>
          <w:strike w:val="0"/>
          <w:sz w:val="22"/>
          <w:highlight w:val="cyan"/>
          <w:u w:val="single"/>
        </w:rPr>
        <w:t xml:space="preserve"> have not found </w:t>
      </w:r>
      <w:r>
        <w:rPr>
          <w:b/>
          <w:i w:val="0"/>
          <w:smallCaps w:val="0"/>
          <w:strike w:val="0"/>
          <w:sz w:val="24"/>
          <w:highlight w:val="cyan"/>
          <w:u w:val="single"/>
        </w:rPr>
        <w:t>a</w:t>
      </w:r>
      <w:r>
        <w:rPr>
          <w:b/>
          <w:i w:val="0"/>
          <w:smallCaps w:val="0"/>
          <w:strike w:val="0"/>
          <w:sz w:val="24"/>
          <w:u w:val="single"/>
        </w:rPr>
        <w:t xml:space="preserve"> strong </w:t>
      </w:r>
      <w:r>
        <w:rPr>
          <w:b/>
          <w:i w:val="0"/>
          <w:smallCaps w:val="0"/>
          <w:strike w:val="0"/>
          <w:sz w:val="24"/>
          <w:highlight w:val="cyan"/>
          <w:u w:val="single"/>
        </w:rPr>
        <w:t>correlation</w:t>
      </w:r>
      <w:r>
        <w:rPr>
          <w:b w:val="0"/>
          <w:i w:val="0"/>
          <w:smallCaps w:val="0"/>
          <w:strike w:val="0"/>
          <w:sz w:val="22"/>
          <w:highlight w:val="cyan"/>
          <w:u w:val="single"/>
        </w:rPr>
        <w:t xml:space="preserve"> between</w:t>
      </w:r>
      <w:r>
        <w:rPr>
          <w:b w:val="0"/>
          <w:i w:val="0"/>
          <w:smallCaps w:val="0"/>
          <w:strike w:val="0"/>
          <w:sz w:val="22"/>
          <w:u w:val="single"/>
        </w:rPr>
        <w:t xml:space="preserve"> democracy and </w:t>
      </w:r>
      <w:r>
        <w:rPr>
          <w:b/>
          <w:i w:val="0"/>
          <w:smallCaps w:val="0"/>
          <w:strike w:val="0"/>
          <w:sz w:val="24"/>
          <w:u w:val="single"/>
        </w:rPr>
        <w:t xml:space="preserve">interstate </w:t>
      </w:r>
      <w:r>
        <w:rPr>
          <w:b/>
          <w:i w:val="0"/>
          <w:smallCaps w:val="0"/>
          <w:strike w:val="0"/>
          <w:sz w:val="24"/>
          <w:highlight w:val="cyan"/>
          <w:u w:val="single"/>
        </w:rPr>
        <w:t>war</w:t>
      </w:r>
      <w:r>
        <w:rPr>
          <w:b w:val="0"/>
          <w:i w:val="0"/>
          <w:smallCaps w:val="0"/>
          <w:strike w:val="0"/>
          <w:sz w:val="22"/>
          <w:highlight w:val="cyan"/>
          <w:u w:val="single"/>
        </w:rPr>
        <w:t xml:space="preserve"> at </w:t>
      </w:r>
      <w:r>
        <w:rPr>
          <w:b/>
          <w:i w:val="0"/>
          <w:smallCaps w:val="0"/>
          <w:strike w:val="0"/>
          <w:sz w:val="24"/>
          <w:highlight w:val="cyan"/>
          <w:u w:val="single"/>
        </w:rPr>
        <w:t>the dyadic</w:t>
      </w:r>
      <w:r>
        <w:rPr>
          <w:b/>
          <w:i w:val="0"/>
          <w:smallCaps w:val="0"/>
          <w:strike w:val="0"/>
          <w:sz w:val="24"/>
          <w:u w:val="single"/>
        </w:rPr>
        <w:t xml:space="preserve"> level</w:t>
      </w:r>
      <w:r>
        <w:rPr>
          <w:b w:val="0"/>
          <w:i w:val="0"/>
          <w:smallCaps w:val="0"/>
          <w:strike w:val="0"/>
          <w:sz w:val="16"/>
          <w:u w:val="none"/>
        </w:rPr>
        <w:t xml:space="preserve">. They show that </w:t>
      </w:r>
      <w:r>
        <w:rPr>
          <w:b w:val="0"/>
          <w:i w:val="0"/>
          <w:smallCaps w:val="0"/>
          <w:strike w:val="0"/>
          <w:sz w:val="22"/>
          <w:highlight w:val="cyan"/>
          <w:u w:val="single"/>
        </w:rPr>
        <w:t>there are</w:t>
      </w:r>
      <w:r>
        <w:rPr>
          <w:b w:val="0"/>
          <w:i w:val="0"/>
          <w:smallCaps w:val="0"/>
          <w:strike w:val="0"/>
          <w:sz w:val="22"/>
          <w:u w:val="single"/>
        </w:rPr>
        <w:t xml:space="preserve"> other—</w:t>
      </w:r>
      <w:r>
        <w:rPr>
          <w:b/>
          <w:i w:val="0"/>
          <w:smallCaps w:val="0"/>
          <w:strike w:val="0"/>
          <w:sz w:val="24"/>
          <w:highlight w:val="cyan"/>
          <w:u w:val="single"/>
        </w:rPr>
        <w:t>more powerful</w:t>
      </w:r>
      <w:r>
        <w:rPr>
          <w:b w:val="0"/>
          <w:i w:val="0"/>
          <w:smallCaps w:val="0"/>
          <w:strike w:val="0"/>
          <w:sz w:val="22"/>
          <w:highlight w:val="cyan"/>
          <w:u w:val="single"/>
        </w:rPr>
        <w:t>—explanations</w:t>
      </w:r>
      <w:r>
        <w:rPr>
          <w:b w:val="0"/>
          <w:i w:val="0"/>
          <w:smallCaps w:val="0"/>
          <w:strike w:val="0"/>
          <w:sz w:val="22"/>
          <w:u w:val="single"/>
        </w:rPr>
        <w:t xml:space="preserve"> for war</w:t>
      </w:r>
      <w:r>
        <w:rPr>
          <w:b w:val="0"/>
          <w:i w:val="0"/>
          <w:smallCaps w:val="0"/>
          <w:strike w:val="0"/>
          <w:sz w:val="16"/>
          <w:u w:val="none"/>
        </w:rPr>
        <w:t xml:space="preserve"> and peace, and even that </w:t>
      </w:r>
      <w:r>
        <w:rPr>
          <w:b w:val="0"/>
          <w:i w:val="0"/>
          <w:smallCaps w:val="0"/>
          <w:strike w:val="0"/>
          <w:sz w:val="22"/>
          <w:u w:val="single"/>
        </w:rPr>
        <w:t xml:space="preserve">the impact of </w:t>
      </w:r>
      <w:r>
        <w:rPr>
          <w:b w:val="0"/>
          <w:i w:val="0"/>
          <w:smallCaps w:val="0"/>
          <w:strike w:val="0"/>
          <w:sz w:val="22"/>
          <w:highlight w:val="cyan"/>
          <w:u w:val="single"/>
        </w:rPr>
        <w:t>democracy is</w:t>
      </w:r>
      <w:r>
        <w:rPr>
          <w:b w:val="0"/>
          <w:i w:val="0"/>
          <w:smallCaps w:val="0"/>
          <w:strike w:val="0"/>
          <w:sz w:val="22"/>
          <w:u w:val="single"/>
        </w:rPr>
        <w:t xml:space="preserve"> </w:t>
      </w:r>
      <w:r>
        <w:rPr>
          <w:b/>
          <w:i w:val="0"/>
          <w:smallCaps w:val="0"/>
          <w:strike w:val="0"/>
          <w:sz w:val="24"/>
          <w:u w:val="single"/>
        </w:rPr>
        <w:t xml:space="preserve">a </w:t>
      </w:r>
      <w:r>
        <w:rPr>
          <w:b/>
          <w:i w:val="0"/>
          <w:smallCaps w:val="0"/>
          <w:strike w:val="0"/>
          <w:sz w:val="24"/>
          <w:highlight w:val="cyan"/>
          <w:u w:val="single"/>
        </w:rPr>
        <w:t>spurious</w:t>
      </w:r>
      <w:r>
        <w:rPr>
          <w:b/>
          <w:i w:val="0"/>
          <w:smallCaps w:val="0"/>
          <w:strike w:val="0"/>
          <w:sz w:val="24"/>
          <w:u w:val="single"/>
        </w:rPr>
        <w:t xml:space="preserve"> one</w:t>
      </w:r>
      <w:r>
        <w:rPr>
          <w:b w:val="0"/>
          <w:i w:val="0"/>
          <w:smallCaps w:val="0"/>
          <w:strike w:val="0"/>
          <w:sz w:val="16"/>
          <w:u w:val="none"/>
        </w:rPr>
        <w:t xml:space="preserve"> (caveat 1). Moreover, </w:t>
      </w:r>
      <w:r>
        <w:rPr>
          <w:b w:val="0"/>
          <w:i w:val="0"/>
          <w:smallCaps w:val="0"/>
          <w:strike w:val="0"/>
          <w:sz w:val="22"/>
          <w:u w:val="single"/>
        </w:rPr>
        <w:t xml:space="preserve">the theoretical foundation of the democratic peace hypothesis is </w:t>
      </w:r>
      <w:r>
        <w:rPr>
          <w:b/>
          <w:i w:val="0"/>
          <w:smallCaps w:val="0"/>
          <w:strike w:val="0"/>
          <w:sz w:val="24"/>
          <w:u w:val="single"/>
        </w:rPr>
        <w:t>weak</w:t>
      </w:r>
      <w:r>
        <w:rPr>
          <w:b w:val="0"/>
          <w:i w:val="0"/>
          <w:smallCaps w:val="0"/>
          <w:strike w:val="0"/>
          <w:sz w:val="16"/>
          <w:u w:val="none"/>
        </w:rPr>
        <w:t xml:space="preserve">, and </w:t>
      </w:r>
      <w:r>
        <w:rPr>
          <w:b w:val="0"/>
          <w:i w:val="0"/>
          <w:smallCaps w:val="0"/>
          <w:strike w:val="0"/>
          <w:sz w:val="22"/>
          <w:u w:val="single"/>
        </w:rPr>
        <w:t xml:space="preserve">the </w:t>
      </w:r>
      <w:r>
        <w:rPr>
          <w:b w:val="0"/>
          <w:i w:val="0"/>
          <w:smallCaps w:val="0"/>
          <w:strike w:val="0"/>
          <w:sz w:val="22"/>
          <w:highlight w:val="cyan"/>
          <w:u w:val="single"/>
        </w:rPr>
        <w:t xml:space="preserve">causal mechanisms are </w:t>
      </w:r>
      <w:r>
        <w:rPr>
          <w:b/>
          <w:i w:val="0"/>
          <w:smallCaps w:val="0"/>
          <w:strike w:val="0"/>
          <w:sz w:val="24"/>
          <w:highlight w:val="cyan"/>
          <w:u w:val="single"/>
        </w:rPr>
        <w:t>unclear</w:t>
      </w:r>
      <w:r>
        <w:rPr>
          <w:b w:val="0"/>
          <w:i w:val="0"/>
          <w:smallCaps w:val="0"/>
          <w:strike w:val="0"/>
          <w:sz w:val="16"/>
          <w:u w:val="none"/>
        </w:rPr>
        <w:t xml:space="preserve"> (caveat 2). In addition, </w:t>
      </w:r>
      <w:r>
        <w:rPr>
          <w:b w:val="0"/>
          <w:i w:val="0"/>
          <w:smallCaps w:val="0"/>
          <w:strike w:val="0"/>
          <w:sz w:val="22"/>
          <w:highlight w:val="cyan"/>
          <w:u w:val="single"/>
        </w:rPr>
        <w:t>democracies are not</w:t>
      </w:r>
      <w:r>
        <w:rPr>
          <w:b w:val="0"/>
          <w:i w:val="0"/>
          <w:smallCaps w:val="0"/>
          <w:strike w:val="0"/>
          <w:sz w:val="16"/>
          <w:u w:val="none"/>
        </w:rPr>
        <w:t xml:space="preserve"> necessarily </w:t>
      </w:r>
      <w:r>
        <w:rPr>
          <w:b/>
          <w:i w:val="0"/>
          <w:smallCaps w:val="0"/>
          <w:strike w:val="0"/>
          <w:sz w:val="24"/>
          <w:highlight w:val="cyan"/>
          <w:u w:val="single"/>
        </w:rPr>
        <w:t>more peaceful</w:t>
      </w:r>
      <w:r>
        <w:rPr>
          <w:b/>
          <w:i w:val="0"/>
          <w:smallCaps w:val="0"/>
          <w:strike w:val="0"/>
          <w:sz w:val="24"/>
          <w:u w:val="single"/>
        </w:rPr>
        <w:t xml:space="preserve"> in general</w:t>
      </w:r>
      <w:r>
        <w:rPr>
          <w:b w:val="0"/>
          <w:i w:val="0"/>
          <w:smallCaps w:val="0"/>
          <w:strike w:val="0"/>
          <w:sz w:val="16"/>
          <w:u w:val="none"/>
        </w:rPr>
        <w:t xml:space="preserve">, and </w:t>
      </w:r>
      <w:r>
        <w:rPr>
          <w:b w:val="0"/>
          <w:i w:val="0"/>
          <w:smallCaps w:val="0"/>
          <w:strike w:val="0"/>
          <w:sz w:val="22"/>
          <w:u w:val="single"/>
        </w:rPr>
        <w:t xml:space="preserve">the </w:t>
      </w:r>
      <w:r>
        <w:rPr>
          <w:b w:val="0"/>
          <w:i w:val="0"/>
          <w:smallCaps w:val="0"/>
          <w:strike w:val="0"/>
          <w:sz w:val="22"/>
          <w:highlight w:val="cyan"/>
          <w:u w:val="single"/>
        </w:rPr>
        <w:t>evidence</w:t>
      </w:r>
      <w:r>
        <w:rPr>
          <w:b w:val="0"/>
          <w:i w:val="0"/>
          <w:smallCaps w:val="0"/>
          <w:strike w:val="0"/>
          <w:sz w:val="16"/>
          <w:u w:val="none"/>
        </w:rPr>
        <w:t xml:space="preserve"> for the democratic peace hypothesis </w:t>
      </w:r>
      <w:r>
        <w:rPr>
          <w:b w:val="0"/>
          <w:i w:val="0"/>
          <w:smallCaps w:val="0"/>
          <w:strike w:val="0"/>
          <w:sz w:val="22"/>
          <w:highlight w:val="cyan"/>
          <w:u w:val="single"/>
        </w:rPr>
        <w:t xml:space="preserve">at </w:t>
      </w:r>
      <w:r>
        <w:rPr>
          <w:b/>
          <w:i w:val="0"/>
          <w:smallCaps w:val="0"/>
          <w:strike w:val="0"/>
          <w:sz w:val="24"/>
          <w:highlight w:val="cyan"/>
          <w:u w:val="single"/>
        </w:rPr>
        <w:t>the monadic</w:t>
      </w:r>
      <w:r>
        <w:rPr>
          <w:b/>
          <w:i w:val="0"/>
          <w:smallCaps w:val="0"/>
          <w:strike w:val="0"/>
          <w:sz w:val="24"/>
          <w:u w:val="single"/>
        </w:rPr>
        <w:t xml:space="preserve"> level</w:t>
      </w:r>
      <w:r>
        <w:rPr>
          <w:b w:val="0"/>
          <w:i w:val="0"/>
          <w:smallCaps w:val="0"/>
          <w:strike w:val="0"/>
          <w:sz w:val="22"/>
          <w:u w:val="single"/>
        </w:rPr>
        <w:t xml:space="preserve"> </w:t>
      </w:r>
      <w:r>
        <w:rPr>
          <w:b w:val="0"/>
          <w:i w:val="0"/>
          <w:smallCaps w:val="0"/>
          <w:strike w:val="0"/>
          <w:sz w:val="22"/>
          <w:highlight w:val="cyan"/>
          <w:u w:val="single"/>
        </w:rPr>
        <w:t xml:space="preserve">is </w:t>
      </w:r>
      <w:r>
        <w:rPr>
          <w:b/>
          <w:i w:val="0"/>
          <w:smallCaps w:val="0"/>
          <w:strike w:val="0"/>
          <w:sz w:val="24"/>
          <w:highlight w:val="cyan"/>
          <w:u w:val="single"/>
        </w:rPr>
        <w:t>inconclusive</w:t>
      </w:r>
    </w:p>
    <w:p>
      <w:pPr>
        <w:pStyle w:val="Caption"/>
      </w:pPr>
      <w:r>
        <w:t>Source: DAOs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