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Alt causes</w:t>
      </w:r>
      <w:r>
        <w:rPr>
          <w:b/>
          <w:i w:val="0"/>
          <w:smallCaps w:val="0"/>
          <w:strike w:val="0"/>
          <w:sz w:val="26"/>
          <w:u w:val="none"/>
        </w:rPr>
        <w:t xml:space="preserve"> to democracy.</w:t>
      </w:r>
    </w:p>
    <w:p>
      <w:pPr>
        <w:spacing w:after="80"/>
      </w:pPr>
      <w:r>
        <w:rPr>
          <w:b/>
          <w:i w:val="0"/>
          <w:smallCaps w:val="0"/>
          <w:strike w:val="0"/>
          <w:sz w:val="26"/>
          <w:u w:val="none"/>
        </w:rPr>
        <w:t>Klaas ’21</w:t>
      </w:r>
      <w:r>
        <w:rPr>
          <w:b w:val="0"/>
          <w:i w:val="0"/>
          <w:smallCaps w:val="0"/>
          <w:strike w:val="0"/>
          <w:sz w:val="22"/>
          <w:u w:val="none"/>
        </w:rPr>
        <w:t xml:space="preserve"> [Brian; June 11; associate professor of global politics at University College London; the Washington Post, “Opinion: The world is horrified by the dysfunction of American democracy,” https://www.washingtonpost.com/opinions/2021/06/11/pew-research-global-opinion-us-democracy/]</w:t>
      </w:r>
    </w:p>
    <w:p>
      <w:pPr>
        <w:spacing w:after="60"/>
      </w:pPr>
      <w:r>
        <w:rPr>
          <w:b w:val="0"/>
          <w:i w:val="0"/>
          <w:smallCaps w:val="0"/>
          <w:strike w:val="0"/>
          <w:sz w:val="16"/>
          <w:u w:val="none"/>
        </w:rPr>
        <w:t xml:space="preserve">It’s official: </w:t>
      </w:r>
      <w:r>
        <w:rPr>
          <w:b w:val="0"/>
          <w:i w:val="0"/>
          <w:smallCaps w:val="0"/>
          <w:strike w:val="0"/>
          <w:sz w:val="22"/>
          <w:highlight w:val="cyan"/>
          <w:u w:val="single"/>
        </w:rPr>
        <w:t xml:space="preserve">America is </w:t>
      </w:r>
      <w:r>
        <w:rPr>
          <w:b/>
          <w:i w:val="0"/>
          <w:smallCaps w:val="0"/>
          <w:strike w:val="0"/>
          <w:sz w:val="24"/>
          <w:highlight w:val="cyan"/>
          <w:u w:val="single"/>
        </w:rPr>
        <w:t>no longer</w:t>
      </w:r>
      <w:r>
        <w:rPr>
          <w:b w:val="0"/>
          <w:i w:val="0"/>
          <w:smallCaps w:val="0"/>
          <w:strike w:val="0"/>
          <w:sz w:val="22"/>
          <w:highlight w:val="cyan"/>
          <w:u w:val="single"/>
        </w:rPr>
        <w:t xml:space="preserve"> a “</w:t>
      </w:r>
      <w:r>
        <w:rPr>
          <w:b/>
          <w:i w:val="0"/>
          <w:smallCaps w:val="0"/>
          <w:strike w:val="0"/>
          <w:sz w:val="24"/>
          <w:highlight w:val="cyan"/>
          <w:u w:val="single"/>
        </w:rPr>
        <w:t>shining city</w:t>
      </w:r>
      <w:r>
        <w:rPr>
          <w:b/>
          <w:i w:val="0"/>
          <w:smallCaps w:val="0"/>
          <w:strike w:val="0"/>
          <w:sz w:val="24"/>
          <w:u w:val="single"/>
        </w:rPr>
        <w:t xml:space="preserve"> up</w:t>
      </w:r>
      <w:r>
        <w:rPr>
          <w:b/>
          <w:i w:val="0"/>
          <w:smallCaps w:val="0"/>
          <w:strike w:val="0"/>
          <w:sz w:val="24"/>
          <w:highlight w:val="cyan"/>
          <w:u w:val="single"/>
        </w:rPr>
        <w:t>on a hill</w:t>
      </w:r>
      <w:r>
        <w:rPr>
          <w:b w:val="0"/>
          <w:i w:val="0"/>
          <w:smallCaps w:val="0"/>
          <w:strike w:val="0"/>
          <w:sz w:val="22"/>
          <w:highlight w:val="cyan"/>
          <w:u w:val="single"/>
        </w:rPr>
        <w:t>.”</w:t>
      </w:r>
    </w:p>
    <w:p>
      <w:pPr>
        <w:spacing w:after="60"/>
      </w:pPr>
      <w:r>
        <w:rPr>
          <w:b w:val="0"/>
          <w:i w:val="0"/>
          <w:smallCaps w:val="0"/>
          <w:strike w:val="0"/>
          <w:sz w:val="22"/>
          <w:u w:val="single"/>
        </w:rPr>
        <w:t>Data released</w:t>
      </w:r>
      <w:r>
        <w:rPr>
          <w:b w:val="0"/>
          <w:i w:val="0"/>
          <w:smallCaps w:val="0"/>
          <w:strike w:val="0"/>
          <w:sz w:val="16"/>
          <w:u w:val="none"/>
        </w:rPr>
        <w:t xml:space="preserve"> Thursday </w:t>
      </w:r>
      <w:r>
        <w:rPr>
          <w:b w:val="0"/>
          <w:i w:val="0"/>
          <w:smallCaps w:val="0"/>
          <w:strike w:val="0"/>
          <w:sz w:val="22"/>
          <w:u w:val="single"/>
        </w:rPr>
        <w:t>from Pew</w:t>
      </w:r>
      <w:r>
        <w:rPr>
          <w:b w:val="0"/>
          <w:i w:val="0"/>
          <w:smallCaps w:val="0"/>
          <w:strike w:val="0"/>
          <w:sz w:val="16"/>
          <w:u w:val="none"/>
        </w:rPr>
        <w:t xml:space="preserve"> Research </w:t>
      </w:r>
      <w:r>
        <w:rPr>
          <w:b w:val="0"/>
          <w:i w:val="0"/>
          <w:smallCaps w:val="0"/>
          <w:strike w:val="0"/>
          <w:sz w:val="22"/>
          <w:u w:val="single"/>
        </w:rPr>
        <w:t>shows</w:t>
      </w:r>
      <w:r>
        <w:rPr>
          <w:b w:val="0"/>
          <w:i w:val="0"/>
          <w:smallCaps w:val="0"/>
          <w:strike w:val="0"/>
          <w:sz w:val="16"/>
          <w:u w:val="none"/>
        </w:rPr>
        <w:t xml:space="preserve"> that our allies are beyond delighted that the Trump presidency has ended. Confidence in U.S. leadership has soared. Our friends are breathing a sigh of relief.</w:t>
      </w:r>
    </w:p>
    <w:p>
      <w:pPr>
        <w:spacing w:after="60"/>
      </w:pPr>
      <w:r>
        <w:rPr>
          <w:b w:val="0"/>
          <w:i w:val="0"/>
          <w:smallCaps w:val="0"/>
          <w:strike w:val="0"/>
          <w:sz w:val="16"/>
          <w:u w:val="none"/>
        </w:rPr>
        <w:t xml:space="preserve">But buried in that story about the United States’ post-Trump redemption is some seriously bad news: U.S. </w:t>
      </w:r>
      <w:r>
        <w:rPr>
          <w:b w:val="0"/>
          <w:i w:val="0"/>
          <w:smallCaps w:val="0"/>
          <w:strike w:val="0"/>
          <w:sz w:val="22"/>
          <w:highlight w:val="cyan"/>
          <w:u w:val="single"/>
        </w:rPr>
        <w:t>allies see</w:t>
      </w:r>
      <w:r>
        <w:rPr>
          <w:b w:val="0"/>
          <w:i w:val="0"/>
          <w:smallCaps w:val="0"/>
          <w:strike w:val="0"/>
          <w:sz w:val="22"/>
          <w:u w:val="single"/>
        </w:rPr>
        <w:t xml:space="preserve"> our </w:t>
      </w:r>
      <w:r>
        <w:rPr>
          <w:b w:val="0"/>
          <w:i w:val="0"/>
          <w:smallCaps w:val="0"/>
          <w:strike w:val="0"/>
          <w:sz w:val="22"/>
          <w:highlight w:val="cyan"/>
          <w:u w:val="single"/>
        </w:rPr>
        <w:t>democracy as</w:t>
      </w:r>
      <w:r>
        <w:rPr>
          <w:b w:val="0"/>
          <w:i w:val="0"/>
          <w:smallCaps w:val="0"/>
          <w:strike w:val="0"/>
          <w:sz w:val="22"/>
          <w:u w:val="single"/>
        </w:rPr>
        <w:t xml:space="preserve"> a </w:t>
      </w:r>
      <w:r>
        <w:rPr>
          <w:b/>
          <w:i w:val="0"/>
          <w:smallCaps w:val="0"/>
          <w:strike w:val="0"/>
          <w:sz w:val="24"/>
          <w:highlight w:val="cyan"/>
          <w:u w:val="single"/>
        </w:rPr>
        <w:t>shattered, washed-up</w:t>
      </w:r>
      <w:r>
        <w:rPr>
          <w:b/>
          <w:i w:val="0"/>
          <w:smallCaps w:val="0"/>
          <w:strike w:val="0"/>
          <w:sz w:val="24"/>
          <w:u w:val="single"/>
        </w:rPr>
        <w:t xml:space="preserve"> has-been</w:t>
      </w:r>
      <w:r>
        <w:rPr>
          <w:b w:val="0"/>
          <w:i w:val="0"/>
          <w:smallCaps w:val="0"/>
          <w:strike w:val="0"/>
          <w:sz w:val="22"/>
          <w:u w:val="single"/>
        </w:rPr>
        <w:t xml:space="preserve">. We </w:t>
      </w:r>
      <w:r>
        <w:rPr>
          <w:b/>
          <w:i w:val="0"/>
          <w:smallCaps w:val="0"/>
          <w:strike w:val="0"/>
          <w:sz w:val="24"/>
          <w:u w:val="single"/>
        </w:rPr>
        <w:t>used</w:t>
      </w:r>
      <w:r>
        <w:rPr>
          <w:b w:val="0"/>
          <w:i w:val="0"/>
          <w:smallCaps w:val="0"/>
          <w:strike w:val="0"/>
          <w:sz w:val="22"/>
          <w:u w:val="single"/>
        </w:rPr>
        <w:t xml:space="preserve"> to provide a </w:t>
      </w:r>
      <w:r>
        <w:rPr>
          <w:b/>
          <w:i w:val="0"/>
          <w:smallCaps w:val="0"/>
          <w:strike w:val="0"/>
          <w:sz w:val="24"/>
          <w:u w:val="single"/>
        </w:rPr>
        <w:t>democratic model</w:t>
      </w:r>
      <w:r>
        <w:rPr>
          <w:b w:val="0"/>
          <w:i w:val="0"/>
          <w:smallCaps w:val="0"/>
          <w:strike w:val="0"/>
          <w:sz w:val="22"/>
          <w:u w:val="single"/>
        </w:rPr>
        <w:t xml:space="preserve"> for the world, but no longer. The </w:t>
      </w:r>
      <w:r>
        <w:rPr>
          <w:b/>
          <w:i w:val="0"/>
          <w:smallCaps w:val="0"/>
          <w:strike w:val="0"/>
          <w:sz w:val="24"/>
          <w:u w:val="single"/>
        </w:rPr>
        <w:t>chaos</w:t>
      </w:r>
      <w:r>
        <w:rPr>
          <w:b w:val="0"/>
          <w:i w:val="0"/>
          <w:smallCaps w:val="0"/>
          <w:strike w:val="0"/>
          <w:sz w:val="22"/>
          <w:u w:val="single"/>
        </w:rPr>
        <w:t xml:space="preserve">, </w:t>
      </w:r>
      <w:r>
        <w:rPr>
          <w:b/>
          <w:i w:val="0"/>
          <w:smallCaps w:val="0"/>
          <w:strike w:val="0"/>
          <w:sz w:val="24"/>
          <w:u w:val="single"/>
        </w:rPr>
        <w:t>dysfunction</w:t>
      </w:r>
      <w:r>
        <w:rPr>
          <w:b w:val="0"/>
          <w:i w:val="0"/>
          <w:smallCaps w:val="0"/>
          <w:strike w:val="0"/>
          <w:sz w:val="22"/>
          <w:u w:val="single"/>
        </w:rPr>
        <w:t xml:space="preserve"> and </w:t>
      </w:r>
      <w:r>
        <w:rPr>
          <w:b/>
          <w:i w:val="0"/>
          <w:smallCaps w:val="0"/>
          <w:strike w:val="0"/>
          <w:sz w:val="24"/>
          <w:u w:val="single"/>
        </w:rPr>
        <w:t>insanity</w:t>
      </w:r>
      <w:r>
        <w:rPr>
          <w:b w:val="0"/>
          <w:i w:val="0"/>
          <w:smallCaps w:val="0"/>
          <w:strike w:val="0"/>
          <w:sz w:val="22"/>
          <w:u w:val="single"/>
        </w:rPr>
        <w:t xml:space="preserve"> of the past several years have taken a </w:t>
      </w:r>
      <w:r>
        <w:rPr>
          <w:b/>
          <w:i w:val="0"/>
          <w:smallCaps w:val="0"/>
          <w:strike w:val="0"/>
          <w:sz w:val="24"/>
          <w:u w:val="single"/>
        </w:rPr>
        <w:t>predictable toll</w:t>
      </w:r>
      <w:r>
        <w:rPr>
          <w:b w:val="0"/>
          <w:i w:val="0"/>
          <w:smallCaps w:val="0"/>
          <w:strike w:val="0"/>
          <w:sz w:val="16"/>
          <w:u w:val="none"/>
        </w:rPr>
        <w:t>.</w:t>
      </w:r>
    </w:p>
    <w:p>
      <w:pPr>
        <w:spacing w:after="60"/>
      </w:pPr>
      <w:r>
        <w:rPr>
          <w:b w:val="0"/>
          <w:i w:val="0"/>
          <w:smallCaps w:val="0"/>
          <w:strike w:val="0"/>
          <w:sz w:val="16"/>
          <w:u w:val="none"/>
        </w:rPr>
        <w:t xml:space="preserve">The numbers are depressing. </w:t>
      </w:r>
      <w:r>
        <w:rPr>
          <w:b w:val="0"/>
          <w:i w:val="0"/>
          <w:smallCaps w:val="0"/>
          <w:strike w:val="0"/>
          <w:sz w:val="22"/>
          <w:u w:val="single"/>
        </w:rPr>
        <w:t xml:space="preserve">Just </w:t>
      </w:r>
      <w:r>
        <w:rPr>
          <w:b w:val="0"/>
          <w:i w:val="0"/>
          <w:smallCaps w:val="0"/>
          <w:strike w:val="0"/>
          <w:sz w:val="22"/>
          <w:highlight w:val="cyan"/>
          <w:u w:val="single"/>
        </w:rPr>
        <w:t>14 percent</w:t>
      </w:r>
      <w:r>
        <w:rPr>
          <w:b w:val="0"/>
          <w:i w:val="0"/>
          <w:smallCaps w:val="0"/>
          <w:strike w:val="0"/>
          <w:sz w:val="16"/>
          <w:u w:val="none"/>
        </w:rPr>
        <w:t xml:space="preserve"> of Germans </w:t>
      </w:r>
      <w:r>
        <w:rPr>
          <w:b w:val="0"/>
          <w:i w:val="0"/>
          <w:smallCaps w:val="0"/>
          <w:strike w:val="0"/>
          <w:sz w:val="22"/>
          <w:highlight w:val="cyan"/>
          <w:u w:val="single"/>
        </w:rPr>
        <w:t>see America</w:t>
      </w:r>
      <w:r>
        <w:rPr>
          <w:b w:val="0"/>
          <w:i w:val="0"/>
          <w:smallCaps w:val="0"/>
          <w:strike w:val="0"/>
          <w:sz w:val="22"/>
          <w:u w:val="single"/>
        </w:rPr>
        <w:t xml:space="preserve">n democracy </w:t>
      </w:r>
      <w:r>
        <w:rPr>
          <w:b w:val="0"/>
          <w:i w:val="0"/>
          <w:smallCaps w:val="0"/>
          <w:strike w:val="0"/>
          <w:sz w:val="22"/>
          <w:highlight w:val="cyan"/>
          <w:u w:val="single"/>
        </w:rPr>
        <w:t xml:space="preserve">as a </w:t>
      </w:r>
      <w:r>
        <w:rPr>
          <w:b/>
          <w:i w:val="0"/>
          <w:smallCaps w:val="0"/>
          <w:strike w:val="0"/>
          <w:sz w:val="24"/>
          <w:highlight w:val="cyan"/>
          <w:u w:val="single"/>
        </w:rPr>
        <w:t>desirable model</w:t>
      </w:r>
      <w:r>
        <w:rPr>
          <w:b w:val="0"/>
          <w:i w:val="0"/>
          <w:smallCaps w:val="0"/>
          <w:strike w:val="0"/>
          <w:sz w:val="22"/>
          <w:u w:val="single"/>
        </w:rPr>
        <w:t xml:space="preserve"> for other countries, while </w:t>
      </w:r>
      <w:r>
        <w:rPr>
          <w:b/>
          <w:i w:val="0"/>
          <w:smallCaps w:val="0"/>
          <w:strike w:val="0"/>
          <w:sz w:val="24"/>
          <w:u w:val="single"/>
        </w:rPr>
        <w:t>54 percent</w:t>
      </w:r>
      <w:r>
        <w:rPr>
          <w:b w:val="0"/>
          <w:i w:val="0"/>
          <w:smallCaps w:val="0"/>
          <w:strike w:val="0"/>
          <w:sz w:val="22"/>
          <w:u w:val="single"/>
        </w:rPr>
        <w:t xml:space="preserve"> say that it “</w:t>
      </w:r>
      <w:r>
        <w:rPr>
          <w:b/>
          <w:i w:val="0"/>
          <w:smallCaps w:val="0"/>
          <w:strike w:val="0"/>
          <w:sz w:val="24"/>
          <w:u w:val="single"/>
        </w:rPr>
        <w:t>used</w:t>
      </w:r>
      <w:r>
        <w:rPr>
          <w:b w:val="0"/>
          <w:i w:val="0"/>
          <w:smallCaps w:val="0"/>
          <w:strike w:val="0"/>
          <w:sz w:val="22"/>
          <w:u w:val="single"/>
        </w:rPr>
        <w:t xml:space="preserve"> to be a </w:t>
      </w:r>
      <w:r>
        <w:rPr>
          <w:b/>
          <w:i w:val="0"/>
          <w:smallCaps w:val="0"/>
          <w:strike w:val="0"/>
          <w:sz w:val="24"/>
          <w:u w:val="single"/>
        </w:rPr>
        <w:t>good example</w:t>
      </w:r>
      <w:r>
        <w:rPr>
          <w:b w:val="0"/>
          <w:i w:val="0"/>
          <w:smallCaps w:val="0"/>
          <w:strike w:val="0"/>
          <w:sz w:val="22"/>
          <w:u w:val="single"/>
        </w:rPr>
        <w:t>, but has not been in recent years.”</w:t>
      </w:r>
      <w:r>
        <w:rPr>
          <w:b w:val="0"/>
          <w:i w:val="0"/>
          <w:smallCaps w:val="0"/>
          <w:strike w:val="0"/>
          <w:sz w:val="16"/>
          <w:u w:val="none"/>
        </w:rPr>
        <w:t xml:space="preserve"> Public opinion in France, Britain, South Korea, Japan and Australia is similarly bleak. In New Zealand, fewer than 1 in 10 citizens sees American democracy as a desirable model.</w:t>
      </w:r>
    </w:p>
    <w:p>
      <w:pPr>
        <w:spacing w:after="60"/>
      </w:pPr>
      <w:r>
        <w:rPr>
          <w:b w:val="0"/>
          <w:i w:val="0"/>
          <w:smallCaps w:val="0"/>
          <w:strike w:val="0"/>
          <w:sz w:val="22"/>
          <w:u w:val="single"/>
        </w:rPr>
        <w:t>It turns out</w:t>
      </w:r>
      <w:r>
        <w:rPr>
          <w:b w:val="0"/>
          <w:i w:val="0"/>
          <w:smallCaps w:val="0"/>
          <w:strike w:val="0"/>
          <w:sz w:val="16"/>
          <w:u w:val="none"/>
        </w:rPr>
        <w:t xml:space="preserve"> the rest of </w:t>
      </w:r>
      <w:r>
        <w:rPr>
          <w:b w:val="0"/>
          <w:i w:val="0"/>
          <w:smallCaps w:val="0"/>
          <w:strike w:val="0"/>
          <w:sz w:val="22"/>
          <w:u w:val="single"/>
        </w:rPr>
        <w:t>the</w:t>
      </w:r>
      <w:r>
        <w:rPr>
          <w:b w:val="0"/>
          <w:i w:val="0"/>
          <w:smallCaps w:val="0"/>
          <w:strike w:val="0"/>
          <w:sz w:val="16"/>
          <w:u w:val="none"/>
        </w:rPr>
        <w:t xml:space="preserve"> democratic </w:t>
      </w:r>
      <w:r>
        <w:rPr>
          <w:b w:val="0"/>
          <w:i w:val="0"/>
          <w:smallCaps w:val="0"/>
          <w:strike w:val="0"/>
          <w:sz w:val="22"/>
          <w:highlight w:val="cyan"/>
          <w:u w:val="single"/>
        </w:rPr>
        <w:t>world wasn’t</w:t>
      </w:r>
      <w:r>
        <w:rPr>
          <w:b w:val="0"/>
          <w:i w:val="0"/>
          <w:smallCaps w:val="0"/>
          <w:strike w:val="0"/>
          <w:sz w:val="22"/>
          <w:u w:val="single"/>
        </w:rPr>
        <w:t xml:space="preserve"> </w:t>
      </w:r>
      <w:r>
        <w:rPr>
          <w:b/>
          <w:i w:val="0"/>
          <w:smallCaps w:val="0"/>
          <w:strike w:val="0"/>
          <w:sz w:val="24"/>
          <w:u w:val="single"/>
        </w:rPr>
        <w:t xml:space="preserve">particularly </w:t>
      </w:r>
      <w:r>
        <w:rPr>
          <w:b/>
          <w:i w:val="0"/>
          <w:smallCaps w:val="0"/>
          <w:strike w:val="0"/>
          <w:sz w:val="24"/>
          <w:highlight w:val="cyan"/>
          <w:u w:val="single"/>
        </w:rPr>
        <w:t>impressed</w:t>
      </w:r>
      <w:r>
        <w:rPr>
          <w:b w:val="0"/>
          <w:i w:val="0"/>
          <w:smallCaps w:val="0"/>
          <w:strike w:val="0"/>
          <w:sz w:val="22"/>
          <w:highlight w:val="cyan"/>
          <w:u w:val="single"/>
        </w:rPr>
        <w:t xml:space="preserve"> by</w:t>
      </w:r>
      <w:r>
        <w:rPr>
          <w:b w:val="0"/>
          <w:i w:val="0"/>
          <w:smallCaps w:val="0"/>
          <w:strike w:val="0"/>
          <w:sz w:val="22"/>
          <w:u w:val="single"/>
        </w:rPr>
        <w:t xml:space="preserve">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i w:val="0"/>
          <w:smallCaps w:val="0"/>
          <w:strike w:val="0"/>
          <w:sz w:val="24"/>
          <w:u w:val="single"/>
        </w:rPr>
        <w:t>former authoritarian president</w:t>
      </w:r>
      <w:r>
        <w:rPr>
          <w:b w:val="0"/>
          <w:i w:val="0"/>
          <w:smallCaps w:val="0"/>
          <w:strike w:val="0"/>
          <w:sz w:val="22"/>
          <w:u w:val="single"/>
        </w:rPr>
        <w:t xml:space="preserve">, who spread </w:t>
      </w:r>
      <w:r>
        <w:rPr>
          <w:b/>
          <w:i w:val="0"/>
          <w:smallCaps w:val="0"/>
          <w:strike w:val="0"/>
          <w:sz w:val="24"/>
          <w:highlight w:val="cyan"/>
          <w:u w:val="single"/>
        </w:rPr>
        <w:t>conspiracy theories</w:t>
      </w:r>
      <w:r>
        <w:rPr>
          <w:b w:val="0"/>
          <w:i w:val="0"/>
          <w:smallCaps w:val="0"/>
          <w:strike w:val="0"/>
          <w:sz w:val="22"/>
          <w:u w:val="single"/>
        </w:rPr>
        <w:t xml:space="preserve">, tweeted </w:t>
      </w:r>
      <w:r>
        <w:rPr>
          <w:b/>
          <w:i w:val="0"/>
          <w:smallCaps w:val="0"/>
          <w:strike w:val="0"/>
          <w:sz w:val="24"/>
          <w:u w:val="single"/>
        </w:rPr>
        <w:t>narcissistic absurdities</w:t>
      </w:r>
      <w:r>
        <w:rPr>
          <w:b w:val="0"/>
          <w:i w:val="0"/>
          <w:smallCaps w:val="0"/>
          <w:strike w:val="0"/>
          <w:sz w:val="22"/>
          <w:u w:val="single"/>
        </w:rPr>
        <w:t xml:space="preserve"> while 400,000 people died of </w:t>
      </w:r>
      <w:r>
        <w:rPr>
          <w:b w:val="0"/>
          <w:i w:val="0"/>
          <w:smallCaps w:val="0"/>
          <w:strike w:val="0"/>
          <w:sz w:val="22"/>
          <w:highlight w:val="cyan"/>
          <w:u w:val="single"/>
        </w:rPr>
        <w:t>covid</w:t>
      </w:r>
      <w:r>
        <w:rPr>
          <w:b w:val="0"/>
          <w:i w:val="0"/>
          <w:smallCaps w:val="0"/>
          <w:strike w:val="0"/>
          <w:sz w:val="22"/>
          <w:u w:val="single"/>
        </w:rPr>
        <w:t xml:space="preserve">-19, </w:t>
      </w:r>
      <w:r>
        <w:rPr>
          <w:b w:val="0"/>
          <w:i w:val="0"/>
          <w:smallCaps w:val="0"/>
          <w:strike w:val="0"/>
          <w:sz w:val="22"/>
          <w:highlight w:val="cyan"/>
          <w:u w:val="single"/>
        </w:rPr>
        <w:t>and</w:t>
      </w:r>
      <w:r>
        <w:rPr>
          <w:b w:val="0"/>
          <w:i w:val="0"/>
          <w:smallCaps w:val="0"/>
          <w:strike w:val="0"/>
          <w:sz w:val="22"/>
          <w:u w:val="single"/>
        </w:rPr>
        <w:t xml:space="preserve"> incited a </w:t>
      </w:r>
      <w:r>
        <w:rPr>
          <w:b/>
          <w:i w:val="0"/>
          <w:smallCaps w:val="0"/>
          <w:strike w:val="0"/>
          <w:sz w:val="24"/>
          <w:u w:val="single"/>
        </w:rPr>
        <w:t xml:space="preserve">deadly </w:t>
      </w:r>
      <w:r>
        <w:rPr>
          <w:b/>
          <w:i w:val="0"/>
          <w:smallCaps w:val="0"/>
          <w:strike w:val="0"/>
          <w:sz w:val="24"/>
          <w:highlight w:val="cyan"/>
          <w:u w:val="single"/>
        </w:rPr>
        <w:t>insurrection</w:t>
      </w:r>
      <w:r>
        <w:rPr>
          <w:b w:val="0"/>
          <w:i w:val="0"/>
          <w:smallCaps w:val="0"/>
          <w:strike w:val="0"/>
          <w:sz w:val="16"/>
          <w:u w:val="none"/>
        </w:rPr>
        <w:t>. Go figure.</w:t>
      </w:r>
    </w:p>
    <w:p>
      <w:pPr>
        <w:spacing w:after="60"/>
      </w:pPr>
      <w:r>
        <w:rPr>
          <w:b w:val="0"/>
          <w:i w:val="0"/>
          <w:smallCaps w:val="0"/>
          <w:strike w:val="0"/>
          <w:sz w:val="16"/>
          <w:u w:val="none"/>
        </w:rPr>
        <w:t xml:space="preserve">But these numbers coming out of our allies aren’t just depressing bits of polling trivia. They have real-world consequences. And they highlight a disturbing, inescapable dilemma that the Biden administration must confront: Until </w:t>
      </w:r>
      <w:r>
        <w:rPr>
          <w:b w:val="0"/>
          <w:i w:val="0"/>
          <w:smallCaps w:val="0"/>
          <w:strike w:val="0"/>
          <w:sz w:val="22"/>
          <w:u w:val="single"/>
        </w:rPr>
        <w:t xml:space="preserve">the </w:t>
      </w:r>
      <w:r>
        <w:rPr>
          <w:b w:val="0"/>
          <w:i w:val="0"/>
          <w:smallCaps w:val="0"/>
          <w:strike w:val="0"/>
          <w:sz w:val="22"/>
          <w:highlight w:val="cyan"/>
          <w:u w:val="single"/>
        </w:rPr>
        <w:t>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fixes its broken democracy at home, it </w:t>
      </w:r>
      <w:r>
        <w:rPr>
          <w:b w:val="0"/>
          <w:i w:val="0"/>
          <w:smallCaps w:val="0"/>
          <w:strike w:val="0"/>
          <w:sz w:val="22"/>
          <w:u w:val="single"/>
        </w:rPr>
        <w:t xml:space="preserve">will be </w:t>
      </w:r>
      <w:r>
        <w:rPr>
          <w:b/>
          <w:i w:val="0"/>
          <w:smallCaps w:val="0"/>
          <w:strike w:val="0"/>
          <w:sz w:val="24"/>
          <w:highlight w:val="cyan"/>
          <w:u w:val="single"/>
        </w:rPr>
        <w:t>unable</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4"/>
          <w:u w:val="single"/>
        </w:rPr>
        <w:t xml:space="preserve">effectively </w:t>
      </w:r>
      <w:r>
        <w:rPr>
          <w:b/>
          <w:i w:val="0"/>
          <w:smallCaps w:val="0"/>
          <w:strike w:val="0"/>
          <w:sz w:val="24"/>
          <w:highlight w:val="cyan"/>
          <w:u w:val="single"/>
        </w:rPr>
        <w:t>fight</w:t>
      </w:r>
      <w:r>
        <w:rPr>
          <w:b w:val="0"/>
          <w:i w:val="0"/>
          <w:smallCaps w:val="0"/>
          <w:strike w:val="0"/>
          <w:sz w:val="22"/>
          <w:highlight w:val="cyan"/>
          <w:u w:val="single"/>
        </w:rPr>
        <w:t xml:space="preserve"> authoritarianism</w:t>
      </w:r>
      <w:r>
        <w:rPr>
          <w:b w:val="0"/>
          <w:i w:val="0"/>
          <w:smallCaps w:val="0"/>
          <w:strike w:val="0"/>
          <w:sz w:val="22"/>
          <w:u w:val="single"/>
        </w:rPr>
        <w:t xml:space="preserve"> abroad</w:t>
      </w:r>
      <w:r>
        <w:rPr>
          <w:b w:val="0"/>
          <w:i w:val="0"/>
          <w:smallCaps w:val="0"/>
          <w:strike w:val="0"/>
          <w:sz w:val="16"/>
          <w:u w:val="none"/>
        </w:rPr>
        <w:t>.</w:t>
      </w:r>
    </w:p>
    <w:p>
      <w:pPr>
        <w:spacing w:after="60"/>
      </w:pPr>
      <w:r>
        <w:rPr>
          <w:b w:val="0"/>
          <w:i w:val="0"/>
          <w:smallCaps w:val="0"/>
          <w:strike w:val="0"/>
          <w:sz w:val="16"/>
          <w:u w:val="none"/>
        </w:rPr>
        <w:t>Put bluntly: The United States’ authoritarian slide isn’t just a domestic policy issue. It’s a foreign policy disaster, too.</w:t>
      </w:r>
    </w:p>
    <w:p>
      <w:pPr>
        <w:spacing w:after="60"/>
      </w:pPr>
      <w:r>
        <w:rPr>
          <w:b w:val="0"/>
          <w:i w:val="0"/>
          <w:smallCaps w:val="0"/>
          <w:strike w:val="0"/>
          <w:sz w:val="16"/>
          <w:u w:val="none"/>
        </w:rPr>
        <w:t>Ever since Donald Trump emerged as the Republican front-runner in 2016, China has been exploiting the unhinged turmoil he ushered in as evidence that democracy is a bad joke rather than a serious way of governing a society. As the Trump years descended into mayhem, China ramped up its rhetoric. And when Trump’s failures to contain the covid-19 pandemic became plain for the world to see, Beijing cited it as further evidence that democracy was a failed experiment.</w:t>
      </w:r>
    </w:p>
    <w:p>
      <w:pPr>
        <w:spacing w:after="60"/>
      </w:pPr>
      <w:r>
        <w:rPr>
          <w:b w:val="0"/>
          <w:i w:val="0"/>
          <w:smallCaps w:val="0"/>
          <w:strike w:val="0"/>
          <w:sz w:val="16"/>
          <w:u w:val="none"/>
        </w:rPr>
        <w:t>Needless to say, China is no model for the rest of the world; it’s a brutal authoritarian regime that stays in power by committing genocide against ethnic and religious minorities while silencing its critics. But the Trump years were a gift-wrapped propaganda coup for the Chinese in their ongoing battle to challenge the West’s ideological primacy on the global stage.</w:t>
      </w:r>
    </w:p>
    <w:p>
      <w:pPr>
        <w:spacing w:after="60"/>
      </w:pPr>
      <w:r>
        <w:rPr>
          <w:b w:val="0"/>
          <w:i w:val="0"/>
          <w:smallCaps w:val="0"/>
          <w:strike w:val="0"/>
          <w:sz w:val="16"/>
          <w:u w:val="none"/>
        </w:rPr>
        <w:t>This matters because emerging economies are slowly getting pulled into China’s orbit as they seek a viable blueprint for their own development. In Afrobarometer surveys of public opinion across Africa, China has pulled even with the United States. Six in 10 Africans have a favorable view of China’s role in their country. And while the United States is still seen as offering the best development model, China isn’t far behind. This is a drastic shift in just a few decades — and it will play an increasingly important role in U.S. foreign policy as some of these developing countries decide whether to follow Washington or Beijing.</w:t>
      </w:r>
    </w:p>
    <w:p>
      <w:pPr>
        <w:spacing w:after="60"/>
      </w:pPr>
      <w:r>
        <w:rPr>
          <w:b w:val="0"/>
          <w:i w:val="0"/>
          <w:smallCaps w:val="0"/>
          <w:strike w:val="0"/>
          <w:sz w:val="22"/>
          <w:u w:val="single"/>
        </w:rPr>
        <w:t>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has </w:t>
      </w:r>
      <w:r>
        <w:rPr>
          <w:b/>
          <w:i w:val="0"/>
          <w:smallCaps w:val="0"/>
          <w:strike w:val="0"/>
          <w:sz w:val="24"/>
          <w:highlight w:val="cyan"/>
          <w:u w:val="single"/>
        </w:rPr>
        <w:t>lost</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4"/>
          <w:u w:val="single"/>
        </w:rPr>
        <w:t xml:space="preserve">moral </w:t>
      </w:r>
      <w:r>
        <w:rPr>
          <w:b/>
          <w:i w:val="0"/>
          <w:smallCaps w:val="0"/>
          <w:strike w:val="0"/>
          <w:sz w:val="24"/>
          <w:highlight w:val="cyan"/>
          <w:u w:val="single"/>
        </w:rPr>
        <w:t>high ground</w:t>
      </w:r>
      <w:r>
        <w:rPr>
          <w:b w:val="0"/>
          <w:i w:val="0"/>
          <w:smallCaps w:val="0"/>
          <w:strike w:val="0"/>
          <w:sz w:val="16"/>
          <w:u w:val="none"/>
        </w:rPr>
        <w:t>. The world might have always been wary of lectures from the United States about the virtues of democracy and freedom, but at least those on the receiving end of those lectures often believed that the country giving the lecture knew how to build a successful democracy. That’s no longer true.</w:t>
      </w:r>
    </w:p>
    <w:p>
      <w:pPr>
        <w:spacing w:after="60"/>
      </w:pPr>
      <w:r>
        <w:rPr>
          <w:b w:val="0"/>
          <w:i w:val="0"/>
          <w:smallCaps w:val="0"/>
          <w:strike w:val="0"/>
          <w:sz w:val="16"/>
          <w:u w:val="none"/>
        </w:rPr>
        <w:t>At a time of authoritarian resurgence, we need the words of the U.S. president to pack a democratic punch. Instead, they ring hollow. After all, due to ongoing Republican machinations, American voters can’t even be sure that their right to vote will be protected in the years to come. What can the United States teach the world about democracy when the country is continuing its steady slide toward authoritarian politics?</w:t>
      </w:r>
    </w:p>
    <w:p>
      <w:pPr>
        <w:spacing w:after="60"/>
      </w:pPr>
      <w:r>
        <w:rPr>
          <w:b w:val="0"/>
          <w:i w:val="0"/>
          <w:smallCaps w:val="0"/>
          <w:strike w:val="0"/>
          <w:sz w:val="16"/>
          <w:u w:val="none"/>
        </w:rPr>
        <w:t xml:space="preserve">This won’t just hamper President Biden’s foreign policy; it will also make the world safer for authoritarianism. Although there are still plenty of desirable democratic models around the world (I’m looking at you, Norway), none of them has the power to take meaningful action when a dictator rigs an election or imprisons an opposition leader. Worse, now that the world doesn’t respect or admire U.S. democracy, </w:t>
      </w:r>
      <w:r>
        <w:rPr>
          <w:b w:val="0"/>
          <w:i w:val="0"/>
          <w:smallCaps w:val="0"/>
          <w:strike w:val="0"/>
          <w:sz w:val="22"/>
          <w:highlight w:val="cyan"/>
          <w:u w:val="single"/>
        </w:rPr>
        <w:t>dictators</w:t>
      </w:r>
      <w:r>
        <w:rPr>
          <w:b w:val="0"/>
          <w:i w:val="0"/>
          <w:smallCaps w:val="0"/>
          <w:strike w:val="0"/>
          <w:sz w:val="22"/>
          <w:u w:val="single"/>
        </w:rPr>
        <w:t xml:space="preserve"> have a </w:t>
      </w:r>
      <w:r>
        <w:rPr>
          <w:b/>
          <w:i w:val="0"/>
          <w:smallCaps w:val="0"/>
          <w:strike w:val="0"/>
          <w:sz w:val="24"/>
          <w:u w:val="single"/>
        </w:rPr>
        <w:t>rhetorical trump card</w:t>
      </w:r>
      <w:r>
        <w:rPr>
          <w:b w:val="0"/>
          <w:i w:val="0"/>
          <w:smallCaps w:val="0"/>
          <w:strike w:val="0"/>
          <w:sz w:val="22"/>
          <w:u w:val="single"/>
        </w:rPr>
        <w:t xml:space="preserve">. They can </w:t>
      </w:r>
      <w:r>
        <w:rPr>
          <w:b w:val="0"/>
          <w:i w:val="0"/>
          <w:smallCaps w:val="0"/>
          <w:strike w:val="0"/>
          <w:sz w:val="22"/>
          <w:highlight w:val="cyan"/>
          <w:u w:val="single"/>
        </w:rPr>
        <w:t>point to</w:t>
      </w:r>
      <w:r>
        <w:rPr>
          <w:b w:val="0"/>
          <w:i w:val="0"/>
          <w:smallCaps w:val="0"/>
          <w:strike w:val="0"/>
          <w:sz w:val="22"/>
          <w:u w:val="single"/>
        </w:rPr>
        <w:t xml:space="preserve"> the fact</w:t>
      </w:r>
      <w:r>
        <w:rPr>
          <w:b w:val="0"/>
          <w:i w:val="0"/>
          <w:smallCaps w:val="0"/>
          <w:strike w:val="0"/>
          <w:sz w:val="16"/>
          <w:u w:val="none"/>
        </w:rPr>
        <w:t xml:space="preserve"> that </w:t>
      </w:r>
      <w:r>
        <w:rPr>
          <w:b w:val="0"/>
          <w:i w:val="0"/>
          <w:smallCaps w:val="0"/>
          <w:strike w:val="0"/>
          <w:sz w:val="22"/>
          <w:highlight w:val="cyan"/>
          <w:u w:val="single"/>
        </w:rPr>
        <w:t>Trump</w:t>
      </w:r>
      <w:r>
        <w:rPr>
          <w:b w:val="0"/>
          <w:i w:val="0"/>
          <w:smallCaps w:val="0"/>
          <w:strike w:val="0"/>
          <w:sz w:val="16"/>
          <w:u w:val="none"/>
        </w:rPr>
        <w:t xml:space="preserve"> (falsely) </w:t>
      </w:r>
      <w:r>
        <w:rPr>
          <w:b w:val="0"/>
          <w:i w:val="0"/>
          <w:smallCaps w:val="0"/>
          <w:strike w:val="0"/>
          <w:sz w:val="22"/>
          <w:highlight w:val="cyan"/>
          <w:u w:val="single"/>
        </w:rPr>
        <w:t>claim</w:t>
      </w:r>
      <w:r>
        <w:rPr>
          <w:b w:val="0"/>
          <w:i w:val="0"/>
          <w:smallCaps w:val="0"/>
          <w:strike w:val="0"/>
          <w:sz w:val="22"/>
          <w:u w:val="single"/>
        </w:rPr>
        <w:t xml:space="preserve">ed </w:t>
      </w:r>
      <w:r>
        <w:rPr>
          <w:b w:val="0"/>
          <w:i w:val="0"/>
          <w:smallCaps w:val="0"/>
          <w:strike w:val="0"/>
          <w:sz w:val="22"/>
          <w:highlight w:val="cyan"/>
          <w:u w:val="single"/>
        </w:rPr>
        <w:t>the</w:t>
      </w:r>
      <w:r>
        <w:rPr>
          <w:b w:val="0"/>
          <w:i w:val="0"/>
          <w:smallCaps w:val="0"/>
          <w:strike w:val="0"/>
          <w:sz w:val="22"/>
          <w:u w:val="single"/>
        </w:rPr>
        <w:t xml:space="preserve"> U.S. </w:t>
      </w:r>
      <w:r>
        <w:rPr>
          <w:b w:val="0"/>
          <w:i w:val="0"/>
          <w:smallCaps w:val="0"/>
          <w:strike w:val="0"/>
          <w:sz w:val="22"/>
          <w:highlight w:val="cyan"/>
          <w:u w:val="single"/>
        </w:rPr>
        <w:t xml:space="preserve">election was </w:t>
      </w:r>
      <w:r>
        <w:rPr>
          <w:b/>
          <w:i w:val="0"/>
          <w:smallCaps w:val="0"/>
          <w:strike w:val="0"/>
          <w:sz w:val="24"/>
          <w:highlight w:val="cyan"/>
          <w:u w:val="single"/>
        </w:rPr>
        <w:t>rigged</w:t>
      </w:r>
      <w:r>
        <w:rPr>
          <w:b w:val="0"/>
          <w:i w:val="0"/>
          <w:smallCaps w:val="0"/>
          <w:strike w:val="0"/>
          <w:sz w:val="22"/>
          <w:u w:val="single"/>
        </w:rPr>
        <w:t xml:space="preserve">; that </w:t>
      </w:r>
      <w:r>
        <w:rPr>
          <w:b w:val="0"/>
          <w:i w:val="0"/>
          <w:smallCaps w:val="0"/>
          <w:strike w:val="0"/>
          <w:sz w:val="22"/>
          <w:highlight w:val="cyan"/>
          <w:u w:val="single"/>
        </w:rPr>
        <w:t>Republicans</w:t>
      </w:r>
      <w:r>
        <w:rPr>
          <w:b w:val="0"/>
          <w:i w:val="0"/>
          <w:smallCaps w:val="0"/>
          <w:strike w:val="0"/>
          <w:sz w:val="22"/>
          <w:u w:val="single"/>
        </w:rPr>
        <w:t xml:space="preserve"> are </w:t>
      </w:r>
      <w:r>
        <w:rPr>
          <w:b/>
          <w:i w:val="0"/>
          <w:smallCaps w:val="0"/>
          <w:strike w:val="0"/>
          <w:sz w:val="24"/>
          <w:u w:val="single"/>
        </w:rPr>
        <w:t>actually trying</w:t>
      </w:r>
      <w:r>
        <w:rPr>
          <w:b w:val="0"/>
          <w:i w:val="0"/>
          <w:smallCaps w:val="0"/>
          <w:strike w:val="0"/>
          <w:sz w:val="22"/>
          <w:u w:val="single"/>
        </w:rPr>
        <w:t xml:space="preserve"> to </w:t>
      </w:r>
      <w:r>
        <w:rPr>
          <w:b/>
          <w:i w:val="0"/>
          <w:smallCaps w:val="0"/>
          <w:strike w:val="0"/>
          <w:sz w:val="24"/>
          <w:highlight w:val="cyan"/>
          <w:u w:val="single"/>
        </w:rPr>
        <w:t>rig</w:t>
      </w:r>
      <w:r>
        <w:rPr>
          <w:b w:val="0"/>
          <w:i w:val="0"/>
          <w:smallCaps w:val="0"/>
          <w:strike w:val="0"/>
          <w:sz w:val="22"/>
          <w:highlight w:val="cyan"/>
          <w:u w:val="single"/>
        </w:rPr>
        <w:t xml:space="preserve"> elections</w:t>
      </w:r>
      <w:r>
        <w:rPr>
          <w:b w:val="0"/>
          <w:i w:val="0"/>
          <w:smallCaps w:val="0"/>
          <w:strike w:val="0"/>
          <w:sz w:val="22"/>
          <w:u w:val="single"/>
        </w:rPr>
        <w:t xml:space="preserve"> </w:t>
      </w:r>
    </w:p>
    <w:p>
      <w:pPr>
        <w:spacing w:after="60"/>
      </w:pPr>
      <w:r>
        <w:rPr>
          <w:b w:val="0"/>
          <w:i w:val="0"/>
          <w:smallCaps w:val="0"/>
          <w:strike w:val="0"/>
          <w:sz w:val="22"/>
          <w:u w:val="single"/>
        </w:rPr>
        <w:t xml:space="preserve">with </w:t>
      </w:r>
      <w:r>
        <w:rPr>
          <w:b/>
          <w:i w:val="0"/>
          <w:smallCaps w:val="0"/>
          <w:strike w:val="0"/>
          <w:sz w:val="24"/>
          <w:highlight w:val="cyan"/>
          <w:u w:val="single"/>
        </w:rPr>
        <w:t>voter suppression</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worsened partisan </w:t>
      </w:r>
      <w:r>
        <w:rPr>
          <w:b/>
          <w:i w:val="0"/>
          <w:smallCaps w:val="0"/>
          <w:strike w:val="0"/>
          <w:sz w:val="24"/>
          <w:highlight w:val="cyan"/>
          <w:u w:val="single"/>
        </w:rPr>
        <w:t>gerrymandering</w:t>
      </w:r>
      <w:r>
        <w:rPr>
          <w:b w:val="0"/>
          <w:i w:val="0"/>
          <w:smallCaps w:val="0"/>
          <w:strike w:val="0"/>
          <w:sz w:val="22"/>
          <w:u w:val="single"/>
        </w:rPr>
        <w:t>; and</w:t>
      </w:r>
      <w:r>
        <w:rPr>
          <w:b w:val="0"/>
          <w:i w:val="0"/>
          <w:smallCaps w:val="0"/>
          <w:strike w:val="0"/>
          <w:sz w:val="16"/>
          <w:u w:val="none"/>
        </w:rPr>
        <w:t xml:space="preserve"> that </w:t>
      </w:r>
      <w:r>
        <w:rPr>
          <w:b w:val="0"/>
          <w:i w:val="0"/>
          <w:smallCaps w:val="0"/>
          <w:strike w:val="0"/>
          <w:sz w:val="22"/>
          <w:u w:val="single"/>
        </w:rPr>
        <w:t>the</w:t>
      </w:r>
      <w:r>
        <w:rPr>
          <w:b w:val="0"/>
          <w:i w:val="0"/>
          <w:smallCaps w:val="0"/>
          <w:strike w:val="0"/>
          <w:sz w:val="16"/>
          <w:u w:val="none"/>
        </w:rPr>
        <w:t xml:space="preserve"> former </w:t>
      </w:r>
      <w:r>
        <w:rPr>
          <w:b w:val="0"/>
          <w:i w:val="0"/>
          <w:smallCaps w:val="0"/>
          <w:strike w:val="0"/>
          <w:sz w:val="22"/>
          <w:highlight w:val="cyan"/>
          <w:u w:val="single"/>
        </w:rPr>
        <w:t>president</w:t>
      </w:r>
      <w:r>
        <w:rPr>
          <w:b w:val="0"/>
          <w:i w:val="0"/>
          <w:smallCaps w:val="0"/>
          <w:strike w:val="0"/>
          <w:sz w:val="22"/>
          <w:u w:val="single"/>
        </w:rPr>
        <w:t xml:space="preserve"> </w:t>
      </w:r>
      <w:r>
        <w:rPr>
          <w:b/>
          <w:i w:val="0"/>
          <w:smallCaps w:val="0"/>
          <w:strike w:val="0"/>
          <w:sz w:val="24"/>
          <w:u w:val="single"/>
        </w:rPr>
        <w:t>repeatedly called</w:t>
      </w:r>
      <w:r>
        <w:rPr>
          <w:b w:val="0"/>
          <w:i w:val="0"/>
          <w:smallCaps w:val="0"/>
          <w:strike w:val="0"/>
          <w:sz w:val="22"/>
          <w:u w:val="single"/>
        </w:rPr>
        <w:t xml:space="preserve"> to </w:t>
      </w:r>
      <w:r>
        <w:rPr>
          <w:b/>
          <w:i w:val="0"/>
          <w:smallCaps w:val="0"/>
          <w:strike w:val="0"/>
          <w:sz w:val="24"/>
          <w:highlight w:val="cyan"/>
          <w:u w:val="single"/>
        </w:rPr>
        <w:t>jail</w:t>
      </w:r>
      <w:r>
        <w:rPr>
          <w:b w:val="0"/>
          <w:i w:val="0"/>
          <w:smallCaps w:val="0"/>
          <w:strike w:val="0"/>
          <w:sz w:val="22"/>
          <w:u w:val="single"/>
        </w:rPr>
        <w:t xml:space="preserve"> his political </w:t>
      </w:r>
      <w:r>
        <w:rPr>
          <w:b w:val="0"/>
          <w:i w:val="0"/>
          <w:smallCaps w:val="0"/>
          <w:strike w:val="0"/>
          <w:sz w:val="22"/>
          <w:highlight w:val="cyan"/>
          <w:u w:val="single"/>
        </w:rPr>
        <w:t>opponents</w:t>
      </w:r>
      <w:r>
        <w:rPr>
          <w:b w:val="0"/>
          <w:i w:val="0"/>
          <w:smallCaps w:val="0"/>
          <w:strike w:val="0"/>
          <w:sz w:val="22"/>
          <w:u w:val="single"/>
        </w:rPr>
        <w:t xml:space="preserve">. Our </w:t>
      </w:r>
      <w:r>
        <w:rPr>
          <w:b w:val="0"/>
          <w:i w:val="0"/>
          <w:smallCaps w:val="0"/>
          <w:strike w:val="0"/>
          <w:sz w:val="22"/>
          <w:highlight w:val="cyan"/>
          <w:u w:val="single"/>
        </w:rPr>
        <w:t xml:space="preserve">hypocrisy will enhance </w:t>
      </w:r>
      <w:r>
        <w:rPr>
          <w:b/>
          <w:i w:val="0"/>
          <w:smallCaps w:val="0"/>
          <w:strike w:val="0"/>
          <w:sz w:val="24"/>
          <w:highlight w:val="cyan"/>
          <w:u w:val="single"/>
        </w:rPr>
        <w:t>dictators’</w:t>
      </w:r>
      <w:r>
        <w:rPr>
          <w:b/>
          <w:i w:val="0"/>
          <w:smallCaps w:val="0"/>
          <w:strike w:val="0"/>
          <w:sz w:val="24"/>
          <w:u w:val="single"/>
        </w:rPr>
        <w:t xml:space="preserve"> </w:t>
      </w:r>
      <w:r>
        <w:rPr>
          <w:b/>
          <w:i w:val="0"/>
          <w:smallCaps w:val="0"/>
          <w:strike w:val="0"/>
          <w:sz w:val="24"/>
          <w:highlight w:val="cyan"/>
          <w:u w:val="single"/>
        </w:rPr>
        <w:t>impunity</w:t>
      </w:r>
      <w:r>
        <w:rPr>
          <w:b w:val="0"/>
          <w:i w:val="0"/>
          <w:smallCaps w:val="0"/>
          <w:strike w:val="0"/>
          <w:sz w:val="16"/>
          <w:u w:val="none"/>
        </w:rPr>
        <w:t>.</w:t>
      </w:r>
    </w:p>
    <w:p>
      <w:pPr>
        <w:spacing w:after="60"/>
      </w:pPr>
      <w:r>
        <w:rPr>
          <w:b w:val="0"/>
          <w:i w:val="0"/>
          <w:smallCaps w:val="0"/>
          <w:strike w:val="0"/>
          <w:sz w:val="16"/>
          <w:u w:val="none"/>
        </w:rPr>
        <w:t xml:space="preserve">Comparisons between the United States’ malfunctioning politics and genuine dictatorships are, of course, hyperbolic. But </w:t>
      </w:r>
      <w:r>
        <w:rPr>
          <w:b w:val="0"/>
          <w:i w:val="0"/>
          <w:smallCaps w:val="0"/>
          <w:strike w:val="0"/>
          <w:sz w:val="22"/>
          <w:u w:val="single"/>
        </w:rPr>
        <w:t>dictators will</w:t>
      </w:r>
      <w:r>
        <w:rPr>
          <w:b w:val="0"/>
          <w:i w:val="0"/>
          <w:smallCaps w:val="0"/>
          <w:strike w:val="0"/>
          <w:sz w:val="16"/>
          <w:u w:val="none"/>
        </w:rPr>
        <w:t xml:space="preserve"> nonetheless </w:t>
      </w:r>
      <w:r>
        <w:rPr>
          <w:b w:val="0"/>
          <w:i w:val="0"/>
          <w:smallCaps w:val="0"/>
          <w:strike w:val="0"/>
          <w:sz w:val="22"/>
          <w:u w:val="single"/>
        </w:rPr>
        <w:t>get plenty of</w:t>
      </w:r>
      <w:r>
        <w:rPr>
          <w:b w:val="0"/>
          <w:i w:val="0"/>
          <w:smallCaps w:val="0"/>
          <w:strike w:val="0"/>
          <w:sz w:val="16"/>
          <w:u w:val="none"/>
        </w:rPr>
        <w:t xml:space="preserve"> rhetorical </w:t>
      </w:r>
      <w:r>
        <w:rPr>
          <w:b w:val="0"/>
          <w:i w:val="0"/>
          <w:smallCaps w:val="0"/>
          <w:strike w:val="0"/>
          <w:sz w:val="22"/>
          <w:u w:val="single"/>
        </w:rPr>
        <w:t>mileage</w:t>
      </w:r>
      <w:r>
        <w:rPr>
          <w:b w:val="0"/>
          <w:i w:val="0"/>
          <w:smallCaps w:val="0"/>
          <w:strike w:val="0"/>
          <w:sz w:val="16"/>
          <w:u w:val="none"/>
        </w:rPr>
        <w:t xml:space="preserve"> out of making them, </w:t>
      </w:r>
      <w:r>
        <w:rPr>
          <w:b w:val="0"/>
          <w:i w:val="0"/>
          <w:smallCaps w:val="0"/>
          <w:strike w:val="0"/>
          <w:sz w:val="22"/>
          <w:u w:val="single"/>
        </w:rPr>
        <w:t>pointing to Washington’s failures to</w:t>
      </w:r>
      <w:r>
        <w:rPr>
          <w:b w:val="0"/>
          <w:i w:val="0"/>
          <w:smallCaps w:val="0"/>
          <w:strike w:val="0"/>
          <w:sz w:val="16"/>
          <w:u w:val="none"/>
        </w:rPr>
        <w:t xml:space="preserve"> justify or </w:t>
      </w:r>
      <w:r>
        <w:rPr>
          <w:b w:val="0"/>
          <w:i w:val="0"/>
          <w:smallCaps w:val="0"/>
          <w:strike w:val="0"/>
          <w:sz w:val="22"/>
          <w:u w:val="single"/>
        </w:rPr>
        <w:t>excuse</w:t>
      </w:r>
      <w:r>
        <w:rPr>
          <w:b w:val="0"/>
          <w:i w:val="0"/>
          <w:smallCaps w:val="0"/>
          <w:strike w:val="0"/>
          <w:sz w:val="16"/>
          <w:u w:val="none"/>
        </w:rPr>
        <w:t xml:space="preserve"> their own </w:t>
      </w:r>
      <w:r>
        <w:rPr>
          <w:b/>
          <w:i w:val="0"/>
          <w:smallCaps w:val="0"/>
          <w:strike w:val="0"/>
          <w:sz w:val="24"/>
          <w:u w:val="single"/>
        </w:rPr>
        <w:t>authoritarian plots</w:t>
      </w:r>
      <w:r>
        <w:rPr>
          <w:b w:val="0"/>
          <w:i w:val="0"/>
          <w:smallCaps w:val="0"/>
          <w:strike w:val="0"/>
          <w:sz w:val="16"/>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