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none"/>
        </w:rPr>
        <w:t xml:space="preserve">It’s </w:t>
      </w:r>
      <w:r>
        <w:rPr>
          <w:b/>
          <w:i w:val="0"/>
          <w:smallCaps w:val="0"/>
          <w:strike w:val="0"/>
          <w:sz w:val="24"/>
          <w:u w:val="single"/>
        </w:rPr>
        <w:t>specifically</w:t>
      </w:r>
      <w:r>
        <w:rPr>
          <w:b/>
          <w:i w:val="0"/>
          <w:smallCaps w:val="0"/>
          <w:strike w:val="0"/>
          <w:sz w:val="24"/>
          <w:u w:val="none"/>
        </w:rPr>
        <w:t xml:space="preserve"> key to </w:t>
      </w:r>
      <w:r>
        <w:rPr>
          <w:b/>
          <w:i w:val="0"/>
          <w:smallCaps w:val="0"/>
          <w:strike w:val="0"/>
          <w:sz w:val="24"/>
          <w:u w:val="single"/>
        </w:rPr>
        <w:t>SME’s</w:t>
      </w:r>
      <w:r>
        <w:rPr>
          <w:b/>
          <w:i w:val="0"/>
          <w:smallCaps w:val="0"/>
          <w:strike w:val="0"/>
          <w:sz w:val="24"/>
          <w:u w:val="none"/>
        </w:rPr>
        <w:t>.</w:t>
      </w:r>
    </w:p>
    <w:p>
      <w:pPr>
        <w:spacing w:after="80"/>
      </w:pPr>
      <w:r>
        <w:rPr>
          <w:b w:val="0"/>
          <w:i w:val="0"/>
          <w:smallCaps w:val="0"/>
          <w:strike w:val="0"/>
          <w:sz w:val="20"/>
          <w:u w:val="none"/>
        </w:rPr>
        <w:t>[</w:t>
      </w:r>
      <w:r>
        <w:rPr>
          <w:b/>
          <w:i w:val="0"/>
          <w:smallCaps w:val="0"/>
          <w:strike w:val="0"/>
          <w:sz w:val="24"/>
          <w:u w:val="none"/>
        </w:rPr>
        <w:t>Unified Patents</w:t>
      </w:r>
      <w:r>
        <w:rPr>
          <w:b w:val="0"/>
          <w:i w:val="0"/>
          <w:smallCaps w:val="0"/>
          <w:strike w:val="0"/>
          <w:sz w:val="20"/>
          <w:u w:val="none"/>
        </w:rPr>
        <w:t>, 9-5-20</w:t>
      </w:r>
      <w:r>
        <w:rPr>
          <w:b/>
          <w:i w:val="0"/>
          <w:smallCaps w:val="0"/>
          <w:strike w:val="0"/>
          <w:sz w:val="24"/>
          <w:u w:val="none"/>
        </w:rPr>
        <w:t>23</w:t>
      </w:r>
      <w:r>
        <w:rPr>
          <w:b w:val="0"/>
          <w:i w:val="0"/>
          <w:smallCaps w:val="0"/>
          <w:strike w:val="0"/>
          <w:sz w:val="20"/>
          <w:u w:val="none"/>
        </w:rPr>
        <w:t>;</w:t>
      </w:r>
      <w:r>
        <w:rPr>
          <w:b w:val="0"/>
          <w:i w:val="0"/>
          <w:smallCaps w:val="0"/>
          <w:strike w:val="0"/>
          <w:sz w:val="20"/>
          <w:u w:val="none"/>
        </w:rPr>
        <w:t xml:space="preserve"> "The Public Has Spoken: Stakeholders Overwhelmingly Oppose Proposed Restrictions on Patent Trial and Appeal Board Review  — Unified Patents," Unified Patents, https://www.unifiedpatents.com/insights/2023/9/05/anprm-public-comments</w:t>
      </w:r>
      <w:r>
        <w:rPr>
          <w:b w:val="0"/>
          <w:i w:val="0"/>
          <w:smallCaps w:val="0"/>
          <w:strike w:val="0"/>
          <w:sz w:val="20"/>
          <w:u w:val="none"/>
        </w:rPr>
        <w:t xml:space="preserve"> NP]</w:t>
      </w:r>
    </w:p>
    <w:p>
      <w:pPr>
        <w:spacing w:after="60"/>
      </w:pPr>
      <w:r>
        <w:rPr>
          <w:b w:val="0"/>
          <w:i w:val="0"/>
          <w:smallCaps w:val="0"/>
          <w:strike w:val="0"/>
          <w:sz w:val="20"/>
          <w:u w:val="single"/>
        </w:rPr>
        <w:t>PTAB</w:t>
      </w:r>
      <w:r>
        <w:rPr>
          <w:b w:val="0"/>
          <w:i w:val="0"/>
          <w:smallCaps w:val="0"/>
          <w:strike w:val="0"/>
          <w:sz w:val="16"/>
          <w:u w:val="none"/>
        </w:rPr>
        <w:t xml:space="preserve"> Standing </w:t>
      </w:r>
      <w:r>
        <w:rPr>
          <w:b w:val="0"/>
          <w:i w:val="0"/>
          <w:smallCaps w:val="0"/>
          <w:strike w:val="0"/>
          <w:sz w:val="20"/>
          <w:u w:val="single"/>
        </w:rPr>
        <w:t>Requirements</w:t>
      </w:r>
      <w:r>
        <w:rPr>
          <w:b w:val="0"/>
          <w:i w:val="0"/>
          <w:smallCaps w:val="0"/>
          <w:strike w:val="0"/>
          <w:sz w:val="16"/>
          <w:u w:val="none"/>
        </w:rPr>
        <w:t xml:space="preserve"> Would </w:t>
      </w:r>
      <w:r>
        <w:rPr>
          <w:b w:val="0"/>
          <w:i w:val="0"/>
          <w:smallCaps w:val="0"/>
          <w:strike w:val="0"/>
          <w:sz w:val="20"/>
          <w:u w:val="single"/>
        </w:rPr>
        <w:t xml:space="preserve">Harm Small- and Medium-sized Entities </w:t>
      </w:r>
      <w:r>
        <w:rPr>
          <w:b w:val="0"/>
          <w:i w:val="0"/>
          <w:smallCaps w:val="0"/>
          <w:strike w:val="0"/>
          <w:sz w:val="20"/>
          <w:u w:val="single"/>
        </w:rPr>
        <w:t>(SMEs)</w:t>
      </w:r>
    </w:p>
    <w:p>
      <w:pPr>
        <w:spacing w:after="60"/>
      </w:pPr>
      <w:r>
        <w:rPr>
          <w:b w:val="0"/>
          <w:i w:val="0"/>
          <w:smallCaps w:val="0"/>
          <w:strike w:val="0"/>
          <w:sz w:val="16"/>
          <w:u w:val="none"/>
        </w:rPr>
        <w:t xml:space="preserve">Related to the more general patent trolling concern, many </w:t>
      </w:r>
      <w:r>
        <w:rPr>
          <w:b w:val="0"/>
          <w:i w:val="0"/>
          <w:smallCaps w:val="0"/>
          <w:strike w:val="0"/>
          <w:sz w:val="20"/>
          <w:u w:val="single"/>
        </w:rPr>
        <w:t>comments specifically raised</w:t>
      </w:r>
      <w:r>
        <w:rPr>
          <w:b w:val="0"/>
          <w:i w:val="0"/>
          <w:smallCaps w:val="0"/>
          <w:strike w:val="0"/>
          <w:sz w:val="16"/>
          <w:u w:val="none"/>
        </w:rPr>
        <w:t xml:space="preserve"> </w:t>
      </w:r>
      <w:r>
        <w:rPr>
          <w:b w:val="0"/>
          <w:i w:val="0"/>
          <w:smallCaps w:val="0"/>
          <w:strike w:val="0"/>
          <w:sz w:val="20"/>
          <w:u w:val="single"/>
        </w:rPr>
        <w:t>objections</w:t>
      </w:r>
      <w:r>
        <w:rPr>
          <w:b w:val="0"/>
          <w:i w:val="0"/>
          <w:smallCaps w:val="0"/>
          <w:strike w:val="0"/>
          <w:sz w:val="16"/>
          <w:u w:val="none"/>
        </w:rPr>
        <w:t xml:space="preserve"> to </w:t>
      </w:r>
      <w:r>
        <w:rPr>
          <w:b w:val="0"/>
          <w:i w:val="0"/>
          <w:smallCaps w:val="0"/>
          <w:strike w:val="0"/>
          <w:sz w:val="20"/>
          <w:u w:val="single"/>
        </w:rPr>
        <w:t>proposals</w:t>
      </w:r>
      <w:r>
        <w:rPr>
          <w:b w:val="0"/>
          <w:i w:val="0"/>
          <w:smallCaps w:val="0"/>
          <w:strike w:val="0"/>
          <w:sz w:val="16"/>
          <w:u w:val="none"/>
        </w:rPr>
        <w:t xml:space="preserve"> in the </w:t>
      </w:r>
      <w:r>
        <w:rPr>
          <w:b w:val="0"/>
          <w:i w:val="0"/>
          <w:smallCaps w:val="0"/>
          <w:strike w:val="0"/>
          <w:sz w:val="20"/>
          <w:u w:val="single"/>
        </w:rPr>
        <w:t>ANPRM that would add</w:t>
      </w:r>
      <w:r>
        <w:rPr>
          <w:b w:val="0"/>
          <w:i w:val="0"/>
          <w:smallCaps w:val="0"/>
          <w:strike w:val="0"/>
          <w:sz w:val="16"/>
          <w:u w:val="none"/>
        </w:rPr>
        <w:t xml:space="preserve"> </w:t>
      </w:r>
      <w:r>
        <w:rPr>
          <w:b w:val="0"/>
          <w:i w:val="0"/>
          <w:smallCaps w:val="0"/>
          <w:strike w:val="0"/>
          <w:sz w:val="20"/>
          <w:u w:val="single"/>
        </w:rPr>
        <w:t>new</w:t>
      </w:r>
      <w:r>
        <w:rPr>
          <w:b w:val="0"/>
          <w:i w:val="0"/>
          <w:smallCaps w:val="0"/>
          <w:strike w:val="0"/>
          <w:sz w:val="16"/>
          <w:u w:val="none"/>
        </w:rPr>
        <w:t xml:space="preserve"> </w:t>
      </w:r>
      <w:r>
        <w:rPr>
          <w:b w:val="0"/>
          <w:i w:val="0"/>
          <w:smallCaps w:val="0"/>
          <w:strike w:val="0"/>
          <w:sz w:val="20"/>
          <w:u w:val="single"/>
        </w:rPr>
        <w:t>standing</w:t>
      </w:r>
      <w:r>
        <w:rPr>
          <w:b w:val="0"/>
          <w:i w:val="0"/>
          <w:smallCaps w:val="0"/>
          <w:strike w:val="0"/>
          <w:sz w:val="16"/>
          <w:u w:val="none"/>
        </w:rPr>
        <w:t xml:space="preserve"> </w:t>
      </w:r>
      <w:r>
        <w:rPr>
          <w:b w:val="0"/>
          <w:i w:val="0"/>
          <w:smallCaps w:val="0"/>
          <w:strike w:val="0"/>
          <w:sz w:val="20"/>
          <w:u w:val="single"/>
        </w:rPr>
        <w:t>requirements</w:t>
      </w:r>
      <w:r>
        <w:rPr>
          <w:b w:val="0"/>
          <w:i w:val="0"/>
          <w:smallCaps w:val="0"/>
          <w:strike w:val="0"/>
          <w:sz w:val="16"/>
          <w:u w:val="none"/>
        </w:rPr>
        <w:t xml:space="preserve"> for who is allowed to petition for PTAB review. More than 1,500 comments contain the specific phrase “standing requirement” and there are many additional comments that describe the same concept in different ways. Similar standing requirement measures are included in the PREVAIL Act, which would limit review to those who have been sued or are threatened with lawsuits. </w:t>
      </w:r>
    </w:p>
    <w:p>
      <w:pPr>
        <w:spacing w:after="60"/>
      </w:pPr>
      <w:r>
        <w:rPr>
          <w:b w:val="0"/>
          <w:i w:val="0"/>
          <w:smallCaps w:val="0"/>
          <w:strike w:val="0"/>
          <w:sz w:val="16"/>
          <w:u w:val="none"/>
        </w:rPr>
        <w:t xml:space="preserve">New </w:t>
      </w:r>
      <w:r>
        <w:rPr>
          <w:b w:val="0"/>
          <w:i w:val="0"/>
          <w:smallCaps w:val="0"/>
          <w:strike w:val="0"/>
          <w:sz w:val="20"/>
          <w:u w:val="single"/>
        </w:rPr>
        <w:t>standing requirements</w:t>
      </w:r>
      <w:r>
        <w:rPr>
          <w:b w:val="0"/>
          <w:i w:val="0"/>
          <w:smallCaps w:val="0"/>
          <w:strike w:val="0"/>
          <w:sz w:val="16"/>
          <w:u w:val="none"/>
        </w:rPr>
        <w:t xml:space="preserve"> would </w:t>
      </w:r>
      <w:r>
        <w:rPr>
          <w:b w:val="0"/>
          <w:i w:val="0"/>
          <w:smallCaps w:val="0"/>
          <w:strike w:val="0"/>
          <w:sz w:val="20"/>
          <w:u w:val="single"/>
        </w:rPr>
        <w:t>remove</w:t>
      </w:r>
      <w:r>
        <w:rPr>
          <w:b w:val="0"/>
          <w:i w:val="0"/>
          <w:smallCaps w:val="0"/>
          <w:strike w:val="0"/>
          <w:sz w:val="16"/>
          <w:u w:val="none"/>
        </w:rPr>
        <w:t xml:space="preserve"> the </w:t>
      </w:r>
      <w:r>
        <w:rPr>
          <w:b w:val="0"/>
          <w:i w:val="0"/>
          <w:smallCaps w:val="0"/>
          <w:strike w:val="0"/>
          <w:sz w:val="20"/>
          <w:u w:val="single"/>
        </w:rPr>
        <w:t>option</w:t>
      </w:r>
      <w:r>
        <w:rPr>
          <w:b w:val="0"/>
          <w:i w:val="0"/>
          <w:smallCaps w:val="0"/>
          <w:strike w:val="0"/>
          <w:sz w:val="16"/>
          <w:u w:val="none"/>
        </w:rPr>
        <w:t xml:space="preserve"> of </w:t>
      </w:r>
      <w:r>
        <w:rPr>
          <w:b w:val="0"/>
          <w:i w:val="0"/>
          <w:smallCaps w:val="0"/>
          <w:strike w:val="0"/>
          <w:sz w:val="20"/>
          <w:u w:val="single"/>
        </w:rPr>
        <w:t>petitioning for PTAB</w:t>
      </w:r>
      <w:r>
        <w:rPr>
          <w:b w:val="0"/>
          <w:i w:val="0"/>
          <w:smallCaps w:val="0"/>
          <w:strike w:val="0"/>
          <w:sz w:val="16"/>
          <w:u w:val="none"/>
        </w:rPr>
        <w:t xml:space="preserve"> </w:t>
      </w:r>
      <w:r>
        <w:rPr>
          <w:b w:val="0"/>
          <w:i w:val="0"/>
          <w:smallCaps w:val="0"/>
          <w:strike w:val="0"/>
          <w:sz w:val="20"/>
          <w:u w:val="single"/>
        </w:rPr>
        <w:t>review</w:t>
      </w:r>
      <w:r>
        <w:rPr>
          <w:b w:val="0"/>
          <w:i w:val="0"/>
          <w:smallCaps w:val="0"/>
          <w:strike w:val="0"/>
          <w:sz w:val="16"/>
          <w:u w:val="none"/>
        </w:rPr>
        <w:t xml:space="preserve"> in </w:t>
      </w:r>
      <w:r>
        <w:rPr>
          <w:b w:val="0"/>
          <w:i w:val="0"/>
          <w:smallCaps w:val="0"/>
          <w:strike w:val="0"/>
          <w:sz w:val="20"/>
          <w:u w:val="single"/>
        </w:rPr>
        <w:t>many</w:t>
      </w:r>
      <w:r>
        <w:rPr>
          <w:b w:val="0"/>
          <w:i w:val="0"/>
          <w:smallCaps w:val="0"/>
          <w:strike w:val="0"/>
          <w:sz w:val="16"/>
          <w:u w:val="none"/>
        </w:rPr>
        <w:t xml:space="preserve"> </w:t>
      </w:r>
      <w:r>
        <w:rPr>
          <w:b w:val="0"/>
          <w:i w:val="0"/>
          <w:smallCaps w:val="0"/>
          <w:strike w:val="0"/>
          <w:sz w:val="20"/>
          <w:u w:val="single"/>
        </w:rPr>
        <w:t>situations</w:t>
      </w:r>
      <w:r>
        <w:rPr>
          <w:b w:val="0"/>
          <w:i w:val="0"/>
          <w:smallCaps w:val="0"/>
          <w:strike w:val="0"/>
          <w:sz w:val="16"/>
          <w:u w:val="none"/>
        </w:rPr>
        <w:t xml:space="preserve"> </w:t>
      </w:r>
      <w:r>
        <w:rPr>
          <w:b w:val="0"/>
          <w:i w:val="0"/>
          <w:smallCaps w:val="0"/>
          <w:strike w:val="0"/>
          <w:sz w:val="20"/>
          <w:u w:val="single"/>
        </w:rPr>
        <w:t>where</w:t>
      </w:r>
      <w:r>
        <w:rPr>
          <w:b w:val="0"/>
          <w:i w:val="0"/>
          <w:smallCaps w:val="0"/>
          <w:strike w:val="0"/>
          <w:sz w:val="16"/>
          <w:u w:val="none"/>
        </w:rPr>
        <w:t xml:space="preserve"> a </w:t>
      </w:r>
      <w:r>
        <w:rPr>
          <w:b w:val="0"/>
          <w:i w:val="0"/>
          <w:smallCaps w:val="0"/>
          <w:strike w:val="0"/>
          <w:sz w:val="20"/>
          <w:u w:val="single"/>
        </w:rPr>
        <w:t>party</w:t>
      </w:r>
      <w:r>
        <w:rPr>
          <w:b w:val="0"/>
          <w:i w:val="0"/>
          <w:smallCaps w:val="0"/>
          <w:strike w:val="0"/>
          <w:sz w:val="16"/>
          <w:u w:val="none"/>
        </w:rPr>
        <w:t xml:space="preserve"> has a </w:t>
      </w:r>
      <w:r>
        <w:rPr>
          <w:b w:val="0"/>
          <w:i w:val="0"/>
          <w:smallCaps w:val="0"/>
          <w:strike w:val="0"/>
          <w:sz w:val="20"/>
          <w:u w:val="single"/>
        </w:rPr>
        <w:t>legitimate interest</w:t>
      </w:r>
      <w:r>
        <w:rPr>
          <w:b w:val="0"/>
          <w:i w:val="0"/>
          <w:smallCaps w:val="0"/>
          <w:strike w:val="0"/>
          <w:sz w:val="16"/>
          <w:u w:val="none"/>
        </w:rPr>
        <w:t xml:space="preserve"> </w:t>
      </w:r>
      <w:r>
        <w:rPr>
          <w:b w:val="0"/>
          <w:i w:val="0"/>
          <w:smallCaps w:val="0"/>
          <w:strike w:val="0"/>
          <w:sz w:val="20"/>
          <w:u w:val="single"/>
        </w:rPr>
        <w:t>in</w:t>
      </w:r>
      <w:r>
        <w:rPr>
          <w:b w:val="0"/>
          <w:i w:val="0"/>
          <w:smallCaps w:val="0"/>
          <w:strike w:val="0"/>
          <w:sz w:val="16"/>
          <w:u w:val="none"/>
        </w:rPr>
        <w:t xml:space="preserve"> </w:t>
      </w:r>
      <w:r>
        <w:rPr>
          <w:b w:val="0"/>
          <w:i w:val="0"/>
          <w:smallCaps w:val="0"/>
          <w:strike w:val="0"/>
          <w:sz w:val="20"/>
          <w:u w:val="single"/>
        </w:rPr>
        <w:t>challenging an invalid patent</w:t>
      </w:r>
      <w:r>
        <w:rPr>
          <w:b w:val="0"/>
          <w:i w:val="0"/>
          <w:smallCaps w:val="0"/>
          <w:strike w:val="0"/>
          <w:sz w:val="16"/>
          <w:u w:val="none"/>
        </w:rPr>
        <w:t xml:space="preserve">. In particular, standing requirements seem to target third parties, like Unified Patents, the Texas Association of Realtors, I-MAK, or the Electronic Frontier Foundation, </w:t>
      </w:r>
      <w:r>
        <w:rPr>
          <w:b w:val="0"/>
          <w:i w:val="0"/>
          <w:smallCaps w:val="0"/>
          <w:strike w:val="0"/>
          <w:sz w:val="20"/>
          <w:u w:val="single"/>
        </w:rPr>
        <w:t>entities</w:t>
      </w:r>
      <w:r>
        <w:rPr>
          <w:b w:val="0"/>
          <w:i w:val="0"/>
          <w:smallCaps w:val="0"/>
          <w:strike w:val="0"/>
          <w:sz w:val="16"/>
          <w:u w:val="none"/>
        </w:rPr>
        <w:t xml:space="preserve"> that </w:t>
      </w:r>
      <w:r>
        <w:rPr>
          <w:b w:val="0"/>
          <w:i w:val="0"/>
          <w:smallCaps w:val="0"/>
          <w:strike w:val="0"/>
          <w:sz w:val="20"/>
          <w:u w:val="single"/>
        </w:rPr>
        <w:t>deter abuse</w:t>
      </w:r>
      <w:r>
        <w:rPr>
          <w:b w:val="0"/>
          <w:i w:val="0"/>
          <w:smallCaps w:val="0"/>
          <w:strike w:val="0"/>
          <w:sz w:val="20"/>
          <w:u w:val="single"/>
        </w:rPr>
        <w:t xml:space="preserve"> by </w:t>
      </w:r>
      <w:r>
        <w:rPr>
          <w:b w:val="0"/>
          <w:i w:val="0"/>
          <w:smallCaps w:val="0"/>
          <w:strike w:val="0"/>
          <w:sz w:val="20"/>
          <w:u w:val="single"/>
        </w:rPr>
        <w:t>challenging</w:t>
      </w:r>
      <w:r>
        <w:rPr>
          <w:b w:val="0"/>
          <w:i w:val="0"/>
          <w:smallCaps w:val="0"/>
          <w:strike w:val="0"/>
          <w:sz w:val="16"/>
          <w:u w:val="none"/>
        </w:rPr>
        <w:t xml:space="preserve"> </w:t>
      </w:r>
      <w:r>
        <w:rPr>
          <w:b w:val="0"/>
          <w:i w:val="0"/>
          <w:smallCaps w:val="0"/>
          <w:strike w:val="0"/>
          <w:sz w:val="20"/>
          <w:u w:val="single"/>
        </w:rPr>
        <w:t xml:space="preserve">invalid </w:t>
      </w:r>
      <w:r>
        <w:rPr>
          <w:b w:val="0"/>
          <w:i w:val="0"/>
          <w:smallCaps w:val="0"/>
          <w:strike w:val="0"/>
          <w:sz w:val="20"/>
          <w:u w:val="single"/>
        </w:rPr>
        <w:t>patents</w:t>
      </w:r>
      <w:r>
        <w:rPr>
          <w:b w:val="0"/>
          <w:i w:val="0"/>
          <w:smallCaps w:val="0"/>
          <w:strike w:val="0"/>
          <w:sz w:val="20"/>
          <w:u w:val="single"/>
        </w:rPr>
        <w:t>.</w:t>
      </w:r>
      <w:r>
        <w:rPr>
          <w:b w:val="0"/>
          <w:i w:val="0"/>
          <w:smallCaps w:val="0"/>
          <w:strike w:val="0"/>
          <w:sz w:val="16"/>
          <w:u w:val="none"/>
        </w:rPr>
        <w:t xml:space="preserve"> Third</w:t>
      </w:r>
      <w:r>
        <w:rPr>
          <w:b w:val="0"/>
          <w:i w:val="0"/>
          <w:smallCaps w:val="0"/>
          <w:strike w:val="0"/>
          <w:sz w:val="20"/>
          <w:u w:val="single"/>
        </w:rPr>
        <w:t>-party organizations</w:t>
      </w:r>
      <w:r>
        <w:rPr>
          <w:b w:val="0"/>
          <w:i w:val="0"/>
          <w:smallCaps w:val="0"/>
          <w:strike w:val="0"/>
          <w:sz w:val="16"/>
          <w:u w:val="none"/>
        </w:rPr>
        <w:t xml:space="preserve"> are </w:t>
      </w:r>
      <w:r>
        <w:rPr>
          <w:b w:val="0"/>
          <w:i w:val="0"/>
          <w:smallCaps w:val="0"/>
          <w:strike w:val="0"/>
          <w:sz w:val="20"/>
          <w:u w:val="single"/>
        </w:rPr>
        <w:t>oftentimes uniquely positioned</w:t>
      </w:r>
      <w:r>
        <w:rPr>
          <w:b w:val="0"/>
          <w:i w:val="0"/>
          <w:smallCaps w:val="0"/>
          <w:strike w:val="0"/>
          <w:sz w:val="16"/>
          <w:u w:val="none"/>
        </w:rPr>
        <w:t xml:space="preserve"> to </w:t>
      </w:r>
      <w:r>
        <w:rPr>
          <w:b w:val="0"/>
          <w:i w:val="0"/>
          <w:smallCaps w:val="0"/>
          <w:strike w:val="0"/>
          <w:sz w:val="20"/>
          <w:u w:val="single"/>
        </w:rPr>
        <w:t>constrain</w:t>
      </w:r>
      <w:r>
        <w:rPr>
          <w:b w:val="0"/>
          <w:i w:val="0"/>
          <w:smallCaps w:val="0"/>
          <w:strike w:val="0"/>
          <w:sz w:val="20"/>
          <w:u w:val="single"/>
        </w:rPr>
        <w:t xml:space="preserve"> the</w:t>
      </w:r>
      <w:r>
        <w:rPr>
          <w:b w:val="0"/>
          <w:i w:val="0"/>
          <w:smallCaps w:val="0"/>
          <w:strike w:val="0"/>
          <w:sz w:val="20"/>
          <w:u w:val="single"/>
        </w:rPr>
        <w:t xml:space="preserve"> most </w:t>
      </w:r>
      <w:r>
        <w:rPr>
          <w:b w:val="0"/>
          <w:i w:val="0"/>
          <w:smallCaps w:val="0"/>
          <w:strike w:val="0"/>
          <w:sz w:val="20"/>
          <w:u w:val="single"/>
        </w:rPr>
        <w:t>abusive patent troll</w:t>
      </w:r>
      <w:r>
        <w:rPr>
          <w:b w:val="0"/>
          <w:i w:val="0"/>
          <w:smallCaps w:val="0"/>
          <w:strike w:val="0"/>
          <w:sz w:val="20"/>
          <w:u w:val="single"/>
        </w:rPr>
        <w:t xml:space="preserve"> campaigns and </w:t>
      </w:r>
      <w:r>
        <w:rPr>
          <w:b w:val="0"/>
          <w:i w:val="0"/>
          <w:smallCaps w:val="0"/>
          <w:strike w:val="0"/>
          <w:sz w:val="20"/>
          <w:u w:val="single"/>
        </w:rPr>
        <w:t>protect SMEs</w:t>
      </w:r>
      <w:r>
        <w:rPr>
          <w:b w:val="0"/>
          <w:i w:val="0"/>
          <w:smallCaps w:val="0"/>
          <w:strike w:val="0"/>
          <w:sz w:val="16"/>
          <w:u w:val="none"/>
        </w:rPr>
        <w:t xml:space="preserve">, which are </w:t>
      </w:r>
      <w:r>
        <w:rPr>
          <w:b w:val="0"/>
          <w:i w:val="0"/>
          <w:smallCaps w:val="0"/>
          <w:strike w:val="0"/>
          <w:sz w:val="20"/>
          <w:u w:val="single"/>
        </w:rPr>
        <w:t xml:space="preserve">most vulnerable to </w:t>
      </w:r>
      <w:r>
        <w:rPr>
          <w:b w:val="0"/>
          <w:i w:val="0"/>
          <w:smallCaps w:val="0"/>
          <w:strike w:val="0"/>
          <w:sz w:val="20"/>
          <w:u w:val="single"/>
        </w:rPr>
        <w:t>exploitation</w:t>
      </w:r>
      <w:r>
        <w:rPr>
          <w:b w:val="0"/>
          <w:i w:val="0"/>
          <w:smallCaps w:val="0"/>
          <w:strike w:val="0"/>
          <w:sz w:val="20"/>
          <w:u w:val="single"/>
        </w:rPr>
        <w:t xml:space="preserve">. </w:t>
      </w:r>
    </w:p>
    <w:p>
      <w:pPr>
        <w:spacing w:after="60"/>
      </w:pPr>
      <w:r>
        <w:rPr>
          <w:b w:val="0"/>
          <w:i w:val="0"/>
          <w:smallCaps w:val="0"/>
          <w:strike w:val="0"/>
          <w:sz w:val="16"/>
          <w:u w:val="none"/>
        </w:rPr>
        <w:t xml:space="preserve">The </w:t>
      </w:r>
      <w:r>
        <w:rPr>
          <w:b w:val="0"/>
          <w:i w:val="0"/>
          <w:smallCaps w:val="0"/>
          <w:strike w:val="0"/>
          <w:sz w:val="20"/>
          <w:u w:val="single"/>
        </w:rPr>
        <w:t>USPTO</w:t>
      </w:r>
      <w:r>
        <w:rPr>
          <w:b w:val="0"/>
          <w:i w:val="0"/>
          <w:smallCaps w:val="0"/>
          <w:strike w:val="0"/>
          <w:sz w:val="16"/>
          <w:u w:val="none"/>
        </w:rPr>
        <w:t xml:space="preserve"> and </w:t>
      </w:r>
      <w:r>
        <w:rPr>
          <w:b w:val="0"/>
          <w:i w:val="0"/>
          <w:smallCaps w:val="0"/>
          <w:strike w:val="0"/>
          <w:sz w:val="20"/>
          <w:u w:val="single"/>
        </w:rPr>
        <w:t>Congress</w:t>
      </w:r>
      <w:r>
        <w:rPr>
          <w:b w:val="0"/>
          <w:i w:val="0"/>
          <w:smallCaps w:val="0"/>
          <w:strike w:val="0"/>
          <w:sz w:val="16"/>
          <w:u w:val="none"/>
        </w:rPr>
        <w:t xml:space="preserve"> have </w:t>
      </w:r>
      <w:r>
        <w:rPr>
          <w:b w:val="0"/>
          <w:i w:val="0"/>
          <w:smallCaps w:val="0"/>
          <w:strike w:val="0"/>
          <w:sz w:val="20"/>
          <w:u w:val="single"/>
        </w:rPr>
        <w:t xml:space="preserve">both </w:t>
      </w:r>
      <w:r>
        <w:rPr>
          <w:b w:val="0"/>
          <w:i w:val="0"/>
          <w:smallCaps w:val="0"/>
          <w:strike w:val="0"/>
          <w:sz w:val="20"/>
          <w:u w:val="single"/>
        </w:rPr>
        <w:t>expressed</w:t>
      </w:r>
      <w:r>
        <w:rPr>
          <w:b w:val="0"/>
          <w:i w:val="0"/>
          <w:smallCaps w:val="0"/>
          <w:strike w:val="0"/>
          <w:sz w:val="16"/>
          <w:u w:val="none"/>
        </w:rPr>
        <w:t xml:space="preserve"> a </w:t>
      </w:r>
      <w:r>
        <w:rPr>
          <w:b w:val="0"/>
          <w:i w:val="0"/>
          <w:smallCaps w:val="0"/>
          <w:strike w:val="0"/>
          <w:sz w:val="20"/>
          <w:u w:val="single"/>
        </w:rPr>
        <w:t>desire</w:t>
      </w:r>
      <w:r>
        <w:rPr>
          <w:b w:val="0"/>
          <w:i w:val="0"/>
          <w:smallCaps w:val="0"/>
          <w:strike w:val="0"/>
          <w:sz w:val="16"/>
          <w:u w:val="none"/>
        </w:rPr>
        <w:t xml:space="preserve"> to </w:t>
      </w:r>
      <w:r>
        <w:rPr>
          <w:b w:val="0"/>
          <w:i w:val="0"/>
          <w:smallCaps w:val="0"/>
          <w:strike w:val="0"/>
          <w:sz w:val="20"/>
          <w:u w:val="single"/>
        </w:rPr>
        <w:t xml:space="preserve">make </w:t>
      </w:r>
      <w:r>
        <w:rPr>
          <w:b w:val="0"/>
          <w:i w:val="0"/>
          <w:smallCaps w:val="0"/>
          <w:strike w:val="0"/>
          <w:sz w:val="20"/>
          <w:u w:val="single"/>
        </w:rPr>
        <w:t>changes</w:t>
      </w:r>
      <w:r>
        <w:rPr>
          <w:b w:val="0"/>
          <w:i w:val="0"/>
          <w:smallCaps w:val="0"/>
          <w:strike w:val="0"/>
          <w:sz w:val="20"/>
          <w:u w:val="single"/>
        </w:rPr>
        <w:t xml:space="preserve"> that </w:t>
      </w:r>
      <w:r>
        <w:rPr>
          <w:b w:val="0"/>
          <w:i w:val="0"/>
          <w:smallCaps w:val="0"/>
          <w:strike w:val="0"/>
          <w:sz w:val="20"/>
          <w:u w:val="single"/>
        </w:rPr>
        <w:t>serve</w:t>
      </w:r>
      <w:r>
        <w:rPr>
          <w:b w:val="0"/>
          <w:i w:val="0"/>
          <w:smallCaps w:val="0"/>
          <w:strike w:val="0"/>
          <w:sz w:val="20"/>
          <w:u w:val="single"/>
        </w:rPr>
        <w:t xml:space="preserve"> </w:t>
      </w:r>
      <w:r>
        <w:rPr>
          <w:b w:val="0"/>
          <w:i w:val="0"/>
          <w:smallCaps w:val="0"/>
          <w:strike w:val="0"/>
          <w:sz w:val="16"/>
          <w:u w:val="none"/>
        </w:rPr>
        <w:t xml:space="preserve">the best </w:t>
      </w:r>
      <w:r>
        <w:rPr>
          <w:b w:val="0"/>
          <w:i w:val="0"/>
          <w:smallCaps w:val="0"/>
          <w:strike w:val="0"/>
          <w:sz w:val="20"/>
          <w:u w:val="single"/>
        </w:rPr>
        <w:t xml:space="preserve">interests of SMEs, </w:t>
      </w:r>
      <w:r>
        <w:rPr>
          <w:b w:val="0"/>
          <w:i w:val="0"/>
          <w:smallCaps w:val="0"/>
          <w:strike w:val="0"/>
          <w:sz w:val="20"/>
          <w:u w:val="single"/>
        </w:rPr>
        <w:t>small inventors</w:t>
      </w:r>
      <w:r>
        <w:rPr>
          <w:b w:val="0"/>
          <w:i w:val="0"/>
          <w:smallCaps w:val="0"/>
          <w:strike w:val="0"/>
          <w:sz w:val="16"/>
          <w:u w:val="none"/>
        </w:rPr>
        <w:t xml:space="preserve">, and </w:t>
      </w:r>
      <w:r>
        <w:rPr>
          <w:b w:val="0"/>
          <w:i w:val="0"/>
          <w:smallCaps w:val="0"/>
          <w:strike w:val="0"/>
          <w:sz w:val="20"/>
          <w:u w:val="single"/>
        </w:rPr>
        <w:t>under</w:t>
      </w:r>
      <w:r>
        <w:rPr>
          <w:b w:val="0"/>
          <w:i w:val="0"/>
          <w:smallCaps w:val="0"/>
          <w:strike w:val="0"/>
          <w:sz w:val="16"/>
          <w:u w:val="none"/>
        </w:rPr>
        <w:t>-</w:t>
      </w:r>
      <w:r>
        <w:rPr>
          <w:b w:val="0"/>
          <w:i w:val="0"/>
          <w:smallCaps w:val="0"/>
          <w:strike w:val="0"/>
          <w:sz w:val="20"/>
          <w:u w:val="single"/>
        </w:rPr>
        <w:t>resourced entities</w:t>
      </w:r>
      <w:r>
        <w:rPr>
          <w:b w:val="0"/>
          <w:i w:val="0"/>
          <w:smallCaps w:val="0"/>
          <w:strike w:val="0"/>
          <w:sz w:val="16"/>
          <w:u w:val="none"/>
        </w:rPr>
        <w:t xml:space="preserve">. As the public comments make clear, any new standing requirements that restrict access to the PTAB </w:t>
      </w:r>
      <w:r>
        <w:rPr>
          <w:b w:val="0"/>
          <w:i w:val="0"/>
          <w:smallCaps w:val="0"/>
          <w:strike w:val="0"/>
          <w:sz w:val="20"/>
          <w:u w:val="single"/>
        </w:rPr>
        <w:t>would have the opposite effect.</w:t>
      </w:r>
    </w:p>
    <w:p>
      <w:pPr>
        <w:spacing w:after="60"/>
      </w:pPr>
      <w:r>
        <w:rPr>
          <w:b w:val="0"/>
          <w:i w:val="0"/>
          <w:smallCaps w:val="0"/>
          <w:strike w:val="0"/>
          <w:sz w:val="16"/>
          <w:u w:val="none"/>
        </w:rPr>
        <w:t xml:space="preserve">The following comments </w:t>
      </w:r>
      <w:r>
        <w:rPr>
          <w:b w:val="0"/>
          <w:i w:val="0"/>
          <w:smallCaps w:val="0"/>
          <w:strike w:val="0"/>
          <w:sz w:val="20"/>
          <w:u w:val="single"/>
        </w:rPr>
        <w:t>emphasize</w:t>
      </w:r>
      <w:r>
        <w:rPr>
          <w:b w:val="0"/>
          <w:i w:val="0"/>
          <w:smallCaps w:val="0"/>
          <w:strike w:val="0"/>
          <w:sz w:val="16"/>
          <w:u w:val="none"/>
        </w:rPr>
        <w:t xml:space="preserve"> the </w:t>
      </w:r>
      <w:r>
        <w:rPr>
          <w:b w:val="0"/>
          <w:i w:val="0"/>
          <w:smallCaps w:val="0"/>
          <w:strike w:val="0"/>
          <w:sz w:val="20"/>
          <w:u w:val="single"/>
        </w:rPr>
        <w:t>threat</w:t>
      </w:r>
      <w:r>
        <w:rPr>
          <w:b w:val="0"/>
          <w:i w:val="0"/>
          <w:smallCaps w:val="0"/>
          <w:strike w:val="0"/>
          <w:sz w:val="20"/>
          <w:u w:val="single"/>
        </w:rPr>
        <w:t xml:space="preserve"> that </w:t>
      </w:r>
      <w:r>
        <w:rPr>
          <w:b w:val="0"/>
          <w:i w:val="0"/>
          <w:smallCaps w:val="0"/>
          <w:strike w:val="0"/>
          <w:sz w:val="20"/>
          <w:u w:val="single"/>
        </w:rPr>
        <w:t>standing requirements pose</w:t>
      </w:r>
      <w:r>
        <w:rPr>
          <w:b w:val="0"/>
          <w:i w:val="0"/>
          <w:smallCaps w:val="0"/>
          <w:strike w:val="0"/>
          <w:sz w:val="20"/>
          <w:u w:val="single"/>
        </w:rPr>
        <w:t xml:space="preserve"> to </w:t>
      </w:r>
      <w:r>
        <w:rPr>
          <w:b w:val="0"/>
          <w:i w:val="0"/>
          <w:smallCaps w:val="0"/>
          <w:strike w:val="0"/>
          <w:sz w:val="20"/>
          <w:u w:val="single"/>
        </w:rPr>
        <w:t>SMEs</w:t>
      </w:r>
      <w:r>
        <w:rPr>
          <w:b w:val="0"/>
          <w:i w:val="0"/>
          <w:smallCaps w:val="0"/>
          <w:strike w:val="0"/>
          <w:sz w:val="20"/>
          <w:u w:val="single"/>
        </w:rPr>
        <w:t xml:space="preserve">: </w:t>
      </w:r>
    </w:p>
    <w:p>
      <w:pPr>
        <w:spacing w:after="60"/>
      </w:pPr>
      <w:r>
        <w:rPr>
          <w:b w:val="0"/>
          <w:i w:val="0"/>
          <w:smallCaps w:val="0"/>
          <w:strike w:val="0"/>
          <w:sz w:val="16"/>
          <w:u w:val="none"/>
        </w:rPr>
        <w:t xml:space="preserve">“...As you likely know, patent trolls base their business off of purchasing old patents and using them to attack small businesses for alleged “infringement” for things as simple as using a scanner. While these baseless claims have no legal standing, </w:t>
      </w:r>
      <w:r>
        <w:rPr>
          <w:b w:val="0"/>
          <w:i w:val="0"/>
          <w:smallCaps w:val="0"/>
          <w:strike w:val="0"/>
          <w:sz w:val="20"/>
          <w:u w:val="single"/>
        </w:rPr>
        <w:t>small businesses</w:t>
      </w:r>
      <w:r>
        <w:rPr>
          <w:b w:val="0"/>
          <w:i w:val="0"/>
          <w:smallCaps w:val="0"/>
          <w:strike w:val="0"/>
          <w:sz w:val="16"/>
          <w:u w:val="none"/>
        </w:rPr>
        <w:t xml:space="preserve"> like mine often </w:t>
      </w:r>
      <w:r>
        <w:rPr>
          <w:b w:val="0"/>
          <w:i w:val="0"/>
          <w:smallCaps w:val="0"/>
          <w:strike w:val="0"/>
          <w:sz w:val="20"/>
          <w:u w:val="single"/>
        </w:rPr>
        <w:t xml:space="preserve">end up having to </w:t>
      </w:r>
      <w:r>
        <w:rPr>
          <w:b w:val="0"/>
          <w:i w:val="0"/>
          <w:smallCaps w:val="0"/>
          <w:strike w:val="0"/>
          <w:sz w:val="20"/>
          <w:u w:val="single"/>
        </w:rPr>
        <w:t>negotiate</w:t>
      </w:r>
      <w:r>
        <w:rPr>
          <w:b w:val="0"/>
          <w:i w:val="0"/>
          <w:smallCaps w:val="0"/>
          <w:strike w:val="0"/>
          <w:sz w:val="20"/>
          <w:u w:val="single"/>
        </w:rPr>
        <w:t xml:space="preserve"> </w:t>
      </w:r>
      <w:r>
        <w:rPr>
          <w:b w:val="0"/>
          <w:i w:val="0"/>
          <w:smallCaps w:val="0"/>
          <w:strike w:val="0"/>
          <w:sz w:val="20"/>
          <w:u w:val="single"/>
        </w:rPr>
        <w:t>settlement</w:t>
      </w:r>
      <w:r>
        <w:rPr>
          <w:b w:val="0"/>
          <w:i w:val="0"/>
          <w:smallCaps w:val="0"/>
          <w:strike w:val="0"/>
          <w:sz w:val="20"/>
          <w:u w:val="single"/>
        </w:rPr>
        <w:t xml:space="preserve"> terms with patent trolls </w:t>
      </w:r>
      <w:r>
        <w:rPr>
          <w:b w:val="0"/>
          <w:i w:val="0"/>
          <w:smallCaps w:val="0"/>
          <w:strike w:val="0"/>
          <w:sz w:val="16"/>
          <w:u w:val="none"/>
        </w:rPr>
        <w:t xml:space="preserve">out of court </w:t>
      </w:r>
      <w:r>
        <w:rPr>
          <w:b w:val="0"/>
          <w:i w:val="0"/>
          <w:smallCaps w:val="0"/>
          <w:strike w:val="0"/>
          <w:sz w:val="20"/>
          <w:u w:val="single"/>
        </w:rPr>
        <w:t>because</w:t>
      </w:r>
      <w:r>
        <w:rPr>
          <w:b w:val="0"/>
          <w:i w:val="0"/>
          <w:smallCaps w:val="0"/>
          <w:strike w:val="0"/>
          <w:sz w:val="16"/>
          <w:u w:val="none"/>
        </w:rPr>
        <w:t xml:space="preserve"> we </w:t>
      </w:r>
      <w:r>
        <w:rPr>
          <w:b w:val="0"/>
          <w:i w:val="0"/>
          <w:smallCaps w:val="0"/>
          <w:strike w:val="0"/>
          <w:sz w:val="20"/>
          <w:u w:val="single"/>
        </w:rPr>
        <w:t>cannot</w:t>
      </w:r>
      <w:r>
        <w:rPr>
          <w:b w:val="0"/>
          <w:i w:val="0"/>
          <w:smallCaps w:val="0"/>
          <w:strike w:val="0"/>
          <w:sz w:val="16"/>
          <w:u w:val="none"/>
        </w:rPr>
        <w:t xml:space="preserve"> </w:t>
      </w:r>
      <w:r>
        <w:rPr>
          <w:b w:val="0"/>
          <w:i w:val="0"/>
          <w:smallCaps w:val="0"/>
          <w:strike w:val="0"/>
          <w:sz w:val="20"/>
          <w:u w:val="single"/>
        </w:rPr>
        <w:t>afford</w:t>
      </w:r>
      <w:r>
        <w:rPr>
          <w:b w:val="0"/>
          <w:i w:val="0"/>
          <w:smallCaps w:val="0"/>
          <w:strike w:val="0"/>
          <w:sz w:val="16"/>
          <w:u w:val="none"/>
        </w:rPr>
        <w:t xml:space="preserve"> to </w:t>
      </w:r>
      <w:r>
        <w:rPr>
          <w:b w:val="0"/>
          <w:i w:val="0"/>
          <w:smallCaps w:val="0"/>
          <w:strike w:val="0"/>
          <w:sz w:val="20"/>
          <w:u w:val="single"/>
        </w:rPr>
        <w:t xml:space="preserve">fight a </w:t>
      </w:r>
      <w:r>
        <w:rPr>
          <w:b w:val="0"/>
          <w:i w:val="0"/>
          <w:smallCaps w:val="0"/>
          <w:strike w:val="0"/>
          <w:sz w:val="20"/>
          <w:u w:val="single"/>
        </w:rPr>
        <w:t>prolonged</w:t>
      </w:r>
      <w:r>
        <w:rPr>
          <w:b w:val="0"/>
          <w:i w:val="0"/>
          <w:smallCaps w:val="0"/>
          <w:strike w:val="0"/>
          <w:sz w:val="20"/>
          <w:u w:val="single"/>
        </w:rPr>
        <w:t xml:space="preserve"> battle in </w:t>
      </w:r>
      <w:r>
        <w:rPr>
          <w:b w:val="0"/>
          <w:i w:val="0"/>
          <w:smallCaps w:val="0"/>
          <w:strike w:val="0"/>
          <w:sz w:val="20"/>
          <w:u w:val="single"/>
        </w:rPr>
        <w:t>court</w:t>
      </w:r>
      <w:r>
        <w:rPr>
          <w:b w:val="0"/>
          <w:i w:val="0"/>
          <w:smallCaps w:val="0"/>
          <w:strike w:val="0"/>
          <w:sz w:val="16"/>
          <w:u w:val="none"/>
        </w:rPr>
        <w:t xml:space="preserve">… </w:t>
      </w:r>
    </w:p>
    <w:p>
      <w:pPr>
        <w:spacing w:after="60"/>
      </w:pPr>
      <w:r>
        <w:rPr>
          <w:b w:val="0"/>
          <w:i w:val="0"/>
          <w:smallCaps w:val="0"/>
          <w:strike w:val="0"/>
          <w:sz w:val="16"/>
          <w:u w:val="none"/>
        </w:rPr>
        <w:t xml:space="preserve">…As patent troll cases have continued to rise over the years, federal lawmakers looked to take action against them by enacting the Leahy-Smith America Invents Act (AIA) in 2011. This initiated the </w:t>
      </w:r>
      <w:r>
        <w:rPr>
          <w:b w:val="0"/>
          <w:i w:val="0"/>
          <w:smallCaps w:val="0"/>
          <w:strike w:val="0"/>
          <w:sz w:val="20"/>
          <w:u w:val="single"/>
        </w:rPr>
        <w:t>Inter Partes Review (I</w:t>
      </w:r>
      <w:r>
        <w:rPr>
          <w:b w:val="0"/>
          <w:i w:val="0"/>
          <w:smallCaps w:val="0"/>
          <w:strike w:val="0"/>
          <w:sz w:val="20"/>
          <w:u w:val="single"/>
        </w:rPr>
        <w:t>PR</w:t>
      </w:r>
      <w:r>
        <w:rPr>
          <w:b w:val="0"/>
          <w:i w:val="0"/>
          <w:smallCaps w:val="0"/>
          <w:strike w:val="0"/>
          <w:sz w:val="20"/>
          <w:u w:val="single"/>
        </w:rPr>
        <w:t xml:space="preserve">) </w:t>
      </w:r>
      <w:r>
        <w:rPr>
          <w:b w:val="0"/>
          <w:i w:val="0"/>
          <w:smallCaps w:val="0"/>
          <w:strike w:val="0"/>
          <w:sz w:val="20"/>
          <w:u w:val="single"/>
        </w:rPr>
        <w:t>process</w:t>
      </w:r>
      <w:r>
        <w:rPr>
          <w:b w:val="0"/>
          <w:i w:val="0"/>
          <w:smallCaps w:val="0"/>
          <w:strike w:val="0"/>
          <w:sz w:val="16"/>
          <w:u w:val="none"/>
        </w:rPr>
        <w:t xml:space="preserve">, which has to </w:t>
      </w:r>
      <w:r>
        <w:rPr>
          <w:b w:val="0"/>
          <w:i w:val="0"/>
          <w:smallCaps w:val="0"/>
          <w:strike w:val="0"/>
          <w:sz w:val="20"/>
          <w:u w:val="single"/>
        </w:rPr>
        <w:t xml:space="preserve">been </w:t>
      </w:r>
      <w:r>
        <w:rPr>
          <w:b w:val="0"/>
          <w:i w:val="0"/>
          <w:smallCaps w:val="0"/>
          <w:strike w:val="0"/>
          <w:sz w:val="20"/>
          <w:u w:val="single"/>
        </w:rPr>
        <w:t>pivotal</w:t>
      </w:r>
      <w:r>
        <w:rPr>
          <w:b w:val="0"/>
          <w:i w:val="0"/>
          <w:smallCaps w:val="0"/>
          <w:strike w:val="0"/>
          <w:sz w:val="20"/>
          <w:u w:val="single"/>
        </w:rPr>
        <w:t xml:space="preserve"> for </w:t>
      </w:r>
      <w:r>
        <w:rPr>
          <w:b w:val="0"/>
          <w:i w:val="0"/>
          <w:smallCaps w:val="0"/>
          <w:strike w:val="0"/>
          <w:sz w:val="20"/>
          <w:u w:val="single"/>
        </w:rPr>
        <w:t>small businesses</w:t>
      </w:r>
      <w:r>
        <w:rPr>
          <w:b w:val="0"/>
          <w:i w:val="0"/>
          <w:smallCaps w:val="0"/>
          <w:strike w:val="0"/>
          <w:sz w:val="16"/>
          <w:u w:val="none"/>
        </w:rPr>
        <w:t xml:space="preserve"> h</w:t>
      </w:r>
      <w:r>
        <w:rPr>
          <w:b w:val="0"/>
          <w:i w:val="0"/>
          <w:smallCaps w:val="0"/>
          <w:strike w:val="0"/>
          <w:sz w:val="20"/>
          <w:u w:val="single"/>
        </w:rPr>
        <w:t xml:space="preserve">elp fight back against </w:t>
      </w:r>
      <w:r>
        <w:rPr>
          <w:b w:val="0"/>
          <w:i w:val="0"/>
          <w:smallCaps w:val="0"/>
          <w:strike w:val="0"/>
          <w:sz w:val="20"/>
          <w:u w:val="single"/>
        </w:rPr>
        <w:t>frivolous</w:t>
      </w:r>
      <w:r>
        <w:rPr>
          <w:b w:val="0"/>
          <w:i w:val="0"/>
          <w:smallCaps w:val="0"/>
          <w:strike w:val="0"/>
          <w:sz w:val="20"/>
          <w:u w:val="single"/>
        </w:rPr>
        <w:t xml:space="preserve"> patent infringement </w:t>
      </w:r>
      <w:r>
        <w:rPr>
          <w:b w:val="0"/>
          <w:i w:val="0"/>
          <w:smallCaps w:val="0"/>
          <w:strike w:val="0"/>
          <w:sz w:val="20"/>
          <w:u w:val="single"/>
        </w:rPr>
        <w:t>cases</w:t>
      </w:r>
      <w:r>
        <w:rPr>
          <w:b w:val="0"/>
          <w:i w:val="0"/>
          <w:smallCaps w:val="0"/>
          <w:strike w:val="0"/>
          <w:sz w:val="16"/>
          <w:u w:val="none"/>
        </w:rPr>
        <w:t xml:space="preserve">. Because the AIA did not include a “standing” requirement to file an IPR, larger companies have also been able to file IPRs on patents being used to sue their smaller clients. </w:t>
      </w:r>
    </w:p>
    <w:p>
      <w:pPr>
        <w:spacing w:after="60"/>
      </w:pPr>
      <w:r>
        <w:rPr>
          <w:b w:val="0"/>
          <w:i w:val="0"/>
          <w:smallCaps w:val="0"/>
          <w:strike w:val="0"/>
          <w:sz w:val="16"/>
          <w:u w:val="none"/>
        </w:rPr>
        <w:t xml:space="preserve">However, I fear that the recently introduced USPTO rules would seek to undermine IPR. Specifically, the agency has proposed allowing for less time to file an IPR, changing who can file an IPR, and rewriting the standard for instituting a review from “reasonable likelihood” to “compelling merits.” Not only would these changes directly oppose the purpose of the AIA and overstep Congress, but also </w:t>
      </w:r>
      <w:r>
        <w:rPr>
          <w:b w:val="0"/>
          <w:i w:val="0"/>
          <w:smallCaps w:val="0"/>
          <w:strike w:val="0"/>
          <w:sz w:val="20"/>
          <w:u w:val="single"/>
        </w:rPr>
        <w:t>empower</w:t>
      </w:r>
      <w:r>
        <w:rPr>
          <w:b w:val="0"/>
          <w:i w:val="0"/>
          <w:smallCaps w:val="0"/>
          <w:strike w:val="0"/>
          <w:sz w:val="20"/>
          <w:u w:val="single"/>
        </w:rPr>
        <w:t xml:space="preserve"> </w:t>
      </w:r>
      <w:r>
        <w:rPr>
          <w:b w:val="0"/>
          <w:i w:val="0"/>
          <w:smallCaps w:val="0"/>
          <w:strike w:val="0"/>
          <w:sz w:val="20"/>
          <w:u w:val="single"/>
        </w:rPr>
        <w:t>patent trolls</w:t>
      </w:r>
      <w:r>
        <w:rPr>
          <w:b w:val="0"/>
          <w:i w:val="0"/>
          <w:smallCaps w:val="0"/>
          <w:strike w:val="0"/>
          <w:sz w:val="20"/>
          <w:u w:val="single"/>
        </w:rPr>
        <w:t xml:space="preserve"> to expand their </w:t>
      </w:r>
      <w:r>
        <w:rPr>
          <w:b w:val="0"/>
          <w:i w:val="0"/>
          <w:smallCaps w:val="0"/>
          <w:strike w:val="0"/>
          <w:sz w:val="20"/>
          <w:u w:val="single"/>
        </w:rPr>
        <w:t>aggressive</w:t>
      </w:r>
      <w:r>
        <w:rPr>
          <w:b w:val="0"/>
          <w:i w:val="0"/>
          <w:smallCaps w:val="0"/>
          <w:strike w:val="0"/>
          <w:sz w:val="20"/>
          <w:u w:val="single"/>
        </w:rPr>
        <w:t xml:space="preserve"> attacks against </w:t>
      </w:r>
      <w:r>
        <w:rPr>
          <w:b w:val="0"/>
          <w:i w:val="0"/>
          <w:smallCaps w:val="0"/>
          <w:strike w:val="0"/>
          <w:sz w:val="20"/>
          <w:u w:val="single"/>
        </w:rPr>
        <w:t>businesses</w:t>
      </w:r>
      <w:r>
        <w:rPr>
          <w:b w:val="0"/>
          <w:i w:val="0"/>
          <w:smallCaps w:val="0"/>
          <w:strike w:val="0"/>
          <w:sz w:val="20"/>
          <w:u w:val="single"/>
        </w:rPr>
        <w:t xml:space="preserve"> like my own</w:t>
      </w:r>
      <w:r>
        <w:rPr>
          <w:b w:val="0"/>
          <w:i w:val="0"/>
          <w:smallCaps w:val="0"/>
          <w:strike w:val="0"/>
          <w:sz w:val="16"/>
          <w:u w:val="none"/>
        </w:rPr>
        <w:t>…” – M. Feldman, Roof Off Entertainment (Entertainment booking company)</w:t>
      </w:r>
    </w:p>
    <w:p>
      <w:pPr>
        <w:spacing w:after="60"/>
      </w:pPr>
      <w:r>
        <w:rPr>
          <w:b w:val="0"/>
          <w:i w:val="0"/>
          <w:smallCaps w:val="0"/>
          <w:strike w:val="0"/>
          <w:sz w:val="16"/>
          <w:u w:val="none"/>
        </w:rPr>
        <w:t xml:space="preserve">“...The </w:t>
      </w:r>
      <w:r>
        <w:rPr>
          <w:b w:val="0"/>
          <w:i w:val="0"/>
          <w:smallCaps w:val="0"/>
          <w:strike w:val="0"/>
          <w:sz w:val="20"/>
          <w:u w:val="single"/>
        </w:rPr>
        <w:t>restriction on IPR challenges</w:t>
      </w:r>
      <w:r>
        <w:rPr>
          <w:b w:val="0"/>
          <w:i w:val="0"/>
          <w:smallCaps w:val="0"/>
          <w:strike w:val="0"/>
          <w:sz w:val="16"/>
          <w:u w:val="none"/>
        </w:rPr>
        <w:t xml:space="preserve"> by </w:t>
      </w:r>
      <w:r>
        <w:rPr>
          <w:b w:val="0"/>
          <w:i w:val="0"/>
          <w:smallCaps w:val="0"/>
          <w:strike w:val="0"/>
          <w:sz w:val="20"/>
          <w:u w:val="single"/>
        </w:rPr>
        <w:t>nonmarket competitors</w:t>
      </w:r>
      <w:r>
        <w:rPr>
          <w:b w:val="0"/>
          <w:i w:val="0"/>
          <w:smallCaps w:val="0"/>
          <w:strike w:val="0"/>
          <w:sz w:val="16"/>
          <w:u w:val="none"/>
        </w:rPr>
        <w:t xml:space="preserve"> will </w:t>
      </w:r>
      <w:r>
        <w:rPr>
          <w:b w:val="0"/>
          <w:i w:val="0"/>
          <w:smallCaps w:val="0"/>
          <w:strike w:val="0"/>
          <w:sz w:val="20"/>
          <w:u w:val="single"/>
        </w:rPr>
        <w:t>eliminate</w:t>
      </w:r>
      <w:r>
        <w:rPr>
          <w:b w:val="0"/>
          <w:i w:val="0"/>
          <w:smallCaps w:val="0"/>
          <w:strike w:val="0"/>
          <w:sz w:val="20"/>
          <w:u w:val="single"/>
        </w:rPr>
        <w:t xml:space="preserve"> an important </w:t>
      </w:r>
      <w:r>
        <w:rPr>
          <w:b w:val="0"/>
          <w:i w:val="0"/>
          <w:smallCaps w:val="0"/>
          <w:strike w:val="0"/>
          <w:sz w:val="20"/>
          <w:u w:val="single"/>
        </w:rPr>
        <w:t>pathway</w:t>
      </w:r>
      <w:r>
        <w:rPr>
          <w:b w:val="0"/>
          <w:i w:val="0"/>
          <w:smallCaps w:val="0"/>
          <w:strike w:val="0"/>
          <w:sz w:val="20"/>
          <w:u w:val="single"/>
        </w:rPr>
        <w:t xml:space="preserve"> for </w:t>
      </w:r>
      <w:r>
        <w:rPr>
          <w:b w:val="0"/>
          <w:i w:val="0"/>
          <w:smallCaps w:val="0"/>
          <w:strike w:val="0"/>
          <w:sz w:val="20"/>
          <w:u w:val="single"/>
        </w:rPr>
        <w:t>invalidating</w:t>
      </w:r>
      <w:r>
        <w:rPr>
          <w:b w:val="0"/>
          <w:i w:val="0"/>
          <w:smallCaps w:val="0"/>
          <w:strike w:val="0"/>
          <w:sz w:val="20"/>
          <w:u w:val="single"/>
        </w:rPr>
        <w:t xml:space="preserve"> </w:t>
      </w:r>
      <w:r>
        <w:rPr>
          <w:b w:val="0"/>
          <w:i w:val="0"/>
          <w:smallCaps w:val="0"/>
          <w:strike w:val="0"/>
          <w:sz w:val="20"/>
          <w:u w:val="single"/>
        </w:rPr>
        <w:t>patents</w:t>
      </w:r>
      <w:r>
        <w:rPr>
          <w:b w:val="0"/>
          <w:i w:val="0"/>
          <w:smallCaps w:val="0"/>
          <w:strike w:val="0"/>
          <w:sz w:val="20"/>
          <w:u w:val="single"/>
        </w:rPr>
        <w:t xml:space="preserve"> asserted against </w:t>
      </w:r>
      <w:r>
        <w:rPr>
          <w:b w:val="0"/>
          <w:i w:val="0"/>
          <w:smallCaps w:val="0"/>
          <w:strike w:val="0"/>
          <w:sz w:val="16"/>
          <w:u w:val="none"/>
        </w:rPr>
        <w:t xml:space="preserve">Main Street </w:t>
      </w:r>
      <w:r>
        <w:rPr>
          <w:b w:val="0"/>
          <w:i w:val="0"/>
          <w:smallCaps w:val="0"/>
          <w:strike w:val="0"/>
          <w:sz w:val="20"/>
          <w:u w:val="single"/>
        </w:rPr>
        <w:t>companies</w:t>
      </w:r>
      <w:r>
        <w:rPr>
          <w:b w:val="0"/>
          <w:i w:val="0"/>
          <w:smallCaps w:val="0"/>
          <w:strike w:val="0"/>
          <w:sz w:val="16"/>
          <w:u w:val="none"/>
        </w:rPr>
        <w:t xml:space="preserve"> in NPE hold-up campaigns. Despite Congress’s considered decision that patent quality and integrity would be best served by allowing any member of the public to file an IPR, the </w:t>
      </w:r>
      <w:r>
        <w:rPr>
          <w:b w:val="0"/>
          <w:i w:val="0"/>
          <w:smallCaps w:val="0"/>
          <w:strike w:val="0"/>
          <w:sz w:val="20"/>
          <w:u w:val="single"/>
        </w:rPr>
        <w:t>proposed</w:t>
      </w:r>
      <w:r>
        <w:rPr>
          <w:b w:val="0"/>
          <w:i w:val="0"/>
          <w:smallCaps w:val="0"/>
          <w:strike w:val="0"/>
          <w:sz w:val="20"/>
          <w:u w:val="single"/>
        </w:rPr>
        <w:t xml:space="preserve"> </w:t>
      </w:r>
      <w:r>
        <w:rPr>
          <w:b w:val="0"/>
          <w:i w:val="0"/>
          <w:smallCaps w:val="0"/>
          <w:strike w:val="0"/>
          <w:sz w:val="20"/>
          <w:u w:val="single"/>
        </w:rPr>
        <w:t>rules</w:t>
      </w:r>
      <w:r>
        <w:rPr>
          <w:b w:val="0"/>
          <w:i w:val="0"/>
          <w:smallCaps w:val="0"/>
          <w:strike w:val="0"/>
          <w:sz w:val="20"/>
          <w:u w:val="single"/>
        </w:rPr>
        <w:t xml:space="preserve"> seek to limit who can file a petition</w:t>
      </w:r>
      <w:r>
        <w:rPr>
          <w:b w:val="0"/>
          <w:i w:val="0"/>
          <w:smallCaps w:val="0"/>
          <w:strike w:val="0"/>
          <w:sz w:val="16"/>
          <w:u w:val="none"/>
        </w:rPr>
        <w:t xml:space="preserve">. This will be especially injurious to UFPR’s Main Street members and companies like them who have </w:t>
      </w:r>
      <w:r>
        <w:rPr>
          <w:b w:val="0"/>
          <w:i w:val="0"/>
          <w:smallCaps w:val="0"/>
          <w:strike w:val="0"/>
          <w:sz w:val="20"/>
          <w:u w:val="single"/>
        </w:rPr>
        <w:t>benefited</w:t>
      </w:r>
      <w:r>
        <w:rPr>
          <w:b w:val="0"/>
          <w:i w:val="0"/>
          <w:smallCaps w:val="0"/>
          <w:strike w:val="0"/>
          <w:sz w:val="20"/>
          <w:u w:val="single"/>
        </w:rPr>
        <w:t xml:space="preserve"> </w:t>
      </w:r>
      <w:r>
        <w:rPr>
          <w:b w:val="0"/>
          <w:i w:val="0"/>
          <w:smallCaps w:val="0"/>
          <w:strike w:val="0"/>
          <w:sz w:val="20"/>
          <w:u w:val="single"/>
        </w:rPr>
        <w:t>greatly</w:t>
      </w:r>
      <w:r>
        <w:rPr>
          <w:b w:val="0"/>
          <w:i w:val="0"/>
          <w:smallCaps w:val="0"/>
          <w:strike w:val="0"/>
          <w:sz w:val="20"/>
          <w:u w:val="single"/>
        </w:rPr>
        <w:t xml:space="preserve"> from </w:t>
      </w:r>
      <w:r>
        <w:rPr>
          <w:b w:val="0"/>
          <w:i w:val="0"/>
          <w:smallCaps w:val="0"/>
          <w:strike w:val="0"/>
          <w:sz w:val="20"/>
          <w:u w:val="single"/>
        </w:rPr>
        <w:t>IPRs</w:t>
      </w:r>
      <w:r>
        <w:rPr>
          <w:b w:val="0"/>
          <w:i w:val="0"/>
          <w:smallCaps w:val="0"/>
          <w:strike w:val="0"/>
          <w:sz w:val="20"/>
          <w:u w:val="single"/>
        </w:rPr>
        <w:t xml:space="preserve"> </w:t>
      </w:r>
      <w:r>
        <w:rPr>
          <w:b w:val="0"/>
          <w:i w:val="0"/>
          <w:smallCaps w:val="0"/>
          <w:strike w:val="0"/>
          <w:sz w:val="20"/>
          <w:u w:val="single"/>
        </w:rPr>
        <w:t>brought</w:t>
      </w:r>
      <w:r>
        <w:rPr>
          <w:b w:val="0"/>
          <w:i w:val="0"/>
          <w:smallCaps w:val="0"/>
          <w:strike w:val="0"/>
          <w:sz w:val="16"/>
          <w:u w:val="none"/>
        </w:rPr>
        <w:t xml:space="preserve"> by others, including trade associations, patent-challenge organizations, and public interest groups. There are many examples of sweeping campaigns by NPEs seeking hold-up nuisance settlements based on invalid patents being stopped by IPR challenges brought by the types of organizations this proposal seeks to derail…” – United for Patent Reform (Business coalition representing over 90 million U.S. employees)</w:t>
      </w:r>
    </w:p>
    <w:p>
      <w:pPr>
        <w:spacing w:after="60"/>
      </w:pPr>
      <w:r>
        <w:rPr>
          <w:b w:val="0"/>
          <w:i w:val="0"/>
          <w:smallCaps w:val="0"/>
          <w:strike w:val="0"/>
          <w:sz w:val="16"/>
          <w:u w:val="none"/>
        </w:rPr>
        <w:t xml:space="preserve">“...These petitioning organizations, including Unified Patents and Askeladden, overcome a collective action problem that bedevils patent litigation: when the plaintiff offers to settle for an amount far below the high cost of litigation, no defendant has an incentive to challenge the patent. Some </w:t>
      </w:r>
      <w:r>
        <w:rPr>
          <w:b w:val="0"/>
          <w:i w:val="0"/>
          <w:smallCaps w:val="0"/>
          <w:strike w:val="0"/>
          <w:sz w:val="20"/>
          <w:u w:val="single"/>
        </w:rPr>
        <w:t>patent</w:t>
      </w:r>
      <w:r>
        <w:rPr>
          <w:b w:val="0"/>
          <w:i w:val="0"/>
          <w:smallCaps w:val="0"/>
          <w:strike w:val="0"/>
          <w:sz w:val="16"/>
          <w:u w:val="none"/>
        </w:rPr>
        <w:t xml:space="preserve"> </w:t>
      </w:r>
      <w:r>
        <w:rPr>
          <w:b w:val="0"/>
          <w:i w:val="0"/>
          <w:smallCaps w:val="0"/>
          <w:strike w:val="0"/>
          <w:sz w:val="20"/>
          <w:u w:val="single"/>
        </w:rPr>
        <w:t>assertion</w:t>
      </w:r>
      <w:r>
        <w:rPr>
          <w:b w:val="0"/>
          <w:i w:val="0"/>
          <w:smallCaps w:val="0"/>
          <w:strike w:val="0"/>
          <w:sz w:val="16"/>
          <w:u w:val="none"/>
        </w:rPr>
        <w:t xml:space="preserve"> </w:t>
      </w:r>
      <w:r>
        <w:rPr>
          <w:b w:val="0"/>
          <w:i w:val="0"/>
          <w:smallCaps w:val="0"/>
          <w:strike w:val="0"/>
          <w:sz w:val="20"/>
          <w:u w:val="single"/>
        </w:rPr>
        <w:t>entities</w:t>
      </w:r>
      <w:r>
        <w:rPr>
          <w:b w:val="0"/>
          <w:i w:val="0"/>
          <w:smallCaps w:val="0"/>
          <w:strike w:val="0"/>
          <w:sz w:val="16"/>
          <w:u w:val="none"/>
        </w:rPr>
        <w:t xml:space="preserve"> have </w:t>
      </w:r>
      <w:r>
        <w:rPr>
          <w:b w:val="0"/>
          <w:i w:val="0"/>
          <w:smallCaps w:val="0"/>
          <w:strike w:val="0"/>
          <w:sz w:val="20"/>
          <w:u w:val="single"/>
        </w:rPr>
        <w:t xml:space="preserve">filed </w:t>
      </w:r>
      <w:r>
        <w:rPr>
          <w:b w:val="0"/>
          <w:i w:val="0"/>
          <w:smallCaps w:val="0"/>
          <w:strike w:val="0"/>
          <w:sz w:val="20"/>
          <w:u w:val="single"/>
        </w:rPr>
        <w:t>lawsuits</w:t>
      </w:r>
      <w:r>
        <w:rPr>
          <w:b w:val="0"/>
          <w:i w:val="0"/>
          <w:smallCaps w:val="0"/>
          <w:strike w:val="0"/>
          <w:sz w:val="20"/>
          <w:u w:val="single"/>
        </w:rPr>
        <w:t xml:space="preserve"> on the same </w:t>
      </w:r>
      <w:r>
        <w:rPr>
          <w:b w:val="0"/>
          <w:i w:val="0"/>
          <w:smallCaps w:val="0"/>
          <w:strike w:val="0"/>
          <w:sz w:val="20"/>
          <w:u w:val="single"/>
        </w:rPr>
        <w:t>patent</w:t>
      </w:r>
      <w:r>
        <w:rPr>
          <w:b w:val="0"/>
          <w:i w:val="0"/>
          <w:smallCaps w:val="0"/>
          <w:strike w:val="0"/>
          <w:sz w:val="16"/>
          <w:u w:val="none"/>
        </w:rPr>
        <w:t xml:space="preserve"> over a </w:t>
      </w:r>
      <w:r>
        <w:rPr>
          <w:b w:val="0"/>
          <w:i w:val="0"/>
          <w:smallCaps w:val="0"/>
          <w:strike w:val="0"/>
          <w:sz w:val="20"/>
          <w:u w:val="single"/>
        </w:rPr>
        <w:t>hundred</w:t>
      </w:r>
      <w:r>
        <w:rPr>
          <w:b w:val="0"/>
          <w:i w:val="0"/>
          <w:smallCaps w:val="0"/>
          <w:strike w:val="0"/>
          <w:sz w:val="16"/>
          <w:u w:val="none"/>
        </w:rPr>
        <w:t xml:space="preserve"> </w:t>
      </w:r>
      <w:r>
        <w:rPr>
          <w:b w:val="0"/>
          <w:i w:val="0"/>
          <w:smallCaps w:val="0"/>
          <w:strike w:val="0"/>
          <w:sz w:val="20"/>
          <w:u w:val="single"/>
        </w:rPr>
        <w:t>times</w:t>
      </w:r>
      <w:r>
        <w:rPr>
          <w:b w:val="0"/>
          <w:i w:val="0"/>
          <w:smallCaps w:val="0"/>
          <w:strike w:val="0"/>
          <w:sz w:val="16"/>
          <w:u w:val="none"/>
        </w:rPr>
        <w:t xml:space="preserve">—often </w:t>
      </w:r>
      <w:r>
        <w:rPr>
          <w:b w:val="0"/>
          <w:i w:val="0"/>
          <w:smallCaps w:val="0"/>
          <w:strike w:val="0"/>
          <w:sz w:val="20"/>
          <w:u w:val="single"/>
        </w:rPr>
        <w:t xml:space="preserve">targeting </w:t>
      </w:r>
      <w:r>
        <w:rPr>
          <w:b w:val="0"/>
          <w:i w:val="0"/>
          <w:smallCaps w:val="0"/>
          <w:strike w:val="0"/>
          <w:sz w:val="20"/>
          <w:u w:val="single"/>
        </w:rPr>
        <w:t>small business</w:t>
      </w:r>
      <w:r>
        <w:rPr>
          <w:b w:val="0"/>
          <w:i w:val="0"/>
          <w:smallCaps w:val="0"/>
          <w:strike w:val="0"/>
          <w:sz w:val="16"/>
          <w:u w:val="none"/>
        </w:rPr>
        <w:t xml:space="preserve">, which are </w:t>
      </w:r>
      <w:r>
        <w:rPr>
          <w:b w:val="0"/>
          <w:i w:val="0"/>
          <w:smallCaps w:val="0"/>
          <w:strike w:val="0"/>
          <w:sz w:val="20"/>
          <w:u w:val="single"/>
        </w:rPr>
        <w:t xml:space="preserve">even </w:t>
      </w:r>
      <w:r>
        <w:rPr>
          <w:b w:val="0"/>
          <w:i w:val="0"/>
          <w:smallCaps w:val="0"/>
          <w:strike w:val="0"/>
          <w:sz w:val="20"/>
          <w:u w:val="single"/>
        </w:rPr>
        <w:t>more</w:t>
      </w:r>
      <w:r>
        <w:rPr>
          <w:b w:val="0"/>
          <w:i w:val="0"/>
          <w:smallCaps w:val="0"/>
          <w:strike w:val="0"/>
          <w:sz w:val="20"/>
          <w:u w:val="single"/>
        </w:rPr>
        <w:t xml:space="preserve"> </w:t>
      </w:r>
      <w:r>
        <w:rPr>
          <w:b w:val="0"/>
          <w:i w:val="0"/>
          <w:smallCaps w:val="0"/>
          <w:strike w:val="0"/>
          <w:sz w:val="20"/>
          <w:u w:val="single"/>
        </w:rPr>
        <w:t>likely</w:t>
      </w:r>
      <w:r>
        <w:rPr>
          <w:b w:val="0"/>
          <w:i w:val="0"/>
          <w:smallCaps w:val="0"/>
          <w:strike w:val="0"/>
          <w:sz w:val="20"/>
          <w:u w:val="single"/>
        </w:rPr>
        <w:t xml:space="preserve"> to settle</w:t>
      </w:r>
      <w:r>
        <w:rPr>
          <w:b w:val="0"/>
          <w:i w:val="0"/>
          <w:smallCaps w:val="0"/>
          <w:strike w:val="0"/>
          <w:sz w:val="16"/>
          <w:u w:val="none"/>
        </w:rPr>
        <w:t>—before the patent’s claims were finally canceled in a challenge brought by a petitioning organization. If these organizations were prevented from operating, as the ANPRM proposes, these same assertion campaigns would no doubt have continued, repeatedly extracting small but substantial amounts from small businesses and other operating companies based on a patent that never should have issued…” – U.S. Manufacturers Association for Development and Enterprise (Nonprofit association representing companies manufacturing diverse goods in the United States)</w:t>
      </w:r>
    </w:p>
    <w:p>
      <w:pPr>
        <w:pStyle w:val="Caption"/>
      </w:pPr>
      <w:r>
        <w:t>Source: Inter Partes Review Neg - Michigan 7 2024 BEJK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