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Patent Trolls </w:t>
      </w:r>
      <w:r>
        <w:rPr>
          <w:b/>
          <w:i w:val="0"/>
          <w:smallCaps w:val="0"/>
          <w:strike w:val="0"/>
          <w:sz w:val="24"/>
          <w:u w:val="single"/>
        </w:rPr>
        <w:t>deck startup innovation</w:t>
      </w:r>
      <w:r>
        <w:rPr>
          <w:b/>
          <w:i w:val="0"/>
          <w:smallCaps w:val="0"/>
          <w:strike w:val="0"/>
          <w:sz w:val="24"/>
          <w:u w:val="none"/>
        </w:rPr>
        <w:t xml:space="preserve">---the </w:t>
      </w:r>
      <w:r>
        <w:rPr>
          <w:b/>
          <w:i w:val="0"/>
          <w:smallCaps w:val="0"/>
          <w:strike w:val="0"/>
          <w:sz w:val="24"/>
          <w:u w:val="single"/>
        </w:rPr>
        <w:t>mere</w:t>
      </w:r>
      <w:r>
        <w:rPr>
          <w:b/>
          <w:i w:val="0"/>
          <w:smallCaps w:val="0"/>
          <w:strike w:val="0"/>
          <w:sz w:val="24"/>
          <w:u w:val="none"/>
        </w:rPr>
        <w:t xml:space="preserve"> perception </w:t>
      </w:r>
      <w:r>
        <w:rPr>
          <w:b/>
          <w:i w:val="0"/>
          <w:smallCaps w:val="0"/>
          <w:strike w:val="0"/>
          <w:sz w:val="24"/>
          <w:u w:val="single"/>
        </w:rPr>
        <w:t>decks innovation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>P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ascal-Emmanuel </w:t>
      </w:r>
      <w:r>
        <w:rPr>
          <w:b/>
          <w:i w:val="0"/>
          <w:smallCaps w:val="0"/>
          <w:strike w:val="0"/>
          <w:sz w:val="24"/>
          <w:u w:val="none"/>
        </w:rPr>
        <w:t>Gobry</w:t>
      </w:r>
      <w:r>
        <w:rPr>
          <w:b/>
          <w:i w:val="0"/>
          <w:smallCaps w:val="0"/>
          <w:strike w:val="0"/>
          <w:sz w:val="2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0"/>
          <w:u w:val="none"/>
        </w:rPr>
        <w:t>April 21 20</w:t>
      </w:r>
      <w:r>
        <w:rPr>
          <w:b/>
          <w:i w:val="0"/>
          <w:smallCaps w:val="0"/>
          <w:strike w:val="0"/>
          <w:sz w:val="24"/>
          <w:u w:val="none"/>
        </w:rPr>
        <w:t>16</w:t>
      </w:r>
      <w:r>
        <w:rPr>
          <w:b w:val="0"/>
          <w:i w:val="0"/>
          <w:smallCaps w:val="0"/>
          <w:strike w:val="0"/>
          <w:sz w:val="20"/>
          <w:u w:val="none"/>
        </w:rPr>
        <w:t>;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</w:t>
      </w:r>
      <w:r>
        <w:rPr>
          <w:b w:val="0"/>
          <w:i w:val="0"/>
          <w:smallCaps w:val="0"/>
          <w:strike w:val="0"/>
          <w:sz w:val="20"/>
          <w:u w:val="none"/>
        </w:rPr>
        <w:t>ellow at the Ethics and Public Policy Center</w:t>
      </w:r>
      <w:r>
        <w:rPr>
          <w:b w:val="0"/>
          <w:i w:val="0"/>
          <w:smallCaps w:val="0"/>
          <w:strike w:val="0"/>
          <w:sz w:val="20"/>
          <w:u w:val="none"/>
        </w:rPr>
        <w:t>; “</w:t>
      </w:r>
      <w:r>
        <w:rPr>
          <w:b w:val="0"/>
          <w:i w:val="0"/>
          <w:smallCaps w:val="0"/>
          <w:strike w:val="0"/>
          <w:sz w:val="20"/>
          <w:u w:val="none"/>
        </w:rPr>
        <w:t>How to kill patent trolls once and for all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”; </w:t>
      </w:r>
      <w:r>
        <w:rPr>
          <w:b w:val="0"/>
          <w:i w:val="0"/>
          <w:smallCaps w:val="0"/>
          <w:strike w:val="0"/>
          <w:sz w:val="20"/>
          <w:u w:val="none"/>
        </w:rPr>
        <w:t>https://theweek.com/articles/619643/how-kill-patent-trolls-once-all</w:t>
      </w:r>
      <w:r>
        <w:rPr>
          <w:b w:val="0"/>
          <w:i w:val="0"/>
          <w:smallCaps w:val="0"/>
          <w:strike w:val="0"/>
          <w:sz w:val="20"/>
          <w:u w:val="none"/>
        </w:rPr>
        <w:t>/ NP]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If you ask </w:t>
      </w:r>
      <w:r>
        <w:rPr>
          <w:b w:val="0"/>
          <w:i w:val="0"/>
          <w:smallCaps w:val="0"/>
          <w:strike w:val="0"/>
          <w:sz w:val="20"/>
          <w:u w:val="single"/>
        </w:rPr>
        <w:t>entrepreneurs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0"/>
          <w:u w:val="single"/>
        </w:rPr>
        <w:t>investors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Silicon Valley what's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holding back </w:t>
      </w:r>
      <w:r>
        <w:rPr>
          <w:b w:val="0"/>
          <w:i w:val="0"/>
          <w:smallCaps w:val="0"/>
          <w:strike w:val="0"/>
          <w:sz w:val="20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patent trolls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</w:t>
      </w:r>
      <w:r>
        <w:rPr>
          <w:b w:val="0"/>
          <w:i w:val="0"/>
          <w:smallCaps w:val="0"/>
          <w:strike w:val="0"/>
          <w:sz w:val="20"/>
          <w:u w:val="single"/>
        </w:rPr>
        <w:t>surely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 </w:t>
      </w:r>
      <w:r>
        <w:rPr>
          <w:b w:val="0"/>
          <w:i w:val="0"/>
          <w:smallCaps w:val="0"/>
          <w:strike w:val="0"/>
          <w:sz w:val="20"/>
          <w:u w:val="single"/>
        </w:rPr>
        <w:t>high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all of their </w:t>
      </w:r>
      <w:r>
        <w:rPr>
          <w:b w:val="0"/>
          <w:i w:val="0"/>
          <w:smallCaps w:val="0"/>
          <w:strike w:val="0"/>
          <w:sz w:val="20"/>
          <w:u w:val="single"/>
        </w:rPr>
        <w:t>lists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Why are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patent trolls so </w:t>
      </w:r>
      <w:r>
        <w:rPr>
          <w:b w:val="0"/>
          <w:i w:val="0"/>
          <w:smallCaps w:val="0"/>
          <w:strike w:val="0"/>
          <w:sz w:val="20"/>
          <w:u w:val="single"/>
        </w:rPr>
        <w:t>deleterious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Well, these </w:t>
      </w:r>
      <w:r>
        <w:rPr>
          <w:b w:val="0"/>
          <w:i w:val="0"/>
          <w:smallCaps w:val="0"/>
          <w:strike w:val="0"/>
          <w:sz w:val="20"/>
          <w:u w:val="single"/>
        </w:rPr>
        <w:t>companies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exist for no other reason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</w:t>
      </w:r>
      <w:r>
        <w:rPr>
          <w:b w:val="0"/>
          <w:i w:val="0"/>
          <w:smallCaps w:val="0"/>
          <w:strike w:val="0"/>
          <w:sz w:val="20"/>
          <w:u w:val="single"/>
        </w:rPr>
        <w:t>gobble 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then </w:t>
      </w:r>
      <w:r>
        <w:rPr>
          <w:b w:val="0"/>
          <w:i w:val="0"/>
          <w:smallCaps w:val="0"/>
          <w:strike w:val="0"/>
          <w:sz w:val="20"/>
          <w:u w:val="single"/>
        </w:rPr>
        <w:t>file frivolous lawsuits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</w:t>
      </w:r>
      <w:r>
        <w:rPr>
          <w:b w:val="0"/>
          <w:i w:val="0"/>
          <w:smallCaps w:val="0"/>
          <w:strike w:val="0"/>
          <w:sz w:val="20"/>
          <w:u w:val="single"/>
        </w:rPr>
        <w:t>semantic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0"/>
          <w:u w:val="single"/>
        </w:rPr>
        <w:t>violations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against any target they can find, with the hope of cashing in with a big settlement. Needless to say, this can </w:t>
      </w:r>
      <w:r>
        <w:rPr>
          <w:b w:val="0"/>
          <w:i w:val="0"/>
          <w:smallCaps w:val="0"/>
          <w:strike w:val="0"/>
          <w:sz w:val="20"/>
          <w:u w:val="single"/>
        </w:rPr>
        <w:t>wreck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finances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0"/>
          <w:u w:val="single"/>
        </w:rPr>
        <w:t>startup companies</w:t>
      </w:r>
      <w:r>
        <w:rPr>
          <w:b w:val="0"/>
          <w:i w:val="0"/>
          <w:smallCaps w:val="0"/>
          <w:strike w:val="0"/>
          <w:sz w:val="16"/>
          <w:u w:val="none"/>
        </w:rPr>
        <w:t>. (If you want more details, listen to this brilliant This American Life investigation of patent trolls from 2011.)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Patents are valuable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</w:t>
      </w:r>
      <w:r>
        <w:rPr>
          <w:b w:val="0"/>
          <w:i w:val="0"/>
          <w:smallCaps w:val="0"/>
          <w:strike w:val="0"/>
          <w:sz w:val="20"/>
          <w:u w:val="single"/>
        </w:rPr>
        <w:t>protect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</w:t>
      </w:r>
      <w:r>
        <w:rPr>
          <w:b w:val="0"/>
          <w:i w:val="0"/>
          <w:smallCaps w:val="0"/>
          <w:strike w:val="0"/>
          <w:sz w:val="20"/>
          <w:u w:val="single"/>
        </w:rPr>
        <w:t>copycats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</w:t>
      </w:r>
      <w:r>
        <w:rPr>
          <w:b w:val="0"/>
          <w:i w:val="0"/>
          <w:smallCaps w:val="0"/>
          <w:strike w:val="0"/>
          <w:sz w:val="20"/>
          <w:u w:val="single"/>
        </w:rPr>
        <w:t>thieves</w:t>
      </w:r>
      <w:r>
        <w:rPr>
          <w:b w:val="0"/>
          <w:i w:val="0"/>
          <w:smallCaps w:val="0"/>
          <w:strike w:val="0"/>
          <w:sz w:val="16"/>
          <w:u w:val="none"/>
        </w:rPr>
        <w:t>. But America's patent system is broken. The 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.S. patent office </w:t>
      </w:r>
      <w:r>
        <w:rPr>
          <w:b w:val="0"/>
          <w:i w:val="0"/>
          <w:smallCaps w:val="0"/>
          <w:strike w:val="0"/>
          <w:sz w:val="20"/>
          <w:u w:val="single"/>
        </w:rPr>
        <w:t>grants very broad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patents for </w:t>
      </w:r>
      <w:r>
        <w:rPr>
          <w:b w:val="0"/>
          <w:i w:val="0"/>
          <w:smallCaps w:val="0"/>
          <w:strike w:val="0"/>
          <w:sz w:val="20"/>
          <w:u w:val="single"/>
        </w:rPr>
        <w:t>inventions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where </w:t>
      </w:r>
      <w:r>
        <w:rPr>
          <w:b w:val="0"/>
          <w:i w:val="0"/>
          <w:smallCaps w:val="0"/>
          <w:strike w:val="0"/>
          <w:sz w:val="20"/>
          <w:u w:val="single"/>
        </w:rPr>
        <w:t>"prior art"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use the term of art)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already </w:t>
      </w:r>
      <w:r>
        <w:rPr>
          <w:b w:val="0"/>
          <w:i w:val="0"/>
          <w:smallCaps w:val="0"/>
          <w:strike w:val="0"/>
          <w:sz w:val="20"/>
          <w:u w:val="single"/>
        </w:rPr>
        <w:t>exists</w:t>
      </w:r>
      <w:r>
        <w:rPr>
          <w:b w:val="0"/>
          <w:i w:val="0"/>
          <w:smallCaps w:val="0"/>
          <w:strike w:val="0"/>
          <w:sz w:val="16"/>
          <w:u w:val="none"/>
        </w:rPr>
        <w:t>. Shell companies find ways to buy those patents and exploit them to wring cash out of technology companies. Think of it as the tech equivalent of ambulance chasing.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is a </w:t>
      </w:r>
      <w:r>
        <w:rPr>
          <w:b w:val="0"/>
          <w:i w:val="0"/>
          <w:smallCaps w:val="0"/>
          <w:strike w:val="0"/>
          <w:sz w:val="20"/>
          <w:u w:val="single"/>
        </w:rPr>
        <w:t>tremendous drag on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because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0"/>
          <w:u w:val="single"/>
        </w:rPr>
        <w:t>trolls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typically go after </w:t>
      </w:r>
      <w:r>
        <w:rPr>
          <w:b w:val="0"/>
          <w:i w:val="0"/>
          <w:smallCaps w:val="0"/>
          <w:strike w:val="0"/>
          <w:sz w:val="20"/>
          <w:u w:val="single"/>
        </w:rPr>
        <w:t>startups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Google and Apple have all the cash in the world to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defend themselves against </w:t>
      </w:r>
      <w:r>
        <w:rPr>
          <w:b w:val="0"/>
          <w:i w:val="0"/>
          <w:smallCaps w:val="0"/>
          <w:strike w:val="0"/>
          <w:sz w:val="20"/>
          <w:u w:val="single"/>
        </w:rPr>
        <w:t>frivolous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lawsuits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They're not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particularly </w:t>
      </w:r>
      <w:r>
        <w:rPr>
          <w:b w:val="0"/>
          <w:i w:val="0"/>
          <w:smallCaps w:val="0"/>
          <w:strike w:val="0"/>
          <w:sz w:val="20"/>
          <w:u w:val="single"/>
        </w:rPr>
        <w:t>ripe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targets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</w:t>
      </w:r>
      <w:r>
        <w:rPr>
          <w:b w:val="0"/>
          <w:i w:val="0"/>
          <w:smallCaps w:val="0"/>
          <w:strike w:val="0"/>
          <w:sz w:val="20"/>
          <w:u w:val="single"/>
        </w:rPr>
        <w:t>patent trolls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Much </w:t>
      </w:r>
      <w:r>
        <w:rPr>
          <w:b w:val="0"/>
          <w:i w:val="0"/>
          <w:smallCaps w:val="0"/>
          <w:strike w:val="0"/>
          <w:sz w:val="20"/>
          <w:u w:val="single"/>
        </w:rPr>
        <w:t>juicier are cash-strapped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0"/>
          <w:u w:val="single"/>
        </w:rPr>
        <w:t>time-strapped startups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20"/>
          <w:u w:val="single"/>
        </w:rPr>
        <w:t>typically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prefer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settle a </w:t>
      </w:r>
      <w:r>
        <w:rPr>
          <w:b w:val="0"/>
          <w:i w:val="0"/>
          <w:smallCaps w:val="0"/>
          <w:strike w:val="0"/>
          <w:sz w:val="20"/>
          <w:u w:val="single"/>
        </w:rPr>
        <w:t>frivolous lawsuit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quickly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 than fight it all the way to the </w:t>
      </w:r>
      <w:r>
        <w:rPr>
          <w:b w:val="0"/>
          <w:i w:val="0"/>
          <w:smallCaps w:val="0"/>
          <w:strike w:val="0"/>
          <w:sz w:val="20"/>
          <w:u w:val="single"/>
        </w:rPr>
        <w:t>bitter end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Sometimes </w:t>
      </w:r>
      <w:r>
        <w:rPr>
          <w:b w:val="0"/>
          <w:i w:val="0"/>
          <w:smallCaps w:val="0"/>
          <w:strike w:val="0"/>
          <w:sz w:val="20"/>
          <w:u w:val="single"/>
        </w:rPr>
        <w:t>patent trolls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extract </w:t>
      </w:r>
      <w:r>
        <w:rPr>
          <w:b w:val="0"/>
          <w:i w:val="0"/>
          <w:smallCaps w:val="0"/>
          <w:strike w:val="0"/>
          <w:sz w:val="20"/>
          <w:u w:val="single"/>
        </w:rPr>
        <w:t>payment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0"/>
          <w:u w:val="single"/>
        </w:rPr>
        <w:t>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so that they can go after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even more </w:t>
      </w:r>
      <w:r>
        <w:rPr>
          <w:b w:val="0"/>
          <w:i w:val="0"/>
          <w:smallCaps w:val="0"/>
          <w:strike w:val="0"/>
          <w:sz w:val="20"/>
          <w:u w:val="single"/>
        </w:rPr>
        <w:t>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creates a </w:t>
      </w:r>
      <w:r>
        <w:rPr>
          <w:b w:val="0"/>
          <w:i w:val="0"/>
          <w:smallCaps w:val="0"/>
          <w:strike w:val="0"/>
          <w:sz w:val="20"/>
          <w:u w:val="single"/>
        </w:rPr>
        <w:t>vicious cycle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Other times, they will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kindly </w:t>
      </w:r>
      <w:r>
        <w:rPr>
          <w:b w:val="0"/>
          <w:i w:val="0"/>
          <w:smallCaps w:val="0"/>
          <w:strike w:val="0"/>
          <w:sz w:val="20"/>
          <w:u w:val="single"/>
        </w:rPr>
        <w:t>offer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u w:val="single"/>
        </w:rPr>
        <w:t>lend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u w:val="single"/>
        </w:rPr>
        <w:t>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target firm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a fee, to protect themselves from lawsuit, 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form of </w:t>
      </w:r>
      <w:r>
        <w:rPr>
          <w:b w:val="0"/>
          <w:i w:val="0"/>
          <w:smallCaps w:val="0"/>
          <w:strike w:val="0"/>
          <w:sz w:val="20"/>
          <w:u w:val="single"/>
        </w:rPr>
        <w:t>extortion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0"/>
          <w:u w:val="single"/>
        </w:rPr>
        <w:t>trolls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cost defendant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$29 billion per year in out-of-pocket costs, according to one study. But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drag on </w:t>
      </w:r>
      <w:r>
        <w:rPr>
          <w:b w:val="0"/>
          <w:i w:val="0"/>
          <w:smallCaps w:val="0"/>
          <w:strike w:val="0"/>
          <w:sz w:val="20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much bigger than that. Think of all the </w:t>
      </w:r>
      <w:r>
        <w:rPr>
          <w:b w:val="0"/>
          <w:i w:val="0"/>
          <w:smallCaps w:val="0"/>
          <w:strike w:val="0"/>
          <w:sz w:val="20"/>
          <w:u w:val="single"/>
        </w:rPr>
        <w:t>fledgling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0"/>
          <w:u w:val="single"/>
        </w:rPr>
        <w:t>miss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crucial time-to-market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opportunities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whose </w:t>
      </w:r>
      <w:r>
        <w:rPr>
          <w:b w:val="0"/>
          <w:i w:val="0"/>
          <w:smallCaps w:val="0"/>
          <w:strike w:val="0"/>
          <w:sz w:val="20"/>
          <w:u w:val="single"/>
        </w:rPr>
        <w:t>products don't reach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0"/>
          <w:u w:val="single"/>
        </w:rPr>
        <w:t>full potential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because they have to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fight </w:t>
      </w:r>
      <w:r>
        <w:rPr>
          <w:b w:val="0"/>
          <w:i w:val="0"/>
          <w:smallCaps w:val="0"/>
          <w:strike w:val="0"/>
          <w:sz w:val="20"/>
          <w:u w:val="single"/>
        </w:rPr>
        <w:t>patent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trolls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Some would-be entrepreneurs are surely so </w:t>
      </w:r>
      <w:r>
        <w:rPr>
          <w:b w:val="0"/>
          <w:i w:val="0"/>
          <w:smallCaps w:val="0"/>
          <w:strike w:val="0"/>
          <w:sz w:val="20"/>
          <w:u w:val="single"/>
        </w:rPr>
        <w:t>frightened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patent trolls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don't even </w:t>
      </w:r>
      <w:r>
        <w:rPr>
          <w:b w:val="0"/>
          <w:i w:val="0"/>
          <w:smallCaps w:val="0"/>
          <w:strike w:val="0"/>
          <w:sz w:val="20"/>
          <w:u w:val="single"/>
        </w:rPr>
        <w:t>bother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trying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