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none"/>
        </w:rPr>
        <w:t xml:space="preserve">deck </w:t>
      </w:r>
      <w:r>
        <w:rPr>
          <w:b/>
          <w:i w:val="0"/>
          <w:smallCaps w:val="0"/>
          <w:strike w:val="0"/>
          <w:sz w:val="24"/>
          <w:u w:val="single"/>
        </w:rPr>
        <w:t>innovation</w:t>
      </w:r>
      <w:r>
        <w:rPr>
          <w:b/>
          <w:i w:val="0"/>
          <w:smallCaps w:val="0"/>
          <w:strike w:val="0"/>
          <w:sz w:val="24"/>
          <w:u w:val="none"/>
        </w:rPr>
        <w:t xml:space="preserve">---the </w:t>
      </w:r>
      <w:r>
        <w:rPr>
          <w:b/>
          <w:i w:val="0"/>
          <w:smallCaps w:val="0"/>
          <w:strike w:val="0"/>
          <w:sz w:val="24"/>
          <w:u w:val="single"/>
        </w:rPr>
        <w:t>mere</w:t>
      </w:r>
      <w:r>
        <w:rPr>
          <w:b/>
          <w:i w:val="0"/>
          <w:smallCaps w:val="0"/>
          <w:strike w:val="0"/>
          <w:sz w:val="24"/>
          <w:u w:val="none"/>
        </w:rPr>
        <w:t xml:space="preserve"> perception </w:t>
      </w:r>
      <w:r>
        <w:rPr>
          <w:b/>
          <w:i w:val="0"/>
          <w:smallCaps w:val="0"/>
          <w:strike w:val="0"/>
          <w:sz w:val="24"/>
          <w:u w:val="single"/>
        </w:rPr>
        <w:t>deters inventors</w:t>
      </w:r>
      <w:r>
        <w:rPr>
          <w:b/>
          <w:i w:val="0"/>
          <w:smallCaps w:val="0"/>
          <w:strike w:val="0"/>
          <w:sz w:val="24"/>
          <w:u w:val="none"/>
        </w:rPr>
        <w:t>.</w:t>
      </w:r>
    </w:p>
    <w:p>
      <w:pPr>
        <w:spacing w:after="80"/>
      </w:pPr>
      <w:r>
        <w:rPr>
          <w:b w:val="0"/>
          <w:i w:val="0"/>
          <w:smallCaps w:val="0"/>
          <w:strike w:val="0"/>
          <w:sz w:val="20"/>
          <w:u w:val="none"/>
        </w:rPr>
        <w:t xml:space="preserve">[Rakesh </w:t>
      </w:r>
      <w:r>
        <w:rPr>
          <w:b/>
          <w:i w:val="0"/>
          <w:smallCaps w:val="0"/>
          <w:strike w:val="0"/>
          <w:sz w:val="24"/>
          <w:u w:val="none"/>
        </w:rPr>
        <w:t>Yadav</w:t>
      </w:r>
      <w:r>
        <w:rPr>
          <w:b w:val="0"/>
          <w:i w:val="0"/>
          <w:smallCaps w:val="0"/>
          <w:strike w:val="0"/>
          <w:sz w:val="20"/>
          <w:u w:val="none"/>
        </w:rPr>
        <w:t xml:space="preserve">; </w:t>
      </w:r>
      <w:r>
        <w:rPr>
          <w:b w:val="0"/>
          <w:i w:val="0"/>
          <w:smallCaps w:val="0"/>
          <w:strike w:val="0"/>
          <w:sz w:val="20"/>
          <w:u w:val="none"/>
        </w:rPr>
        <w:t>Senior Patent Associate at L.S. Davar &amp; Co.</w:t>
      </w:r>
      <w:r>
        <w:rPr>
          <w:b w:val="0"/>
          <w:i w:val="0"/>
          <w:smallCaps w:val="0"/>
          <w:strike w:val="0"/>
          <w:sz w:val="20"/>
          <w:u w:val="none"/>
        </w:rPr>
        <w:t>; Delhi University; “</w:t>
      </w:r>
      <w:r>
        <w:rPr>
          <w:b w:val="0"/>
          <w:i w:val="0"/>
          <w:smallCaps w:val="0"/>
          <w:strike w:val="0"/>
          <w:sz w:val="20"/>
          <w:u w:val="none"/>
        </w:rPr>
        <w:t>Patent Trolls And Their Impact on Innovation and Economic Growth</w:t>
      </w:r>
      <w:r>
        <w:rPr>
          <w:b w:val="0"/>
          <w:i w:val="0"/>
          <w:smallCaps w:val="0"/>
          <w:strike w:val="0"/>
          <w:sz w:val="20"/>
          <w:u w:val="none"/>
        </w:rPr>
        <w:t xml:space="preserve">” </w:t>
      </w:r>
      <w:r>
        <w:rPr>
          <w:b w:val="0"/>
          <w:i w:val="0"/>
          <w:smallCaps w:val="0"/>
          <w:strike w:val="0"/>
          <w:sz w:val="20"/>
          <w:u w:val="none"/>
        </w:rPr>
        <w:t>https://sandalawoffices.com/patent-trolls-and-their-impact-on-innovation-and-economic-growth/</w:t>
      </w:r>
      <w:r>
        <w:rPr>
          <w:b w:val="0"/>
          <w:i w:val="0"/>
          <w:smallCaps w:val="0"/>
          <w:strike w:val="0"/>
          <w:sz w:val="20"/>
          <w:u w:val="none"/>
        </w:rPr>
        <w:t xml:space="preserve"> NP]</w:t>
      </w:r>
    </w:p>
    <w:p>
      <w:pPr>
        <w:spacing w:after="60"/>
      </w:pPr>
      <w:r>
        <w:rPr>
          <w:b w:val="0"/>
          <w:i w:val="0"/>
          <w:smallCaps w:val="0"/>
          <w:strike w:val="0"/>
          <w:sz w:val="16"/>
          <w:u w:val="none"/>
        </w:rPr>
        <w:t xml:space="preserve">In the </w:t>
      </w:r>
      <w:r>
        <w:rPr>
          <w:b w:val="0"/>
          <w:i w:val="0"/>
          <w:smallCaps w:val="0"/>
          <w:strike w:val="0"/>
          <w:sz w:val="20"/>
          <w:u w:val="single"/>
        </w:rPr>
        <w:t>intricate</w:t>
      </w:r>
      <w:r>
        <w:rPr>
          <w:b w:val="0"/>
          <w:i w:val="0"/>
          <w:smallCaps w:val="0"/>
          <w:strike w:val="0"/>
          <w:sz w:val="16"/>
          <w:u w:val="none"/>
        </w:rPr>
        <w:t xml:space="preserve"> </w:t>
      </w:r>
      <w:r>
        <w:rPr>
          <w:b w:val="0"/>
          <w:i w:val="0"/>
          <w:smallCaps w:val="0"/>
          <w:strike w:val="0"/>
          <w:sz w:val="20"/>
          <w:u w:val="single"/>
        </w:rPr>
        <w:t>landscape</w:t>
      </w:r>
      <w:r>
        <w:rPr>
          <w:b w:val="0"/>
          <w:i w:val="0"/>
          <w:smallCaps w:val="0"/>
          <w:strike w:val="0"/>
          <w:sz w:val="16"/>
          <w:u w:val="none"/>
        </w:rPr>
        <w:t xml:space="preserve"> of </w:t>
      </w:r>
      <w:r>
        <w:rPr>
          <w:b w:val="0"/>
          <w:i w:val="0"/>
          <w:smallCaps w:val="0"/>
          <w:strike w:val="0"/>
          <w:sz w:val="20"/>
          <w:u w:val="single"/>
        </w:rPr>
        <w:t xml:space="preserve">intellectual </w:t>
      </w:r>
      <w:r>
        <w:rPr>
          <w:b w:val="0"/>
          <w:i w:val="0"/>
          <w:smallCaps w:val="0"/>
          <w:strike w:val="0"/>
          <w:sz w:val="20"/>
          <w:u w:val="single"/>
        </w:rPr>
        <w:t>property</w:t>
      </w:r>
      <w:r>
        <w:rPr>
          <w:b w:val="0"/>
          <w:i w:val="0"/>
          <w:smallCaps w:val="0"/>
          <w:strike w:val="0"/>
          <w:sz w:val="16"/>
          <w:u w:val="none"/>
        </w:rPr>
        <w:t xml:space="preserve">, the term </w:t>
      </w:r>
      <w:r>
        <w:rPr>
          <w:b w:val="0"/>
          <w:i w:val="0"/>
          <w:smallCaps w:val="0"/>
          <w:strike w:val="0"/>
          <w:sz w:val="20"/>
          <w:u w:val="single"/>
        </w:rPr>
        <w:t>“patent trolls”</w:t>
      </w:r>
      <w:r>
        <w:rPr>
          <w:b w:val="0"/>
          <w:i w:val="0"/>
          <w:smallCaps w:val="0"/>
          <w:strike w:val="0"/>
          <w:sz w:val="16"/>
          <w:u w:val="none"/>
        </w:rPr>
        <w:t xml:space="preserve"> has </w:t>
      </w:r>
      <w:r>
        <w:rPr>
          <w:b w:val="0"/>
          <w:i w:val="0"/>
          <w:smallCaps w:val="0"/>
          <w:strike w:val="0"/>
          <w:sz w:val="20"/>
          <w:u w:val="single"/>
        </w:rPr>
        <w:t>emerged</w:t>
      </w:r>
      <w:r>
        <w:rPr>
          <w:b w:val="0"/>
          <w:i w:val="0"/>
          <w:smallCaps w:val="0"/>
          <w:strike w:val="0"/>
          <w:sz w:val="16"/>
          <w:u w:val="none"/>
        </w:rPr>
        <w:t xml:space="preserve"> as a </w:t>
      </w:r>
      <w:r>
        <w:rPr>
          <w:b w:val="0"/>
          <w:i w:val="0"/>
          <w:smallCaps w:val="0"/>
          <w:strike w:val="0"/>
          <w:sz w:val="20"/>
          <w:u w:val="single"/>
        </w:rPr>
        <w:t>contentious</w:t>
      </w:r>
      <w:r>
        <w:rPr>
          <w:b w:val="0"/>
          <w:i w:val="0"/>
          <w:smallCaps w:val="0"/>
          <w:strike w:val="0"/>
          <w:sz w:val="16"/>
          <w:u w:val="none"/>
        </w:rPr>
        <w:t xml:space="preserve"> issue, </w:t>
      </w:r>
      <w:r>
        <w:rPr>
          <w:b w:val="0"/>
          <w:i w:val="0"/>
          <w:smallCaps w:val="0"/>
          <w:strike w:val="0"/>
          <w:sz w:val="20"/>
          <w:u w:val="single"/>
        </w:rPr>
        <w:t>sparking debates</w:t>
      </w:r>
      <w:r>
        <w:rPr>
          <w:b w:val="0"/>
          <w:i w:val="0"/>
          <w:smallCaps w:val="0"/>
          <w:strike w:val="0"/>
          <w:sz w:val="16"/>
          <w:u w:val="none"/>
        </w:rPr>
        <w:t xml:space="preserve"> on the </w:t>
      </w:r>
      <w:r>
        <w:rPr>
          <w:b w:val="0"/>
          <w:i w:val="0"/>
          <w:smallCaps w:val="0"/>
          <w:strike w:val="0"/>
          <w:sz w:val="20"/>
          <w:u w:val="single"/>
        </w:rPr>
        <w:t>detrimental effects</w:t>
      </w:r>
      <w:r>
        <w:rPr>
          <w:b w:val="0"/>
          <w:i w:val="0"/>
          <w:smallCaps w:val="0"/>
          <w:strike w:val="0"/>
          <w:sz w:val="16"/>
          <w:u w:val="none"/>
        </w:rPr>
        <w:t xml:space="preserve"> on </w:t>
      </w:r>
      <w:r>
        <w:rPr>
          <w:b w:val="0"/>
          <w:i w:val="0"/>
          <w:smallCaps w:val="0"/>
          <w:strike w:val="0"/>
          <w:sz w:val="20"/>
          <w:u w:val="single"/>
        </w:rPr>
        <w:t>innovation</w:t>
      </w:r>
      <w:r>
        <w:rPr>
          <w:b w:val="0"/>
          <w:i w:val="0"/>
          <w:smallCaps w:val="0"/>
          <w:strike w:val="0"/>
          <w:sz w:val="16"/>
          <w:u w:val="none"/>
        </w:rPr>
        <w:t xml:space="preserve"> and </w:t>
      </w:r>
      <w:r>
        <w:rPr>
          <w:b w:val="0"/>
          <w:i w:val="0"/>
          <w:smallCaps w:val="0"/>
          <w:strike w:val="0"/>
          <w:sz w:val="20"/>
          <w:u w:val="single"/>
        </w:rPr>
        <w:t xml:space="preserve">economic </w:t>
      </w:r>
      <w:r>
        <w:rPr>
          <w:b w:val="0"/>
          <w:i w:val="0"/>
          <w:smallCaps w:val="0"/>
          <w:strike w:val="0"/>
          <w:sz w:val="20"/>
          <w:u w:val="single"/>
        </w:rPr>
        <w:t>growth</w:t>
      </w:r>
      <w:r>
        <w:rPr>
          <w:b w:val="0"/>
          <w:i w:val="0"/>
          <w:smallCaps w:val="0"/>
          <w:strike w:val="0"/>
          <w:sz w:val="16"/>
          <w:u w:val="none"/>
        </w:rPr>
        <w:t xml:space="preserve">. Patent </w:t>
      </w:r>
      <w:r>
        <w:rPr>
          <w:b w:val="0"/>
          <w:i w:val="0"/>
          <w:smallCaps w:val="0"/>
          <w:strike w:val="0"/>
          <w:sz w:val="20"/>
          <w:u w:val="single"/>
        </w:rPr>
        <w:t>trolls</w:t>
      </w:r>
      <w:r>
        <w:rPr>
          <w:b w:val="0"/>
          <w:i w:val="0"/>
          <w:smallCaps w:val="0"/>
          <w:strike w:val="0"/>
          <w:sz w:val="16"/>
          <w:u w:val="none"/>
        </w:rPr>
        <w:t xml:space="preserve">, often </w:t>
      </w:r>
      <w:r>
        <w:rPr>
          <w:b w:val="0"/>
          <w:i w:val="0"/>
          <w:smallCaps w:val="0"/>
          <w:strike w:val="0"/>
          <w:sz w:val="20"/>
          <w:u w:val="single"/>
        </w:rPr>
        <w:t>operating</w:t>
      </w:r>
      <w:r>
        <w:rPr>
          <w:b w:val="0"/>
          <w:i w:val="0"/>
          <w:smallCaps w:val="0"/>
          <w:strike w:val="0"/>
          <w:sz w:val="16"/>
          <w:u w:val="none"/>
        </w:rPr>
        <w:t xml:space="preserve"> as </w:t>
      </w:r>
      <w:r>
        <w:rPr>
          <w:b w:val="0"/>
          <w:i w:val="0"/>
          <w:smallCaps w:val="0"/>
          <w:strike w:val="0"/>
          <w:sz w:val="20"/>
          <w:u w:val="single"/>
        </w:rPr>
        <w:t>individuals</w:t>
      </w:r>
      <w:r>
        <w:rPr>
          <w:b w:val="0"/>
          <w:i w:val="0"/>
          <w:smallCaps w:val="0"/>
          <w:strike w:val="0"/>
          <w:sz w:val="16"/>
          <w:u w:val="none"/>
        </w:rPr>
        <w:t xml:space="preserve"> or </w:t>
      </w:r>
      <w:r>
        <w:rPr>
          <w:b w:val="0"/>
          <w:i w:val="0"/>
          <w:smallCaps w:val="0"/>
          <w:strike w:val="0"/>
          <w:sz w:val="20"/>
          <w:u w:val="single"/>
        </w:rPr>
        <w:t>companies</w:t>
      </w:r>
      <w:r>
        <w:rPr>
          <w:b w:val="0"/>
          <w:i w:val="0"/>
          <w:smallCaps w:val="0"/>
          <w:strike w:val="0"/>
          <w:sz w:val="16"/>
          <w:u w:val="none"/>
        </w:rPr>
        <w:t xml:space="preserve">, acquire </w:t>
      </w:r>
      <w:r>
        <w:rPr>
          <w:b w:val="0"/>
          <w:i w:val="0"/>
          <w:smallCaps w:val="0"/>
          <w:strike w:val="0"/>
          <w:sz w:val="20"/>
          <w:u w:val="single"/>
        </w:rPr>
        <w:t>patents</w:t>
      </w:r>
      <w:r>
        <w:rPr>
          <w:b w:val="0"/>
          <w:i w:val="0"/>
          <w:smallCaps w:val="0"/>
          <w:strike w:val="0"/>
          <w:sz w:val="16"/>
          <w:u w:val="none"/>
        </w:rPr>
        <w:t xml:space="preserve"> not with the </w:t>
      </w:r>
      <w:r>
        <w:rPr>
          <w:b w:val="0"/>
          <w:i w:val="0"/>
          <w:smallCaps w:val="0"/>
          <w:strike w:val="0"/>
          <w:sz w:val="20"/>
          <w:u w:val="single"/>
        </w:rPr>
        <w:t>intent of producing</w:t>
      </w:r>
      <w:r>
        <w:rPr>
          <w:b w:val="0"/>
          <w:i w:val="0"/>
          <w:smallCaps w:val="0"/>
          <w:strike w:val="0"/>
          <w:sz w:val="16"/>
          <w:u w:val="none"/>
        </w:rPr>
        <w:t xml:space="preserve"> or </w:t>
      </w:r>
      <w:r>
        <w:rPr>
          <w:b w:val="0"/>
          <w:i w:val="0"/>
          <w:smallCaps w:val="0"/>
          <w:strike w:val="0"/>
          <w:sz w:val="20"/>
          <w:u w:val="single"/>
        </w:rPr>
        <w:t>utilizing</w:t>
      </w:r>
      <w:r>
        <w:rPr>
          <w:b w:val="0"/>
          <w:i w:val="0"/>
          <w:smallCaps w:val="0"/>
          <w:strike w:val="0"/>
          <w:sz w:val="16"/>
          <w:u w:val="none"/>
        </w:rPr>
        <w:t xml:space="preserve"> the </w:t>
      </w:r>
      <w:r>
        <w:rPr>
          <w:b w:val="0"/>
          <w:i w:val="0"/>
          <w:smallCaps w:val="0"/>
          <w:strike w:val="0"/>
          <w:sz w:val="20"/>
          <w:u w:val="single"/>
        </w:rPr>
        <w:t>inventions</w:t>
      </w:r>
      <w:r>
        <w:rPr>
          <w:b w:val="0"/>
          <w:i w:val="0"/>
          <w:smallCaps w:val="0"/>
          <w:strike w:val="0"/>
          <w:sz w:val="16"/>
          <w:u w:val="none"/>
        </w:rPr>
        <w:t xml:space="preserve"> or </w:t>
      </w:r>
      <w:r>
        <w:rPr>
          <w:b w:val="0"/>
          <w:i w:val="0"/>
          <w:smallCaps w:val="0"/>
          <w:strike w:val="0"/>
          <w:sz w:val="20"/>
          <w:u w:val="single"/>
        </w:rPr>
        <w:t>ideas</w:t>
      </w:r>
      <w:r>
        <w:rPr>
          <w:b w:val="0"/>
          <w:i w:val="0"/>
          <w:smallCaps w:val="0"/>
          <w:strike w:val="0"/>
          <w:sz w:val="16"/>
          <w:u w:val="none"/>
        </w:rPr>
        <w:t xml:space="preserve"> they </w:t>
      </w:r>
      <w:r>
        <w:rPr>
          <w:b w:val="0"/>
          <w:i w:val="0"/>
          <w:smallCaps w:val="0"/>
          <w:strike w:val="0"/>
          <w:sz w:val="20"/>
          <w:u w:val="single"/>
        </w:rPr>
        <w:t>protect</w:t>
      </w:r>
      <w:r>
        <w:rPr>
          <w:b w:val="0"/>
          <w:i w:val="0"/>
          <w:smallCaps w:val="0"/>
          <w:strike w:val="0"/>
          <w:sz w:val="16"/>
          <w:u w:val="none"/>
        </w:rPr>
        <w:t xml:space="preserve"> but rather to </w:t>
      </w:r>
      <w:r>
        <w:rPr>
          <w:b w:val="0"/>
          <w:i w:val="0"/>
          <w:smallCaps w:val="0"/>
          <w:strike w:val="0"/>
          <w:sz w:val="20"/>
          <w:u w:val="single"/>
        </w:rPr>
        <w:t>exploit legal avenues</w:t>
      </w:r>
      <w:r>
        <w:rPr>
          <w:b w:val="0"/>
          <w:i w:val="0"/>
          <w:smallCaps w:val="0"/>
          <w:strike w:val="0"/>
          <w:sz w:val="16"/>
          <w:u w:val="none"/>
        </w:rPr>
        <w:t xml:space="preserve"> for </w:t>
      </w:r>
      <w:r>
        <w:rPr>
          <w:b w:val="0"/>
          <w:i w:val="0"/>
          <w:smallCaps w:val="0"/>
          <w:strike w:val="0"/>
          <w:sz w:val="20"/>
          <w:u w:val="single"/>
        </w:rPr>
        <w:t>financial gain</w:t>
      </w:r>
      <w:r>
        <w:rPr>
          <w:b w:val="0"/>
          <w:i w:val="0"/>
          <w:smallCaps w:val="0"/>
          <w:strike w:val="0"/>
          <w:sz w:val="16"/>
          <w:u w:val="none"/>
        </w:rPr>
        <w:t xml:space="preserve">. This </w:t>
      </w:r>
      <w:r>
        <w:rPr>
          <w:b w:val="0"/>
          <w:i w:val="0"/>
          <w:smallCaps w:val="0"/>
          <w:strike w:val="0"/>
          <w:sz w:val="20"/>
          <w:u w:val="single"/>
        </w:rPr>
        <w:t>practice</w:t>
      </w:r>
      <w:r>
        <w:rPr>
          <w:b w:val="0"/>
          <w:i w:val="0"/>
          <w:smallCaps w:val="0"/>
          <w:strike w:val="0"/>
          <w:sz w:val="16"/>
          <w:u w:val="none"/>
        </w:rPr>
        <w:t xml:space="preserve"> involves </w:t>
      </w:r>
      <w:r>
        <w:rPr>
          <w:b w:val="0"/>
          <w:i w:val="0"/>
          <w:smallCaps w:val="0"/>
          <w:strike w:val="0"/>
          <w:sz w:val="20"/>
          <w:u w:val="single"/>
        </w:rPr>
        <w:t>suing</w:t>
      </w:r>
      <w:r>
        <w:rPr>
          <w:b w:val="0"/>
          <w:i w:val="0"/>
          <w:smallCaps w:val="0"/>
          <w:strike w:val="0"/>
          <w:sz w:val="16"/>
          <w:u w:val="none"/>
        </w:rPr>
        <w:t xml:space="preserve"> other </w:t>
      </w:r>
      <w:r>
        <w:rPr>
          <w:b w:val="0"/>
          <w:i w:val="0"/>
          <w:smallCaps w:val="0"/>
          <w:strike w:val="0"/>
          <w:sz w:val="20"/>
          <w:u w:val="single"/>
        </w:rPr>
        <w:t>entities</w:t>
      </w:r>
      <w:r>
        <w:rPr>
          <w:b w:val="0"/>
          <w:i w:val="0"/>
          <w:smallCaps w:val="0"/>
          <w:strike w:val="0"/>
          <w:sz w:val="16"/>
          <w:u w:val="none"/>
        </w:rPr>
        <w:t xml:space="preserve"> that </w:t>
      </w:r>
      <w:r>
        <w:rPr>
          <w:b w:val="0"/>
          <w:i w:val="0"/>
          <w:smallCaps w:val="0"/>
          <w:strike w:val="0"/>
          <w:sz w:val="20"/>
          <w:u w:val="single"/>
        </w:rPr>
        <w:t>allegedly</w:t>
      </w:r>
      <w:r>
        <w:rPr>
          <w:b w:val="0"/>
          <w:i w:val="0"/>
          <w:smallCaps w:val="0"/>
          <w:strike w:val="0"/>
          <w:sz w:val="16"/>
          <w:u w:val="none"/>
        </w:rPr>
        <w:t xml:space="preserve"> </w:t>
      </w:r>
      <w:r>
        <w:rPr>
          <w:b w:val="0"/>
          <w:i w:val="0"/>
          <w:smallCaps w:val="0"/>
          <w:strike w:val="0"/>
          <w:sz w:val="20"/>
          <w:u w:val="single"/>
        </w:rPr>
        <w:t>infringe</w:t>
      </w:r>
      <w:r>
        <w:rPr>
          <w:b w:val="0"/>
          <w:i w:val="0"/>
          <w:smallCaps w:val="0"/>
          <w:strike w:val="0"/>
          <w:sz w:val="16"/>
          <w:u w:val="none"/>
        </w:rPr>
        <w:t xml:space="preserve"> on these </w:t>
      </w:r>
      <w:r>
        <w:rPr>
          <w:b w:val="0"/>
          <w:i w:val="0"/>
          <w:smallCaps w:val="0"/>
          <w:strike w:val="0"/>
          <w:sz w:val="20"/>
          <w:u w:val="single"/>
        </w:rPr>
        <w:t>patents</w:t>
      </w:r>
      <w:r>
        <w:rPr>
          <w:b w:val="0"/>
          <w:i w:val="0"/>
          <w:smallCaps w:val="0"/>
          <w:strike w:val="0"/>
          <w:sz w:val="16"/>
          <w:u w:val="none"/>
        </w:rPr>
        <w:t xml:space="preserve">, creating a </w:t>
      </w:r>
      <w:r>
        <w:rPr>
          <w:b w:val="0"/>
          <w:i w:val="0"/>
          <w:smallCaps w:val="0"/>
          <w:strike w:val="0"/>
          <w:sz w:val="20"/>
          <w:u w:val="single"/>
        </w:rPr>
        <w:t>litigious</w:t>
      </w:r>
      <w:r>
        <w:rPr>
          <w:b w:val="0"/>
          <w:i w:val="0"/>
          <w:smallCaps w:val="0"/>
          <w:strike w:val="0"/>
          <w:sz w:val="16"/>
          <w:u w:val="none"/>
        </w:rPr>
        <w:t xml:space="preserve"> </w:t>
      </w:r>
      <w:r>
        <w:rPr>
          <w:b w:val="0"/>
          <w:i w:val="0"/>
          <w:smallCaps w:val="0"/>
          <w:strike w:val="0"/>
          <w:sz w:val="20"/>
          <w:u w:val="single"/>
        </w:rPr>
        <w:t>environment</w:t>
      </w:r>
      <w:r>
        <w:rPr>
          <w:b w:val="0"/>
          <w:i w:val="0"/>
          <w:smallCaps w:val="0"/>
          <w:strike w:val="0"/>
          <w:sz w:val="16"/>
          <w:u w:val="none"/>
        </w:rPr>
        <w:t xml:space="preserve"> that poses s</w:t>
      </w:r>
      <w:r>
        <w:rPr>
          <w:b w:val="0"/>
          <w:i w:val="0"/>
          <w:smallCaps w:val="0"/>
          <w:strike w:val="0"/>
          <w:sz w:val="20"/>
          <w:u w:val="single"/>
        </w:rPr>
        <w:t xml:space="preserve">ignificant challenges </w:t>
      </w:r>
      <w:r>
        <w:rPr>
          <w:b w:val="0"/>
          <w:i w:val="0"/>
          <w:smallCaps w:val="0"/>
          <w:strike w:val="0"/>
          <w:sz w:val="16"/>
          <w:u w:val="none"/>
        </w:rPr>
        <w:t xml:space="preserve">to </w:t>
      </w:r>
      <w:r>
        <w:rPr>
          <w:b w:val="0"/>
          <w:i w:val="0"/>
          <w:smallCaps w:val="0"/>
          <w:strike w:val="0"/>
          <w:sz w:val="20"/>
          <w:u w:val="single"/>
        </w:rPr>
        <w:t>genuine</w:t>
      </w:r>
      <w:r>
        <w:rPr>
          <w:b w:val="0"/>
          <w:i w:val="0"/>
          <w:smallCaps w:val="0"/>
          <w:strike w:val="0"/>
          <w:sz w:val="16"/>
          <w:u w:val="none"/>
        </w:rPr>
        <w:t xml:space="preserve"> </w:t>
      </w:r>
      <w:r>
        <w:rPr>
          <w:b w:val="0"/>
          <w:i w:val="0"/>
          <w:smallCaps w:val="0"/>
          <w:strike w:val="0"/>
          <w:sz w:val="20"/>
          <w:u w:val="single"/>
        </w:rPr>
        <w:t>innovators</w:t>
      </w:r>
      <w:r>
        <w:rPr>
          <w:b w:val="0"/>
          <w:i w:val="0"/>
          <w:smallCaps w:val="0"/>
          <w:strike w:val="0"/>
          <w:sz w:val="16"/>
          <w:u w:val="none"/>
        </w:rPr>
        <w:t xml:space="preserve"> and </w:t>
      </w:r>
      <w:r>
        <w:rPr>
          <w:b w:val="0"/>
          <w:i w:val="0"/>
          <w:smallCaps w:val="0"/>
          <w:strike w:val="0"/>
          <w:sz w:val="20"/>
          <w:u w:val="single"/>
        </w:rPr>
        <w:t>disrupts</w:t>
      </w:r>
      <w:r>
        <w:rPr>
          <w:b w:val="0"/>
          <w:i w:val="0"/>
          <w:smallCaps w:val="0"/>
          <w:strike w:val="0"/>
          <w:sz w:val="20"/>
          <w:u w:val="single"/>
        </w:rPr>
        <w:t xml:space="preserve"> the normal </w:t>
      </w:r>
      <w:r>
        <w:rPr>
          <w:b w:val="0"/>
          <w:i w:val="0"/>
          <w:smallCaps w:val="0"/>
          <w:strike w:val="0"/>
          <w:sz w:val="20"/>
          <w:u w:val="single"/>
        </w:rPr>
        <w:t>course</w:t>
      </w:r>
      <w:r>
        <w:rPr>
          <w:b w:val="0"/>
          <w:i w:val="0"/>
          <w:smallCaps w:val="0"/>
          <w:strike w:val="0"/>
          <w:sz w:val="20"/>
          <w:u w:val="single"/>
        </w:rPr>
        <w:t xml:space="preserve"> of </w:t>
      </w:r>
      <w:r>
        <w:rPr>
          <w:b w:val="0"/>
          <w:i w:val="0"/>
          <w:smallCaps w:val="0"/>
          <w:strike w:val="0"/>
          <w:sz w:val="20"/>
          <w:u w:val="single"/>
        </w:rPr>
        <w:t>business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0"/>
          <w:u w:val="single"/>
        </w:rPr>
        <w:t>impact</w:t>
      </w:r>
      <w:r>
        <w:rPr>
          <w:b w:val="0"/>
          <w:i w:val="0"/>
          <w:smallCaps w:val="0"/>
          <w:strike w:val="0"/>
          <w:sz w:val="16"/>
          <w:u w:val="none"/>
        </w:rPr>
        <w:t xml:space="preserve"> of </w:t>
      </w:r>
      <w:r>
        <w:rPr>
          <w:b w:val="0"/>
          <w:i w:val="0"/>
          <w:smallCaps w:val="0"/>
          <w:strike w:val="0"/>
          <w:sz w:val="20"/>
          <w:u w:val="single"/>
        </w:rPr>
        <w:t xml:space="preserve">patent trolls on </w:t>
      </w:r>
      <w:r>
        <w:rPr>
          <w:b w:val="0"/>
          <w:i w:val="0"/>
          <w:smallCaps w:val="0"/>
          <w:strike w:val="0"/>
          <w:sz w:val="20"/>
          <w:u w:val="single"/>
        </w:rPr>
        <w:t>innovation</w:t>
      </w:r>
      <w:r>
        <w:rPr>
          <w:b w:val="0"/>
          <w:i w:val="0"/>
          <w:smallCaps w:val="0"/>
          <w:strike w:val="0"/>
          <w:sz w:val="16"/>
          <w:u w:val="none"/>
        </w:rPr>
        <w:t xml:space="preserve"> is </w:t>
      </w:r>
      <w:r>
        <w:rPr>
          <w:b w:val="0"/>
          <w:i w:val="0"/>
          <w:smallCaps w:val="0"/>
          <w:strike w:val="0"/>
          <w:sz w:val="20"/>
          <w:u w:val="single"/>
        </w:rPr>
        <w:t>multifaceted</w:t>
      </w:r>
      <w:r>
        <w:rPr>
          <w:b w:val="0"/>
          <w:i w:val="0"/>
          <w:smallCaps w:val="0"/>
          <w:strike w:val="0"/>
          <w:sz w:val="16"/>
          <w:u w:val="none"/>
        </w:rPr>
        <w:t xml:space="preserve">. By wielding </w:t>
      </w:r>
      <w:r>
        <w:rPr>
          <w:b w:val="0"/>
          <w:i w:val="0"/>
          <w:smallCaps w:val="0"/>
          <w:strike w:val="0"/>
          <w:sz w:val="20"/>
          <w:u w:val="single"/>
        </w:rPr>
        <w:t>patents</w:t>
      </w:r>
      <w:r>
        <w:rPr>
          <w:b w:val="0"/>
          <w:i w:val="0"/>
          <w:smallCaps w:val="0"/>
          <w:strike w:val="0"/>
          <w:sz w:val="16"/>
          <w:u w:val="none"/>
        </w:rPr>
        <w:t xml:space="preserve"> as </w:t>
      </w:r>
      <w:r>
        <w:rPr>
          <w:b w:val="0"/>
          <w:i w:val="0"/>
          <w:smallCaps w:val="0"/>
          <w:strike w:val="0"/>
          <w:sz w:val="20"/>
          <w:u w:val="single"/>
        </w:rPr>
        <w:t>weapons in legal</w:t>
      </w:r>
      <w:r>
        <w:rPr>
          <w:b w:val="0"/>
          <w:i w:val="0"/>
          <w:smallCaps w:val="0"/>
          <w:strike w:val="0"/>
          <w:sz w:val="16"/>
          <w:u w:val="none"/>
        </w:rPr>
        <w:t xml:space="preserve"> battles, these </w:t>
      </w:r>
      <w:r>
        <w:rPr>
          <w:b w:val="0"/>
          <w:i w:val="0"/>
          <w:smallCaps w:val="0"/>
          <w:strike w:val="0"/>
          <w:sz w:val="20"/>
          <w:u w:val="single"/>
        </w:rPr>
        <w:t>entities</w:t>
      </w:r>
      <w:r>
        <w:rPr>
          <w:b w:val="0"/>
          <w:i w:val="0"/>
          <w:smallCaps w:val="0"/>
          <w:strike w:val="0"/>
          <w:sz w:val="16"/>
          <w:u w:val="none"/>
        </w:rPr>
        <w:t xml:space="preserve"> make the </w:t>
      </w:r>
      <w:r>
        <w:rPr>
          <w:b w:val="0"/>
          <w:i w:val="0"/>
          <w:smallCaps w:val="0"/>
          <w:strike w:val="0"/>
          <w:sz w:val="20"/>
          <w:u w:val="single"/>
        </w:rPr>
        <w:t>process</w:t>
      </w:r>
      <w:r>
        <w:rPr>
          <w:b w:val="0"/>
          <w:i w:val="0"/>
          <w:smallCaps w:val="0"/>
          <w:strike w:val="0"/>
          <w:sz w:val="16"/>
          <w:u w:val="none"/>
        </w:rPr>
        <w:t xml:space="preserve"> of </w:t>
      </w:r>
      <w:r>
        <w:rPr>
          <w:b w:val="0"/>
          <w:i w:val="0"/>
          <w:smallCaps w:val="0"/>
          <w:strike w:val="0"/>
          <w:sz w:val="20"/>
          <w:u w:val="single"/>
        </w:rPr>
        <w:t>creating</w:t>
      </w:r>
      <w:r>
        <w:rPr>
          <w:b w:val="0"/>
          <w:i w:val="0"/>
          <w:smallCaps w:val="0"/>
          <w:strike w:val="0"/>
          <w:sz w:val="16"/>
          <w:u w:val="none"/>
        </w:rPr>
        <w:t xml:space="preserve"> and </w:t>
      </w:r>
      <w:r>
        <w:rPr>
          <w:b w:val="0"/>
          <w:i w:val="0"/>
          <w:smallCaps w:val="0"/>
          <w:strike w:val="0"/>
          <w:sz w:val="20"/>
          <w:u w:val="single"/>
        </w:rPr>
        <w:t>improving</w:t>
      </w:r>
      <w:r>
        <w:rPr>
          <w:b w:val="0"/>
          <w:i w:val="0"/>
          <w:smallCaps w:val="0"/>
          <w:strike w:val="0"/>
          <w:sz w:val="20"/>
          <w:u w:val="single"/>
        </w:rPr>
        <w:t xml:space="preserve"> </w:t>
      </w:r>
      <w:r>
        <w:rPr>
          <w:b w:val="0"/>
          <w:i w:val="0"/>
          <w:smallCaps w:val="0"/>
          <w:strike w:val="0"/>
          <w:sz w:val="20"/>
          <w:u w:val="single"/>
        </w:rPr>
        <w:t>inventions</w:t>
      </w:r>
      <w:r>
        <w:rPr>
          <w:b w:val="0"/>
          <w:i w:val="0"/>
          <w:smallCaps w:val="0"/>
          <w:strike w:val="0"/>
          <w:sz w:val="16"/>
          <w:u w:val="none"/>
        </w:rPr>
        <w:t xml:space="preserve"> more </w:t>
      </w:r>
      <w:r>
        <w:rPr>
          <w:b w:val="0"/>
          <w:i w:val="0"/>
          <w:smallCaps w:val="0"/>
          <w:strike w:val="0"/>
          <w:sz w:val="20"/>
          <w:u w:val="single"/>
        </w:rPr>
        <w:t>arduous and costly</w:t>
      </w:r>
      <w:r>
        <w:rPr>
          <w:b w:val="0"/>
          <w:i w:val="0"/>
          <w:smallCaps w:val="0"/>
          <w:strike w:val="0"/>
          <w:sz w:val="16"/>
          <w:u w:val="none"/>
        </w:rPr>
        <w:t xml:space="preserve"> for </w:t>
      </w:r>
      <w:r>
        <w:rPr>
          <w:b w:val="0"/>
          <w:i w:val="0"/>
          <w:smallCaps w:val="0"/>
          <w:strike w:val="0"/>
          <w:sz w:val="20"/>
          <w:u w:val="single"/>
        </w:rPr>
        <w:t>individuals</w:t>
      </w:r>
      <w:r>
        <w:rPr>
          <w:b w:val="0"/>
          <w:i w:val="0"/>
          <w:smallCaps w:val="0"/>
          <w:strike w:val="0"/>
          <w:sz w:val="16"/>
          <w:u w:val="none"/>
        </w:rPr>
        <w:t xml:space="preserve"> and </w:t>
      </w:r>
      <w:r>
        <w:rPr>
          <w:b w:val="0"/>
          <w:i w:val="0"/>
          <w:smallCaps w:val="0"/>
          <w:strike w:val="0"/>
          <w:sz w:val="20"/>
          <w:u w:val="single"/>
        </w:rPr>
        <w:t>companies</w:t>
      </w:r>
      <w:r>
        <w:rPr>
          <w:b w:val="0"/>
          <w:i w:val="0"/>
          <w:smallCaps w:val="0"/>
          <w:strike w:val="0"/>
          <w:sz w:val="16"/>
          <w:u w:val="none"/>
        </w:rPr>
        <w:t xml:space="preserve"> </w:t>
      </w:r>
      <w:r>
        <w:rPr>
          <w:b w:val="0"/>
          <w:i w:val="0"/>
          <w:smallCaps w:val="0"/>
          <w:strike w:val="0"/>
          <w:sz w:val="20"/>
          <w:u w:val="single"/>
        </w:rPr>
        <w:t>alike</w:t>
      </w:r>
      <w:r>
        <w:rPr>
          <w:b w:val="0"/>
          <w:i w:val="0"/>
          <w:smallCaps w:val="0"/>
          <w:strike w:val="0"/>
          <w:sz w:val="16"/>
          <w:u w:val="none"/>
        </w:rPr>
        <w:t xml:space="preserve">. The very </w:t>
      </w:r>
      <w:r>
        <w:rPr>
          <w:b w:val="0"/>
          <w:i w:val="0"/>
          <w:smallCaps w:val="0"/>
          <w:strike w:val="0"/>
          <w:sz w:val="20"/>
          <w:u w:val="single"/>
        </w:rPr>
        <w:t>essence</w:t>
      </w:r>
      <w:r>
        <w:rPr>
          <w:b w:val="0"/>
          <w:i w:val="0"/>
          <w:smallCaps w:val="0"/>
          <w:strike w:val="0"/>
          <w:sz w:val="16"/>
          <w:u w:val="none"/>
        </w:rPr>
        <w:t xml:space="preserve"> of </w:t>
      </w:r>
      <w:r>
        <w:rPr>
          <w:b w:val="0"/>
          <w:i w:val="0"/>
          <w:smallCaps w:val="0"/>
          <w:strike w:val="0"/>
          <w:sz w:val="20"/>
          <w:u w:val="single"/>
        </w:rPr>
        <w:t>patents</w:t>
      </w:r>
      <w:r>
        <w:rPr>
          <w:b w:val="0"/>
          <w:i w:val="0"/>
          <w:smallCaps w:val="0"/>
          <w:strike w:val="0"/>
          <w:sz w:val="16"/>
          <w:u w:val="none"/>
        </w:rPr>
        <w:t xml:space="preserve">, designed to </w:t>
      </w:r>
      <w:r>
        <w:rPr>
          <w:b w:val="0"/>
          <w:i w:val="0"/>
          <w:smallCaps w:val="0"/>
          <w:strike w:val="0"/>
          <w:sz w:val="20"/>
          <w:u w:val="single"/>
        </w:rPr>
        <w:t>incentivize</w:t>
      </w:r>
      <w:r>
        <w:rPr>
          <w:b w:val="0"/>
          <w:i w:val="0"/>
          <w:smallCaps w:val="0"/>
          <w:strike w:val="0"/>
          <w:sz w:val="16"/>
          <w:u w:val="none"/>
        </w:rPr>
        <w:t xml:space="preserve"> </w:t>
      </w:r>
      <w:r>
        <w:rPr>
          <w:b w:val="0"/>
          <w:i w:val="0"/>
          <w:smallCaps w:val="0"/>
          <w:strike w:val="0"/>
          <w:sz w:val="20"/>
          <w:u w:val="single"/>
        </w:rPr>
        <w:t>innovation</w:t>
      </w:r>
      <w:r>
        <w:rPr>
          <w:b w:val="0"/>
          <w:i w:val="0"/>
          <w:smallCaps w:val="0"/>
          <w:strike w:val="0"/>
          <w:sz w:val="16"/>
          <w:u w:val="none"/>
        </w:rPr>
        <w:t xml:space="preserve"> by providing </w:t>
      </w:r>
      <w:r>
        <w:rPr>
          <w:b w:val="0"/>
          <w:i w:val="0"/>
          <w:smallCaps w:val="0"/>
          <w:strike w:val="0"/>
          <w:sz w:val="20"/>
          <w:u w:val="single"/>
        </w:rPr>
        <w:t>legal protection and exclusivity</w:t>
      </w:r>
      <w:r>
        <w:rPr>
          <w:b w:val="0"/>
          <w:i w:val="0"/>
          <w:smallCaps w:val="0"/>
          <w:strike w:val="0"/>
          <w:sz w:val="16"/>
          <w:u w:val="none"/>
        </w:rPr>
        <w:t xml:space="preserve">, is </w:t>
      </w:r>
      <w:r>
        <w:rPr>
          <w:b w:val="0"/>
          <w:i w:val="0"/>
          <w:smallCaps w:val="0"/>
          <w:strike w:val="0"/>
          <w:sz w:val="20"/>
          <w:u w:val="single"/>
        </w:rPr>
        <w:t>subverted</w:t>
      </w:r>
      <w:r>
        <w:rPr>
          <w:b w:val="0"/>
          <w:i w:val="0"/>
          <w:smallCaps w:val="0"/>
          <w:strike w:val="0"/>
          <w:sz w:val="16"/>
          <w:u w:val="none"/>
        </w:rPr>
        <w:t xml:space="preserve"> when </w:t>
      </w:r>
      <w:r>
        <w:rPr>
          <w:b w:val="0"/>
          <w:i w:val="0"/>
          <w:smallCaps w:val="0"/>
          <w:strike w:val="0"/>
          <w:sz w:val="20"/>
          <w:u w:val="single"/>
        </w:rPr>
        <w:t>wielded as tools for litigation</w:t>
      </w:r>
      <w:r>
        <w:rPr>
          <w:b w:val="0"/>
          <w:i w:val="0"/>
          <w:smallCaps w:val="0"/>
          <w:strike w:val="0"/>
          <w:sz w:val="16"/>
          <w:u w:val="none"/>
        </w:rPr>
        <w:t xml:space="preserve"> rather than </w:t>
      </w:r>
      <w:r>
        <w:rPr>
          <w:b w:val="0"/>
          <w:i w:val="0"/>
          <w:smallCaps w:val="0"/>
          <w:strike w:val="0"/>
          <w:sz w:val="20"/>
          <w:u w:val="single"/>
        </w:rPr>
        <w:t>fostering genuine invention</w:t>
      </w:r>
      <w:r>
        <w:rPr>
          <w:b w:val="0"/>
          <w:i w:val="0"/>
          <w:smallCaps w:val="0"/>
          <w:strike w:val="0"/>
          <w:sz w:val="16"/>
          <w:u w:val="none"/>
        </w:rPr>
        <w:t xml:space="preserve">. This article delves into the various dimensions of the </w:t>
      </w:r>
      <w:r>
        <w:rPr>
          <w:b w:val="0"/>
          <w:i w:val="0"/>
          <w:smallCaps w:val="0"/>
          <w:strike w:val="0"/>
          <w:sz w:val="20"/>
          <w:u w:val="single"/>
        </w:rPr>
        <w:t>patent troll</w:t>
      </w:r>
      <w:r>
        <w:rPr>
          <w:b w:val="0"/>
          <w:i w:val="0"/>
          <w:smallCaps w:val="0"/>
          <w:strike w:val="0"/>
          <w:sz w:val="16"/>
          <w:u w:val="none"/>
        </w:rPr>
        <w:t xml:space="preserve"> </w:t>
      </w:r>
      <w:r>
        <w:rPr>
          <w:b w:val="0"/>
          <w:i w:val="0"/>
          <w:smallCaps w:val="0"/>
          <w:strike w:val="0"/>
          <w:sz w:val="20"/>
          <w:u w:val="single"/>
        </w:rPr>
        <w:t>phenomenon</w:t>
      </w:r>
      <w:r>
        <w:rPr>
          <w:b w:val="0"/>
          <w:i w:val="0"/>
          <w:smallCaps w:val="0"/>
          <w:strike w:val="0"/>
          <w:sz w:val="16"/>
          <w:u w:val="none"/>
        </w:rPr>
        <w:t xml:space="preserve">, </w:t>
      </w:r>
      <w:r>
        <w:rPr>
          <w:b w:val="0"/>
          <w:i w:val="0"/>
          <w:smallCaps w:val="0"/>
          <w:strike w:val="0"/>
          <w:sz w:val="20"/>
          <w:u w:val="single"/>
        </w:rPr>
        <w:t>examining</w:t>
      </w:r>
      <w:r>
        <w:rPr>
          <w:b w:val="0"/>
          <w:i w:val="0"/>
          <w:smallCaps w:val="0"/>
          <w:strike w:val="0"/>
          <w:sz w:val="16"/>
          <w:u w:val="none"/>
        </w:rPr>
        <w:t xml:space="preserve"> its </w:t>
      </w:r>
      <w:r>
        <w:rPr>
          <w:b w:val="0"/>
          <w:i w:val="0"/>
          <w:smallCaps w:val="0"/>
          <w:strike w:val="0"/>
          <w:sz w:val="20"/>
          <w:u w:val="single"/>
        </w:rPr>
        <w:t>drawbacks</w:t>
      </w:r>
      <w:r>
        <w:rPr>
          <w:b w:val="0"/>
          <w:i w:val="0"/>
          <w:smallCaps w:val="0"/>
          <w:strike w:val="0"/>
          <w:sz w:val="16"/>
          <w:u w:val="none"/>
        </w:rPr>
        <w:t xml:space="preserve">, </w:t>
      </w:r>
      <w:r>
        <w:rPr>
          <w:b w:val="0"/>
          <w:i w:val="0"/>
          <w:smallCaps w:val="0"/>
          <w:strike w:val="0"/>
          <w:sz w:val="20"/>
          <w:u w:val="single"/>
        </w:rPr>
        <w:t>consequences</w:t>
      </w:r>
      <w:r>
        <w:rPr>
          <w:b w:val="0"/>
          <w:i w:val="0"/>
          <w:smallCaps w:val="0"/>
          <w:strike w:val="0"/>
          <w:sz w:val="16"/>
          <w:u w:val="none"/>
        </w:rPr>
        <w:t xml:space="preserve"> for </w:t>
      </w:r>
      <w:r>
        <w:rPr>
          <w:b w:val="0"/>
          <w:i w:val="0"/>
          <w:smallCaps w:val="0"/>
          <w:strike w:val="0"/>
          <w:sz w:val="20"/>
          <w:u w:val="single"/>
        </w:rPr>
        <w:t>innovation</w:t>
      </w:r>
      <w:r>
        <w:rPr>
          <w:b w:val="0"/>
          <w:i w:val="0"/>
          <w:smallCaps w:val="0"/>
          <w:strike w:val="0"/>
          <w:sz w:val="16"/>
          <w:u w:val="none"/>
        </w:rPr>
        <w:t xml:space="preserve"> </w:t>
      </w:r>
      <w:r>
        <w:rPr>
          <w:b w:val="0"/>
          <w:i w:val="0"/>
          <w:smallCaps w:val="0"/>
          <w:strike w:val="0"/>
          <w:sz w:val="20"/>
          <w:u w:val="single"/>
        </w:rPr>
        <w:t xml:space="preserve">and </w:t>
      </w:r>
      <w:r>
        <w:rPr>
          <w:b w:val="0"/>
          <w:i w:val="0"/>
          <w:smallCaps w:val="0"/>
          <w:strike w:val="0"/>
          <w:sz w:val="20"/>
          <w:u w:val="single"/>
        </w:rPr>
        <w:t>economic growth</w:t>
      </w:r>
      <w:r>
        <w:rPr>
          <w:b w:val="0"/>
          <w:i w:val="0"/>
          <w:smallCaps w:val="0"/>
          <w:strike w:val="0"/>
          <w:sz w:val="16"/>
          <w:u w:val="none"/>
        </w:rPr>
        <w:t xml:space="preserve">, and </w:t>
      </w:r>
      <w:r>
        <w:rPr>
          <w:b w:val="0"/>
          <w:i w:val="0"/>
          <w:smallCaps w:val="0"/>
          <w:strike w:val="0"/>
          <w:sz w:val="20"/>
          <w:u w:val="single"/>
        </w:rPr>
        <w:t xml:space="preserve">potential strategies for </w:t>
      </w:r>
      <w:r>
        <w:rPr>
          <w:b w:val="0"/>
          <w:i w:val="0"/>
          <w:smallCaps w:val="0"/>
          <w:strike w:val="0"/>
          <w:sz w:val="20"/>
          <w:u w:val="single"/>
        </w:rPr>
        <w:t>mitigation</w:t>
      </w:r>
      <w:r>
        <w:rPr>
          <w:b w:val="0"/>
          <w:i w:val="0"/>
          <w:smallCaps w:val="0"/>
          <w:strike w:val="0"/>
          <w:sz w:val="16"/>
          <w:u w:val="none"/>
        </w:rPr>
        <w:t>.</w:t>
      </w:r>
    </w:p>
    <w:p>
      <w:pPr>
        <w:spacing w:after="60"/>
      </w:pPr>
      <w:r>
        <w:rPr>
          <w:b w:val="0"/>
          <w:i w:val="0"/>
          <w:smallCaps w:val="0"/>
          <w:strike w:val="0"/>
          <w:sz w:val="16"/>
          <w:u w:val="none"/>
        </w:rPr>
        <w:t>The Patent Troll Landscape: Understanding the Menace</w:t>
      </w:r>
    </w:p>
    <w:p>
      <w:pPr>
        <w:spacing w:after="60"/>
      </w:pPr>
      <w:r>
        <w:rPr>
          <w:b w:val="0"/>
          <w:i w:val="0"/>
          <w:smallCaps w:val="0"/>
          <w:strike w:val="0"/>
          <w:sz w:val="16"/>
          <w:u w:val="none"/>
        </w:rPr>
        <w:t xml:space="preserve">At the </w:t>
      </w:r>
      <w:r>
        <w:rPr>
          <w:b w:val="0"/>
          <w:i w:val="0"/>
          <w:smallCaps w:val="0"/>
          <w:strike w:val="0"/>
          <w:sz w:val="20"/>
          <w:u w:val="single"/>
        </w:rPr>
        <w:t>heart</w:t>
      </w:r>
      <w:r>
        <w:rPr>
          <w:b w:val="0"/>
          <w:i w:val="0"/>
          <w:smallCaps w:val="0"/>
          <w:strike w:val="0"/>
          <w:sz w:val="16"/>
          <w:u w:val="none"/>
        </w:rPr>
        <w:t xml:space="preserve"> of the </w:t>
      </w:r>
      <w:r>
        <w:rPr>
          <w:b w:val="0"/>
          <w:i w:val="0"/>
          <w:smallCaps w:val="0"/>
          <w:strike w:val="0"/>
          <w:sz w:val="20"/>
          <w:u w:val="single"/>
        </w:rPr>
        <w:t>patent troll problem lies</w:t>
      </w:r>
      <w:r>
        <w:rPr>
          <w:b w:val="0"/>
          <w:i w:val="0"/>
          <w:smallCaps w:val="0"/>
          <w:strike w:val="0"/>
          <w:sz w:val="16"/>
          <w:u w:val="none"/>
        </w:rPr>
        <w:t xml:space="preserve"> the </w:t>
      </w:r>
      <w:r>
        <w:rPr>
          <w:b w:val="0"/>
          <w:i w:val="0"/>
          <w:smallCaps w:val="0"/>
          <w:strike w:val="0"/>
          <w:sz w:val="20"/>
          <w:u w:val="single"/>
        </w:rPr>
        <w:t>exploitation of intellectual property rights</w:t>
      </w:r>
      <w:r>
        <w:rPr>
          <w:b w:val="0"/>
          <w:i w:val="0"/>
          <w:smallCaps w:val="0"/>
          <w:strike w:val="0"/>
          <w:sz w:val="16"/>
          <w:u w:val="none"/>
        </w:rPr>
        <w:t xml:space="preserve">. Patent </w:t>
      </w:r>
      <w:r>
        <w:rPr>
          <w:b w:val="0"/>
          <w:i w:val="0"/>
          <w:smallCaps w:val="0"/>
          <w:strike w:val="0"/>
          <w:sz w:val="20"/>
          <w:u w:val="single"/>
        </w:rPr>
        <w:t>trolls</w:t>
      </w:r>
      <w:r>
        <w:rPr>
          <w:b w:val="0"/>
          <w:i w:val="0"/>
          <w:smallCaps w:val="0"/>
          <w:strike w:val="0"/>
          <w:sz w:val="16"/>
          <w:u w:val="none"/>
        </w:rPr>
        <w:t xml:space="preserve"> often </w:t>
      </w:r>
      <w:r>
        <w:rPr>
          <w:b w:val="0"/>
          <w:i w:val="0"/>
          <w:smallCaps w:val="0"/>
          <w:strike w:val="0"/>
          <w:sz w:val="20"/>
          <w:u w:val="single"/>
        </w:rPr>
        <w:t>acquire patents</w:t>
      </w:r>
      <w:r>
        <w:rPr>
          <w:b w:val="0"/>
          <w:i w:val="0"/>
          <w:smallCaps w:val="0"/>
          <w:strike w:val="0"/>
          <w:sz w:val="16"/>
          <w:u w:val="none"/>
        </w:rPr>
        <w:t xml:space="preserve"> from </w:t>
      </w:r>
      <w:r>
        <w:rPr>
          <w:b w:val="0"/>
          <w:i w:val="0"/>
          <w:smallCaps w:val="0"/>
          <w:strike w:val="0"/>
          <w:sz w:val="20"/>
          <w:u w:val="single"/>
        </w:rPr>
        <w:t>inventors</w:t>
      </w:r>
      <w:r>
        <w:rPr>
          <w:b w:val="0"/>
          <w:i w:val="0"/>
          <w:smallCaps w:val="0"/>
          <w:strike w:val="0"/>
          <w:sz w:val="16"/>
          <w:u w:val="none"/>
        </w:rPr>
        <w:t xml:space="preserve"> or </w:t>
      </w:r>
      <w:r>
        <w:rPr>
          <w:b w:val="0"/>
          <w:i w:val="0"/>
          <w:smallCaps w:val="0"/>
          <w:strike w:val="0"/>
          <w:sz w:val="20"/>
          <w:u w:val="single"/>
        </w:rPr>
        <w:t>companies</w:t>
      </w:r>
      <w:r>
        <w:rPr>
          <w:b w:val="0"/>
          <w:i w:val="0"/>
          <w:smallCaps w:val="0"/>
          <w:strike w:val="0"/>
          <w:sz w:val="16"/>
          <w:u w:val="none"/>
        </w:rPr>
        <w:t xml:space="preserve"> that may not have the </w:t>
      </w:r>
      <w:r>
        <w:rPr>
          <w:b w:val="0"/>
          <w:i w:val="0"/>
          <w:smallCaps w:val="0"/>
          <w:strike w:val="0"/>
          <w:sz w:val="20"/>
          <w:u w:val="single"/>
        </w:rPr>
        <w:t>resources</w:t>
      </w:r>
      <w:r>
        <w:rPr>
          <w:b w:val="0"/>
          <w:i w:val="0"/>
          <w:smallCaps w:val="0"/>
          <w:strike w:val="0"/>
          <w:sz w:val="20"/>
          <w:u w:val="single"/>
        </w:rPr>
        <w:t xml:space="preserve"> or </w:t>
      </w:r>
      <w:r>
        <w:rPr>
          <w:b w:val="0"/>
          <w:i w:val="0"/>
          <w:smallCaps w:val="0"/>
          <w:strike w:val="0"/>
          <w:sz w:val="20"/>
          <w:u w:val="single"/>
        </w:rPr>
        <w:t>intent</w:t>
      </w:r>
      <w:r>
        <w:rPr>
          <w:b w:val="0"/>
          <w:i w:val="0"/>
          <w:smallCaps w:val="0"/>
          <w:strike w:val="0"/>
          <w:sz w:val="16"/>
          <w:u w:val="none"/>
        </w:rPr>
        <w:t xml:space="preserve"> to </w:t>
      </w:r>
      <w:r>
        <w:rPr>
          <w:b w:val="0"/>
          <w:i w:val="0"/>
          <w:smallCaps w:val="0"/>
          <w:strike w:val="0"/>
          <w:sz w:val="20"/>
          <w:u w:val="single"/>
        </w:rPr>
        <w:t>implement</w:t>
      </w:r>
      <w:r>
        <w:rPr>
          <w:b w:val="0"/>
          <w:i w:val="0"/>
          <w:smallCaps w:val="0"/>
          <w:strike w:val="0"/>
          <w:sz w:val="16"/>
          <w:u w:val="none"/>
        </w:rPr>
        <w:t xml:space="preserve"> the </w:t>
      </w:r>
      <w:r>
        <w:rPr>
          <w:b w:val="0"/>
          <w:i w:val="0"/>
          <w:smallCaps w:val="0"/>
          <w:strike w:val="0"/>
          <w:sz w:val="20"/>
          <w:u w:val="single"/>
        </w:rPr>
        <w:t>patented</w:t>
      </w:r>
      <w:r>
        <w:rPr>
          <w:b w:val="0"/>
          <w:i w:val="0"/>
          <w:smallCaps w:val="0"/>
          <w:strike w:val="0"/>
          <w:sz w:val="16"/>
          <w:u w:val="none"/>
        </w:rPr>
        <w:t xml:space="preserve"> </w:t>
      </w:r>
      <w:r>
        <w:rPr>
          <w:b w:val="0"/>
          <w:i w:val="0"/>
          <w:smallCaps w:val="0"/>
          <w:strike w:val="0"/>
          <w:sz w:val="20"/>
          <w:u w:val="single"/>
        </w:rPr>
        <w:t>ideas</w:t>
      </w:r>
      <w:r>
        <w:rPr>
          <w:b w:val="0"/>
          <w:i w:val="0"/>
          <w:smallCaps w:val="0"/>
          <w:strike w:val="0"/>
          <w:sz w:val="16"/>
          <w:u w:val="none"/>
        </w:rPr>
        <w:t xml:space="preserve">. Armed with these acquired patents, they </w:t>
      </w:r>
      <w:r>
        <w:rPr>
          <w:b w:val="0"/>
          <w:i w:val="0"/>
          <w:smallCaps w:val="0"/>
          <w:strike w:val="0"/>
          <w:sz w:val="20"/>
          <w:u w:val="single"/>
        </w:rPr>
        <w:t xml:space="preserve">proceed to </w:t>
      </w:r>
      <w:r>
        <w:rPr>
          <w:b w:val="0"/>
          <w:i w:val="0"/>
          <w:smallCaps w:val="0"/>
          <w:strike w:val="0"/>
          <w:sz w:val="20"/>
          <w:u w:val="single"/>
        </w:rPr>
        <w:t>target</w:t>
      </w:r>
      <w:r>
        <w:rPr>
          <w:b w:val="0"/>
          <w:i w:val="0"/>
          <w:smallCaps w:val="0"/>
          <w:strike w:val="0"/>
          <w:sz w:val="20"/>
          <w:u w:val="single"/>
        </w:rPr>
        <w:t xml:space="preserve"> other</w:t>
      </w:r>
      <w:r>
        <w:rPr>
          <w:b w:val="0"/>
          <w:i w:val="0"/>
          <w:smallCaps w:val="0"/>
          <w:strike w:val="0"/>
          <w:sz w:val="16"/>
          <w:u w:val="none"/>
        </w:rPr>
        <w:t xml:space="preserve"> </w:t>
      </w:r>
      <w:r>
        <w:rPr>
          <w:b w:val="0"/>
          <w:i w:val="0"/>
          <w:smallCaps w:val="0"/>
          <w:strike w:val="0"/>
          <w:sz w:val="20"/>
          <w:u w:val="single"/>
        </w:rPr>
        <w:t>entities</w:t>
      </w:r>
      <w:r>
        <w:rPr>
          <w:b w:val="0"/>
          <w:i w:val="0"/>
          <w:smallCaps w:val="0"/>
          <w:strike w:val="0"/>
          <w:sz w:val="16"/>
          <w:u w:val="none"/>
        </w:rPr>
        <w:t xml:space="preserve">, asserting </w:t>
      </w:r>
      <w:r>
        <w:rPr>
          <w:b w:val="0"/>
          <w:i w:val="0"/>
          <w:smallCaps w:val="0"/>
          <w:strike w:val="0"/>
          <w:sz w:val="20"/>
          <w:u w:val="single"/>
        </w:rPr>
        <w:t>patent infringement</w:t>
      </w:r>
      <w:r>
        <w:rPr>
          <w:b w:val="0"/>
          <w:i w:val="0"/>
          <w:smallCaps w:val="0"/>
          <w:strike w:val="0"/>
          <w:sz w:val="16"/>
          <w:u w:val="none"/>
        </w:rPr>
        <w:t xml:space="preserve"> </w:t>
      </w:r>
      <w:r>
        <w:rPr>
          <w:b w:val="0"/>
          <w:i w:val="0"/>
          <w:smallCaps w:val="0"/>
          <w:strike w:val="0"/>
          <w:sz w:val="20"/>
          <w:u w:val="single"/>
        </w:rPr>
        <w:t>claims</w:t>
      </w:r>
      <w:r>
        <w:rPr>
          <w:b w:val="0"/>
          <w:i w:val="0"/>
          <w:smallCaps w:val="0"/>
          <w:strike w:val="0"/>
          <w:sz w:val="16"/>
          <w:u w:val="none"/>
        </w:rPr>
        <w:t xml:space="preserve"> and </w:t>
      </w:r>
      <w:r>
        <w:rPr>
          <w:b w:val="0"/>
          <w:i w:val="0"/>
          <w:smallCaps w:val="0"/>
          <w:strike w:val="0"/>
          <w:sz w:val="20"/>
          <w:u w:val="single"/>
        </w:rPr>
        <w:t>demanding financial settlements</w:t>
      </w:r>
      <w:r>
        <w:rPr>
          <w:b w:val="0"/>
          <w:i w:val="0"/>
          <w:smallCaps w:val="0"/>
          <w:strike w:val="0"/>
          <w:sz w:val="16"/>
          <w:u w:val="none"/>
        </w:rPr>
        <w:t xml:space="preserve">. This </w:t>
      </w:r>
      <w:r>
        <w:rPr>
          <w:b w:val="0"/>
          <w:i w:val="0"/>
          <w:smallCaps w:val="0"/>
          <w:strike w:val="0"/>
          <w:sz w:val="20"/>
          <w:u w:val="single"/>
        </w:rPr>
        <w:t>aggressive</w:t>
      </w:r>
      <w:r>
        <w:rPr>
          <w:b w:val="0"/>
          <w:i w:val="0"/>
          <w:smallCaps w:val="0"/>
          <w:strike w:val="0"/>
          <w:sz w:val="16"/>
          <w:u w:val="none"/>
        </w:rPr>
        <w:t xml:space="preserve"> approach </w:t>
      </w:r>
      <w:r>
        <w:rPr>
          <w:b w:val="0"/>
          <w:i w:val="0"/>
          <w:smallCaps w:val="0"/>
          <w:strike w:val="0"/>
          <w:sz w:val="20"/>
          <w:u w:val="single"/>
        </w:rPr>
        <w:t>disrupts industries</w:t>
      </w:r>
      <w:r>
        <w:rPr>
          <w:b w:val="0"/>
          <w:i w:val="0"/>
          <w:smallCaps w:val="0"/>
          <w:strike w:val="0"/>
          <w:sz w:val="16"/>
          <w:u w:val="none"/>
        </w:rPr>
        <w:t xml:space="preserve"> and </w:t>
      </w:r>
      <w:r>
        <w:rPr>
          <w:b w:val="0"/>
          <w:i w:val="0"/>
          <w:smallCaps w:val="0"/>
          <w:strike w:val="0"/>
          <w:sz w:val="20"/>
          <w:u w:val="single"/>
        </w:rPr>
        <w:t xml:space="preserve">stifles </w:t>
      </w:r>
      <w:r>
        <w:rPr>
          <w:b w:val="0"/>
          <w:i w:val="0"/>
          <w:smallCaps w:val="0"/>
          <w:strike w:val="0"/>
          <w:sz w:val="20"/>
          <w:u w:val="single"/>
        </w:rPr>
        <w:t>innovation</w:t>
      </w:r>
      <w:r>
        <w:rPr>
          <w:b w:val="0"/>
          <w:i w:val="0"/>
          <w:smallCaps w:val="0"/>
          <w:strike w:val="0"/>
          <w:sz w:val="16"/>
          <w:u w:val="none"/>
        </w:rPr>
        <w:t xml:space="preserve"> by </w:t>
      </w:r>
      <w:r>
        <w:rPr>
          <w:b w:val="0"/>
          <w:i w:val="0"/>
          <w:smallCaps w:val="0"/>
          <w:strike w:val="0"/>
          <w:sz w:val="20"/>
          <w:u w:val="single"/>
        </w:rPr>
        <w:t>diverting</w:t>
      </w:r>
      <w:r>
        <w:rPr>
          <w:b w:val="0"/>
          <w:i w:val="0"/>
          <w:smallCaps w:val="0"/>
          <w:strike w:val="0"/>
          <w:sz w:val="16"/>
          <w:u w:val="none"/>
        </w:rPr>
        <w:t xml:space="preserve"> </w:t>
      </w:r>
      <w:r>
        <w:rPr>
          <w:b w:val="0"/>
          <w:i w:val="0"/>
          <w:smallCaps w:val="0"/>
          <w:strike w:val="0"/>
          <w:sz w:val="20"/>
          <w:u w:val="single"/>
        </w:rPr>
        <w:t>resources</w:t>
      </w:r>
      <w:r>
        <w:rPr>
          <w:b w:val="0"/>
          <w:i w:val="0"/>
          <w:smallCaps w:val="0"/>
          <w:strike w:val="0"/>
          <w:sz w:val="16"/>
          <w:u w:val="none"/>
        </w:rPr>
        <w:t xml:space="preserve"> towards </w:t>
      </w:r>
      <w:r>
        <w:rPr>
          <w:b w:val="0"/>
          <w:i w:val="0"/>
          <w:smallCaps w:val="0"/>
          <w:strike w:val="0"/>
          <w:sz w:val="20"/>
          <w:u w:val="single"/>
        </w:rPr>
        <w:t xml:space="preserve">legal battles </w:t>
      </w:r>
      <w:r>
        <w:rPr>
          <w:b w:val="0"/>
          <w:i w:val="0"/>
          <w:smallCaps w:val="0"/>
          <w:strike w:val="0"/>
          <w:sz w:val="20"/>
          <w:u w:val="single"/>
        </w:rPr>
        <w:t>rather</w:t>
      </w:r>
      <w:r>
        <w:rPr>
          <w:b w:val="0"/>
          <w:i w:val="0"/>
          <w:smallCaps w:val="0"/>
          <w:strike w:val="0"/>
          <w:sz w:val="16"/>
          <w:u w:val="none"/>
        </w:rPr>
        <w:t xml:space="preserve"> than </w:t>
      </w:r>
      <w:r>
        <w:rPr>
          <w:b w:val="0"/>
          <w:i w:val="0"/>
          <w:smallCaps w:val="0"/>
          <w:strike w:val="0"/>
          <w:sz w:val="20"/>
          <w:u w:val="single"/>
        </w:rPr>
        <w:t xml:space="preserve">constructive </w:t>
      </w:r>
      <w:r>
        <w:rPr>
          <w:b w:val="0"/>
          <w:i w:val="0"/>
          <w:smallCaps w:val="0"/>
          <w:strike w:val="0"/>
          <w:sz w:val="20"/>
          <w:u w:val="single"/>
        </w:rPr>
        <w:t>research</w:t>
      </w:r>
      <w:r>
        <w:rPr>
          <w:b w:val="0"/>
          <w:i w:val="0"/>
          <w:smallCaps w:val="0"/>
          <w:strike w:val="0"/>
          <w:sz w:val="20"/>
          <w:u w:val="single"/>
        </w:rPr>
        <w:t xml:space="preserve"> and </w:t>
      </w:r>
      <w:r>
        <w:rPr>
          <w:b w:val="0"/>
          <w:i w:val="0"/>
          <w:smallCaps w:val="0"/>
          <w:strike w:val="0"/>
          <w:sz w:val="20"/>
          <w:u w:val="single"/>
        </w:rPr>
        <w:t>development</w:t>
      </w:r>
      <w:r>
        <w:rPr>
          <w:b w:val="0"/>
          <w:i w:val="0"/>
          <w:smallCaps w:val="0"/>
          <w:strike w:val="0"/>
          <w:sz w:val="20"/>
          <w:u w:val="single"/>
        </w:rPr>
        <w:t>.</w:t>
      </w:r>
    </w:p>
    <w:p>
      <w:pPr>
        <w:spacing w:after="60"/>
      </w:pPr>
      <w:r>
        <w:rPr>
          <w:b w:val="0"/>
          <w:i w:val="0"/>
          <w:smallCaps w:val="0"/>
          <w:strike w:val="0"/>
          <w:sz w:val="16"/>
          <w:u w:val="none"/>
        </w:rPr>
        <w:t>Drawbacks and Disadvantages of Patent Trolling</w:t>
      </w:r>
    </w:p>
    <w:p>
      <w:pPr>
        <w:spacing w:after="60"/>
      </w:pPr>
      <w:r>
        <w:rPr>
          <w:b w:val="0"/>
          <w:i w:val="0"/>
          <w:smallCaps w:val="0"/>
          <w:strike w:val="0"/>
          <w:sz w:val="16"/>
          <w:u w:val="none"/>
        </w:rPr>
        <w:t xml:space="preserve">The negative consequences of patent trolling are widespread and profound. Firstly, it introduces an </w:t>
      </w:r>
      <w:r>
        <w:rPr>
          <w:b w:val="0"/>
          <w:i w:val="0"/>
          <w:smallCaps w:val="0"/>
          <w:strike w:val="0"/>
          <w:sz w:val="20"/>
          <w:u w:val="single"/>
        </w:rPr>
        <w:t xml:space="preserve">element of </w:t>
      </w:r>
      <w:r>
        <w:rPr>
          <w:b w:val="0"/>
          <w:i w:val="0"/>
          <w:smallCaps w:val="0"/>
          <w:strike w:val="0"/>
          <w:sz w:val="20"/>
          <w:u w:val="single"/>
        </w:rPr>
        <w:t>uncertainty</w:t>
      </w:r>
      <w:r>
        <w:rPr>
          <w:b w:val="0"/>
          <w:i w:val="0"/>
          <w:smallCaps w:val="0"/>
          <w:strike w:val="0"/>
          <w:sz w:val="20"/>
          <w:u w:val="single"/>
        </w:rPr>
        <w:t xml:space="preserve"> and </w:t>
      </w:r>
      <w:r>
        <w:rPr>
          <w:b w:val="0"/>
          <w:i w:val="0"/>
          <w:smallCaps w:val="0"/>
          <w:strike w:val="0"/>
          <w:sz w:val="20"/>
          <w:u w:val="single"/>
        </w:rPr>
        <w:t>fear</w:t>
      </w:r>
      <w:r>
        <w:rPr>
          <w:b w:val="0"/>
          <w:i w:val="0"/>
          <w:smallCaps w:val="0"/>
          <w:strike w:val="0"/>
          <w:sz w:val="20"/>
          <w:u w:val="single"/>
        </w:rPr>
        <w:t xml:space="preserve"> within</w:t>
      </w:r>
      <w:r>
        <w:rPr>
          <w:b w:val="0"/>
          <w:i w:val="0"/>
          <w:smallCaps w:val="0"/>
          <w:strike w:val="0"/>
          <w:sz w:val="16"/>
          <w:u w:val="none"/>
        </w:rPr>
        <w:t xml:space="preserve"> the </w:t>
      </w:r>
      <w:r>
        <w:rPr>
          <w:b w:val="0"/>
          <w:i w:val="0"/>
          <w:smallCaps w:val="0"/>
          <w:strike w:val="0"/>
          <w:sz w:val="20"/>
          <w:u w:val="single"/>
        </w:rPr>
        <w:t>business</w:t>
      </w:r>
      <w:r>
        <w:rPr>
          <w:b w:val="0"/>
          <w:i w:val="0"/>
          <w:smallCaps w:val="0"/>
          <w:strike w:val="0"/>
          <w:sz w:val="16"/>
          <w:u w:val="none"/>
        </w:rPr>
        <w:t xml:space="preserve"> </w:t>
      </w:r>
      <w:r>
        <w:rPr>
          <w:b w:val="0"/>
          <w:i w:val="0"/>
          <w:smallCaps w:val="0"/>
          <w:strike w:val="0"/>
          <w:sz w:val="20"/>
          <w:u w:val="single"/>
        </w:rPr>
        <w:t>landscape</w:t>
      </w:r>
      <w:r>
        <w:rPr>
          <w:b w:val="0"/>
          <w:i w:val="0"/>
          <w:smallCaps w:val="0"/>
          <w:strike w:val="0"/>
          <w:sz w:val="16"/>
          <w:u w:val="none"/>
        </w:rPr>
        <w:t xml:space="preserve">. </w:t>
      </w:r>
      <w:r>
        <w:rPr>
          <w:b w:val="0"/>
          <w:i w:val="0"/>
          <w:smallCaps w:val="0"/>
          <w:strike w:val="0"/>
          <w:sz w:val="20"/>
          <w:u w:val="single"/>
        </w:rPr>
        <w:t>Companies</w:t>
      </w:r>
      <w:r>
        <w:rPr>
          <w:b w:val="0"/>
          <w:i w:val="0"/>
          <w:smallCaps w:val="0"/>
          <w:strike w:val="0"/>
          <w:sz w:val="16"/>
          <w:u w:val="none"/>
        </w:rPr>
        <w:t xml:space="preserve"> and </w:t>
      </w:r>
      <w:r>
        <w:rPr>
          <w:b w:val="0"/>
          <w:i w:val="0"/>
          <w:smallCaps w:val="0"/>
          <w:strike w:val="0"/>
          <w:sz w:val="20"/>
          <w:u w:val="single"/>
        </w:rPr>
        <w:t>individuals</w:t>
      </w:r>
      <w:r>
        <w:rPr>
          <w:b w:val="0"/>
          <w:i w:val="0"/>
          <w:smallCaps w:val="0"/>
          <w:strike w:val="0"/>
          <w:sz w:val="16"/>
          <w:u w:val="none"/>
        </w:rPr>
        <w:t xml:space="preserve"> may </w:t>
      </w:r>
      <w:r>
        <w:rPr>
          <w:b w:val="0"/>
          <w:i w:val="0"/>
          <w:smallCaps w:val="0"/>
          <w:strike w:val="0"/>
          <w:sz w:val="20"/>
          <w:u w:val="single"/>
        </w:rPr>
        <w:t>hesitate</w:t>
      </w:r>
      <w:r>
        <w:rPr>
          <w:b w:val="0"/>
          <w:i w:val="0"/>
          <w:smallCaps w:val="0"/>
          <w:strike w:val="0"/>
          <w:sz w:val="16"/>
          <w:u w:val="none"/>
        </w:rPr>
        <w:t xml:space="preserve"> to </w:t>
      </w:r>
      <w:r>
        <w:rPr>
          <w:b w:val="0"/>
          <w:i w:val="0"/>
          <w:smallCaps w:val="0"/>
          <w:strike w:val="0"/>
          <w:sz w:val="20"/>
          <w:u w:val="single"/>
        </w:rPr>
        <w:t>innovate</w:t>
      </w:r>
      <w:r>
        <w:rPr>
          <w:b w:val="0"/>
          <w:i w:val="0"/>
          <w:smallCaps w:val="0"/>
          <w:strike w:val="0"/>
          <w:sz w:val="16"/>
          <w:u w:val="none"/>
        </w:rPr>
        <w:t xml:space="preserve"> or </w:t>
      </w:r>
      <w:r>
        <w:rPr>
          <w:b w:val="0"/>
          <w:i w:val="0"/>
          <w:smallCaps w:val="0"/>
          <w:strike w:val="0"/>
          <w:sz w:val="20"/>
          <w:u w:val="single"/>
        </w:rPr>
        <w:t>introduce</w:t>
      </w:r>
      <w:r>
        <w:rPr>
          <w:b w:val="0"/>
          <w:i w:val="0"/>
          <w:smallCaps w:val="0"/>
          <w:strike w:val="0"/>
          <w:sz w:val="16"/>
          <w:u w:val="none"/>
        </w:rPr>
        <w:t xml:space="preserve"> new </w:t>
      </w:r>
      <w:r>
        <w:rPr>
          <w:b w:val="0"/>
          <w:i w:val="0"/>
          <w:smallCaps w:val="0"/>
          <w:strike w:val="0"/>
          <w:sz w:val="20"/>
          <w:u w:val="single"/>
        </w:rPr>
        <w:t>products</w:t>
      </w:r>
      <w:r>
        <w:rPr>
          <w:b w:val="0"/>
          <w:i w:val="0"/>
          <w:smallCaps w:val="0"/>
          <w:strike w:val="0"/>
          <w:sz w:val="16"/>
          <w:u w:val="none"/>
        </w:rPr>
        <w:t xml:space="preserve">, </w:t>
      </w:r>
      <w:r>
        <w:rPr>
          <w:b w:val="0"/>
          <w:i w:val="0"/>
          <w:smallCaps w:val="0"/>
          <w:strike w:val="0"/>
          <w:sz w:val="20"/>
          <w:u w:val="single"/>
        </w:rPr>
        <w:t>fearing</w:t>
      </w:r>
      <w:r>
        <w:rPr>
          <w:b w:val="0"/>
          <w:i w:val="0"/>
          <w:smallCaps w:val="0"/>
          <w:strike w:val="0"/>
          <w:sz w:val="16"/>
          <w:u w:val="none"/>
        </w:rPr>
        <w:t xml:space="preserve"> the </w:t>
      </w:r>
      <w:r>
        <w:rPr>
          <w:b w:val="0"/>
          <w:i w:val="0"/>
          <w:smallCaps w:val="0"/>
          <w:strike w:val="0"/>
          <w:sz w:val="20"/>
          <w:u w:val="single"/>
        </w:rPr>
        <w:t>specter</w:t>
      </w:r>
      <w:r>
        <w:rPr>
          <w:b w:val="0"/>
          <w:i w:val="0"/>
          <w:smallCaps w:val="0"/>
          <w:strike w:val="0"/>
          <w:sz w:val="16"/>
          <w:u w:val="none"/>
        </w:rPr>
        <w:t xml:space="preserve"> of </w:t>
      </w:r>
      <w:r>
        <w:rPr>
          <w:b w:val="0"/>
          <w:i w:val="0"/>
          <w:smallCaps w:val="0"/>
          <w:strike w:val="0"/>
          <w:sz w:val="20"/>
          <w:u w:val="single"/>
        </w:rPr>
        <w:t xml:space="preserve">patent infringement </w:t>
      </w:r>
      <w:r>
        <w:rPr>
          <w:b w:val="0"/>
          <w:i w:val="0"/>
          <w:smallCaps w:val="0"/>
          <w:strike w:val="0"/>
          <w:sz w:val="20"/>
          <w:u w:val="single"/>
        </w:rPr>
        <w:t>lawsuits</w:t>
      </w:r>
      <w:r>
        <w:rPr>
          <w:b w:val="0"/>
          <w:i w:val="0"/>
          <w:smallCaps w:val="0"/>
          <w:strike w:val="0"/>
          <w:sz w:val="16"/>
          <w:u w:val="none"/>
        </w:rPr>
        <w:t>. This</w:t>
      </w:r>
      <w:r>
        <w:rPr>
          <w:b w:val="0"/>
          <w:i w:val="0"/>
          <w:smallCaps w:val="0"/>
          <w:strike w:val="0"/>
          <w:sz w:val="20"/>
          <w:u w:val="single"/>
        </w:rPr>
        <w:t xml:space="preserve"> fear</w:t>
      </w:r>
      <w:r>
        <w:rPr>
          <w:b w:val="0"/>
          <w:i w:val="0"/>
          <w:smallCaps w:val="0"/>
          <w:strike w:val="0"/>
          <w:sz w:val="16"/>
          <w:u w:val="none"/>
        </w:rPr>
        <w:t xml:space="preserve"> can </w:t>
      </w:r>
      <w:r>
        <w:rPr>
          <w:b w:val="0"/>
          <w:i w:val="0"/>
          <w:smallCaps w:val="0"/>
          <w:strike w:val="0"/>
          <w:sz w:val="20"/>
          <w:u w:val="single"/>
        </w:rPr>
        <w:t>result</w:t>
      </w:r>
      <w:r>
        <w:rPr>
          <w:b w:val="0"/>
          <w:i w:val="0"/>
          <w:smallCaps w:val="0"/>
          <w:strike w:val="0"/>
          <w:sz w:val="16"/>
          <w:u w:val="none"/>
        </w:rPr>
        <w:t xml:space="preserve"> in </w:t>
      </w:r>
      <w:r>
        <w:rPr>
          <w:b w:val="0"/>
          <w:i w:val="0"/>
          <w:smallCaps w:val="0"/>
          <w:strike w:val="0"/>
          <w:sz w:val="20"/>
          <w:u w:val="single"/>
        </w:rPr>
        <w:t>delayed</w:t>
      </w:r>
      <w:r>
        <w:rPr>
          <w:b w:val="0"/>
          <w:i w:val="0"/>
          <w:smallCaps w:val="0"/>
          <w:strike w:val="0"/>
          <w:sz w:val="16"/>
          <w:u w:val="none"/>
        </w:rPr>
        <w:t xml:space="preserve"> or </w:t>
      </w:r>
      <w:r>
        <w:rPr>
          <w:b w:val="0"/>
          <w:i w:val="0"/>
          <w:smallCaps w:val="0"/>
          <w:strike w:val="0"/>
          <w:sz w:val="20"/>
          <w:u w:val="single"/>
        </w:rPr>
        <w:t>canceled</w:t>
      </w:r>
      <w:r>
        <w:rPr>
          <w:b w:val="0"/>
          <w:i w:val="0"/>
          <w:smallCaps w:val="0"/>
          <w:strike w:val="0"/>
          <w:sz w:val="20"/>
          <w:u w:val="single"/>
        </w:rPr>
        <w:t xml:space="preserve"> projects,</w:t>
      </w:r>
      <w:r>
        <w:rPr>
          <w:b w:val="0"/>
          <w:i w:val="0"/>
          <w:smallCaps w:val="0"/>
          <w:strike w:val="0"/>
          <w:sz w:val="16"/>
          <w:u w:val="none"/>
        </w:rPr>
        <w:t xml:space="preserve"> </w:t>
      </w:r>
      <w:r>
        <w:rPr>
          <w:b w:val="0"/>
          <w:i w:val="0"/>
          <w:smallCaps w:val="0"/>
          <w:strike w:val="0"/>
          <w:sz w:val="20"/>
          <w:u w:val="single"/>
        </w:rPr>
        <w:t>impacting</w:t>
      </w:r>
      <w:r>
        <w:rPr>
          <w:b w:val="0"/>
          <w:i w:val="0"/>
          <w:smallCaps w:val="0"/>
          <w:strike w:val="0"/>
          <w:sz w:val="16"/>
          <w:u w:val="none"/>
        </w:rPr>
        <w:t xml:space="preserve"> the overall </w:t>
      </w:r>
      <w:r>
        <w:rPr>
          <w:b w:val="0"/>
          <w:i w:val="0"/>
          <w:smallCaps w:val="0"/>
          <w:strike w:val="0"/>
          <w:sz w:val="20"/>
          <w:u w:val="single"/>
        </w:rPr>
        <w:t>pace</w:t>
      </w:r>
      <w:r>
        <w:rPr>
          <w:b w:val="0"/>
          <w:i w:val="0"/>
          <w:smallCaps w:val="0"/>
          <w:strike w:val="0"/>
          <w:sz w:val="20"/>
          <w:u w:val="single"/>
        </w:rPr>
        <w:t xml:space="preserve"> of </w:t>
      </w:r>
      <w:r>
        <w:rPr>
          <w:b w:val="0"/>
          <w:i w:val="0"/>
          <w:smallCaps w:val="0"/>
          <w:strike w:val="0"/>
          <w:sz w:val="20"/>
          <w:u w:val="single"/>
        </w:rPr>
        <w:t>technological advancement</w:t>
      </w:r>
      <w:r>
        <w:rPr>
          <w:b w:val="0"/>
          <w:i w:val="0"/>
          <w:smallCaps w:val="0"/>
          <w:strike w:val="0"/>
          <w:sz w:val="16"/>
          <w:u w:val="none"/>
        </w:rPr>
        <w:t>.</w:t>
      </w:r>
    </w:p>
    <w:p>
      <w:pPr>
        <w:spacing w:after="60"/>
      </w:pPr>
      <w:r>
        <w:rPr>
          <w:b w:val="0"/>
          <w:i w:val="0"/>
          <w:smallCaps w:val="0"/>
          <w:strike w:val="0"/>
          <w:sz w:val="16"/>
          <w:u w:val="none"/>
        </w:rPr>
        <w:t xml:space="preserve">Moreover, the </w:t>
      </w:r>
      <w:r>
        <w:rPr>
          <w:b w:val="0"/>
          <w:i w:val="0"/>
          <w:smallCaps w:val="0"/>
          <w:strike w:val="0"/>
          <w:sz w:val="20"/>
          <w:u w:val="single"/>
        </w:rPr>
        <w:t>financial</w:t>
      </w:r>
      <w:r>
        <w:rPr>
          <w:b w:val="0"/>
          <w:i w:val="0"/>
          <w:smallCaps w:val="0"/>
          <w:strike w:val="0"/>
          <w:sz w:val="16"/>
          <w:u w:val="none"/>
        </w:rPr>
        <w:t xml:space="preserve"> </w:t>
      </w:r>
      <w:r>
        <w:rPr>
          <w:b w:val="0"/>
          <w:i w:val="0"/>
          <w:smallCaps w:val="0"/>
          <w:strike w:val="0"/>
          <w:sz w:val="20"/>
          <w:u w:val="single"/>
        </w:rPr>
        <w:t>toll</w:t>
      </w:r>
      <w:r>
        <w:rPr>
          <w:b w:val="0"/>
          <w:i w:val="0"/>
          <w:smallCaps w:val="0"/>
          <w:strike w:val="0"/>
          <w:sz w:val="16"/>
          <w:u w:val="none"/>
        </w:rPr>
        <w:t xml:space="preserve"> of </w:t>
      </w:r>
      <w:r>
        <w:rPr>
          <w:b w:val="0"/>
          <w:i w:val="0"/>
          <w:smallCaps w:val="0"/>
          <w:strike w:val="0"/>
          <w:sz w:val="20"/>
          <w:u w:val="single"/>
        </w:rPr>
        <w:t xml:space="preserve">patent </w:t>
      </w:r>
      <w:r>
        <w:rPr>
          <w:b w:val="0"/>
          <w:i w:val="0"/>
          <w:smallCaps w:val="0"/>
          <w:strike w:val="0"/>
          <w:sz w:val="20"/>
          <w:u w:val="single"/>
        </w:rPr>
        <w:t>trolling</w:t>
      </w:r>
      <w:r>
        <w:rPr>
          <w:b w:val="0"/>
          <w:i w:val="0"/>
          <w:smallCaps w:val="0"/>
          <w:strike w:val="0"/>
          <w:sz w:val="20"/>
          <w:u w:val="single"/>
        </w:rPr>
        <w:t xml:space="preserve"> is </w:t>
      </w:r>
      <w:r>
        <w:rPr>
          <w:b w:val="0"/>
          <w:i w:val="0"/>
          <w:smallCaps w:val="0"/>
          <w:strike w:val="0"/>
          <w:sz w:val="20"/>
          <w:u w:val="single"/>
        </w:rPr>
        <w:t>significant</w:t>
      </w:r>
      <w:r>
        <w:rPr>
          <w:b w:val="0"/>
          <w:i w:val="0"/>
          <w:smallCaps w:val="0"/>
          <w:strike w:val="0"/>
          <w:sz w:val="16"/>
          <w:u w:val="none"/>
        </w:rPr>
        <w:t xml:space="preserve">. Entities facing </w:t>
      </w:r>
      <w:r>
        <w:rPr>
          <w:b w:val="0"/>
          <w:i w:val="0"/>
          <w:smallCaps w:val="0"/>
          <w:strike w:val="0"/>
          <w:sz w:val="20"/>
          <w:u w:val="single"/>
        </w:rPr>
        <w:t xml:space="preserve">patent infringement </w:t>
      </w:r>
      <w:r>
        <w:rPr>
          <w:b w:val="0"/>
          <w:i w:val="0"/>
          <w:smallCaps w:val="0"/>
          <w:strike w:val="0"/>
          <w:sz w:val="20"/>
          <w:u w:val="single"/>
        </w:rPr>
        <w:t>lawsuits</w:t>
      </w:r>
      <w:r>
        <w:rPr>
          <w:b w:val="0"/>
          <w:i w:val="0"/>
          <w:smallCaps w:val="0"/>
          <w:strike w:val="0"/>
          <w:sz w:val="16"/>
          <w:u w:val="none"/>
        </w:rPr>
        <w:t xml:space="preserve"> from </w:t>
      </w:r>
      <w:r>
        <w:rPr>
          <w:b w:val="0"/>
          <w:i w:val="0"/>
          <w:smallCaps w:val="0"/>
          <w:strike w:val="0"/>
          <w:sz w:val="20"/>
          <w:u w:val="single"/>
        </w:rPr>
        <w:t>trolls</w:t>
      </w:r>
      <w:r>
        <w:rPr>
          <w:b w:val="0"/>
          <w:i w:val="0"/>
          <w:smallCaps w:val="0"/>
          <w:strike w:val="0"/>
          <w:sz w:val="16"/>
          <w:u w:val="none"/>
        </w:rPr>
        <w:t xml:space="preserve"> incur </w:t>
      </w:r>
      <w:r>
        <w:rPr>
          <w:b w:val="0"/>
          <w:i w:val="0"/>
          <w:smallCaps w:val="0"/>
          <w:strike w:val="0"/>
          <w:sz w:val="20"/>
          <w:u w:val="single"/>
        </w:rPr>
        <w:t>substantial legal fees</w:t>
      </w:r>
      <w:r>
        <w:rPr>
          <w:b w:val="0"/>
          <w:i w:val="0"/>
          <w:smallCaps w:val="0"/>
          <w:strike w:val="0"/>
          <w:sz w:val="16"/>
          <w:u w:val="none"/>
        </w:rPr>
        <w:t xml:space="preserve">, </w:t>
      </w:r>
      <w:r>
        <w:rPr>
          <w:b w:val="0"/>
          <w:i w:val="0"/>
          <w:smallCaps w:val="0"/>
          <w:strike w:val="0"/>
          <w:sz w:val="20"/>
          <w:u w:val="single"/>
        </w:rPr>
        <w:t>settlements</w:t>
      </w:r>
      <w:r>
        <w:rPr>
          <w:b w:val="0"/>
          <w:i w:val="0"/>
          <w:smallCaps w:val="0"/>
          <w:strike w:val="0"/>
          <w:sz w:val="16"/>
          <w:u w:val="none"/>
        </w:rPr>
        <w:t xml:space="preserve">, and </w:t>
      </w:r>
      <w:r>
        <w:rPr>
          <w:b w:val="0"/>
          <w:i w:val="0"/>
          <w:smallCaps w:val="0"/>
          <w:strike w:val="0"/>
          <w:sz w:val="20"/>
          <w:u w:val="single"/>
        </w:rPr>
        <w:t>judgments</w:t>
      </w:r>
      <w:r>
        <w:rPr>
          <w:b w:val="0"/>
          <w:i w:val="0"/>
          <w:smallCaps w:val="0"/>
          <w:strike w:val="0"/>
          <w:sz w:val="16"/>
          <w:u w:val="none"/>
        </w:rPr>
        <w:t xml:space="preserve">. The </w:t>
      </w:r>
      <w:r>
        <w:rPr>
          <w:b w:val="0"/>
          <w:i w:val="0"/>
          <w:smallCaps w:val="0"/>
          <w:strike w:val="0"/>
          <w:sz w:val="20"/>
          <w:u w:val="single"/>
        </w:rPr>
        <w:t xml:space="preserve">financial </w:t>
      </w:r>
      <w:r>
        <w:rPr>
          <w:b w:val="0"/>
          <w:i w:val="0"/>
          <w:smallCaps w:val="0"/>
          <w:strike w:val="0"/>
          <w:sz w:val="20"/>
          <w:u w:val="single"/>
        </w:rPr>
        <w:t>burden</w:t>
      </w:r>
      <w:r>
        <w:rPr>
          <w:b w:val="0"/>
          <w:i w:val="0"/>
          <w:smallCaps w:val="0"/>
          <w:strike w:val="0"/>
          <w:sz w:val="16"/>
          <w:u w:val="none"/>
        </w:rPr>
        <w:t xml:space="preserve"> can </w:t>
      </w:r>
      <w:r>
        <w:rPr>
          <w:b w:val="0"/>
          <w:i w:val="0"/>
          <w:smallCaps w:val="0"/>
          <w:strike w:val="0"/>
          <w:sz w:val="20"/>
          <w:u w:val="single"/>
        </w:rPr>
        <w:t>cripple</w:t>
      </w:r>
      <w:r>
        <w:rPr>
          <w:b w:val="0"/>
          <w:i w:val="0"/>
          <w:smallCaps w:val="0"/>
          <w:strike w:val="0"/>
          <w:sz w:val="16"/>
          <w:u w:val="none"/>
        </w:rPr>
        <w:t xml:space="preserve"> </w:t>
      </w:r>
      <w:r>
        <w:rPr>
          <w:b w:val="0"/>
          <w:i w:val="0"/>
          <w:smallCaps w:val="0"/>
          <w:strike w:val="0"/>
          <w:sz w:val="20"/>
          <w:u w:val="single"/>
        </w:rPr>
        <w:t xml:space="preserve">smaller </w:t>
      </w:r>
      <w:r>
        <w:rPr>
          <w:b w:val="0"/>
          <w:i w:val="0"/>
          <w:smallCaps w:val="0"/>
          <w:strike w:val="0"/>
          <w:sz w:val="20"/>
          <w:u w:val="single"/>
        </w:rPr>
        <w:t>companies</w:t>
      </w:r>
      <w:r>
        <w:rPr>
          <w:b w:val="0"/>
          <w:i w:val="0"/>
          <w:smallCaps w:val="0"/>
          <w:strike w:val="0"/>
          <w:sz w:val="16"/>
          <w:u w:val="none"/>
        </w:rPr>
        <w:t>, diverting funds that could have been allocated to research, development, and market expansion. The sheer cost of litigation and settlements often forces companies to reassess their innovation strategies, potentially curtailing their ability to compete and thrive in the market.</w:t>
      </w:r>
    </w:p>
    <w:p>
      <w:pPr>
        <w:spacing w:after="60"/>
      </w:pPr>
      <w:r>
        <w:rPr>
          <w:b w:val="0"/>
          <w:i w:val="0"/>
          <w:smallCaps w:val="0"/>
          <w:strike w:val="0"/>
          <w:sz w:val="16"/>
          <w:u w:val="none"/>
        </w:rPr>
        <w:t xml:space="preserve">The economic ramifications extend beyond individual businesses. In a broader context, patent trolls contribute to a strained legal system, </w:t>
      </w:r>
      <w:r>
        <w:rPr>
          <w:b w:val="0"/>
          <w:i w:val="0"/>
          <w:smallCaps w:val="0"/>
          <w:strike w:val="0"/>
          <w:sz w:val="20"/>
          <w:u w:val="single"/>
        </w:rPr>
        <w:t xml:space="preserve">clogging courts with </w:t>
      </w:r>
      <w:r>
        <w:rPr>
          <w:b w:val="0"/>
          <w:i w:val="0"/>
          <w:smallCaps w:val="0"/>
          <w:strike w:val="0"/>
          <w:sz w:val="20"/>
          <w:u w:val="single"/>
        </w:rPr>
        <w:t>frivolous</w:t>
      </w:r>
      <w:r>
        <w:rPr>
          <w:b w:val="0"/>
          <w:i w:val="0"/>
          <w:smallCaps w:val="0"/>
          <w:strike w:val="0"/>
          <w:sz w:val="16"/>
          <w:u w:val="none"/>
        </w:rPr>
        <w:t xml:space="preserve"> </w:t>
      </w:r>
      <w:r>
        <w:rPr>
          <w:b w:val="0"/>
          <w:i w:val="0"/>
          <w:smallCaps w:val="0"/>
          <w:strike w:val="0"/>
          <w:sz w:val="20"/>
          <w:u w:val="single"/>
        </w:rPr>
        <w:t>lawsuits</w:t>
      </w:r>
      <w:r>
        <w:rPr>
          <w:b w:val="0"/>
          <w:i w:val="0"/>
          <w:smallCaps w:val="0"/>
          <w:strike w:val="0"/>
          <w:sz w:val="16"/>
          <w:u w:val="none"/>
        </w:rPr>
        <w:t xml:space="preserve">. This not only </w:t>
      </w:r>
      <w:r>
        <w:rPr>
          <w:b w:val="0"/>
          <w:i w:val="0"/>
          <w:smallCaps w:val="0"/>
          <w:strike w:val="0"/>
          <w:sz w:val="20"/>
          <w:u w:val="single"/>
        </w:rPr>
        <w:t>burdens</w:t>
      </w:r>
      <w:r>
        <w:rPr>
          <w:b w:val="0"/>
          <w:i w:val="0"/>
          <w:smallCaps w:val="0"/>
          <w:strike w:val="0"/>
          <w:sz w:val="20"/>
          <w:u w:val="single"/>
        </w:rPr>
        <w:t xml:space="preserve"> the legal </w:t>
      </w:r>
      <w:r>
        <w:rPr>
          <w:b w:val="0"/>
          <w:i w:val="0"/>
          <w:smallCaps w:val="0"/>
          <w:strike w:val="0"/>
          <w:sz w:val="20"/>
          <w:u w:val="single"/>
        </w:rPr>
        <w:t>infrastructure</w:t>
      </w:r>
      <w:r>
        <w:rPr>
          <w:b w:val="0"/>
          <w:i w:val="0"/>
          <w:smallCaps w:val="0"/>
          <w:strike w:val="0"/>
          <w:sz w:val="16"/>
          <w:u w:val="none"/>
        </w:rPr>
        <w:t xml:space="preserve"> but also results in an </w:t>
      </w:r>
      <w:r>
        <w:rPr>
          <w:b w:val="0"/>
          <w:i w:val="0"/>
          <w:smallCaps w:val="0"/>
          <w:strike w:val="0"/>
          <w:sz w:val="20"/>
          <w:u w:val="single"/>
        </w:rPr>
        <w:t>inefficient allocation</w:t>
      </w:r>
      <w:r>
        <w:rPr>
          <w:b w:val="0"/>
          <w:i w:val="0"/>
          <w:smallCaps w:val="0"/>
          <w:strike w:val="0"/>
          <w:sz w:val="16"/>
          <w:u w:val="none"/>
        </w:rPr>
        <w:t xml:space="preserve"> of </w:t>
      </w:r>
      <w:r>
        <w:rPr>
          <w:b w:val="0"/>
          <w:i w:val="0"/>
          <w:smallCaps w:val="0"/>
          <w:strike w:val="0"/>
          <w:sz w:val="20"/>
          <w:u w:val="single"/>
        </w:rPr>
        <w:t>resources</w:t>
      </w:r>
      <w:r>
        <w:rPr>
          <w:b w:val="0"/>
          <w:i w:val="0"/>
          <w:smallCaps w:val="0"/>
          <w:strike w:val="0"/>
          <w:sz w:val="16"/>
          <w:u w:val="none"/>
        </w:rPr>
        <w:t xml:space="preserve"> that could be </w:t>
      </w:r>
      <w:r>
        <w:rPr>
          <w:b w:val="0"/>
          <w:i w:val="0"/>
          <w:smallCaps w:val="0"/>
          <w:strike w:val="0"/>
          <w:sz w:val="20"/>
          <w:u w:val="single"/>
        </w:rPr>
        <w:t xml:space="preserve">better </w:t>
      </w:r>
      <w:r>
        <w:rPr>
          <w:b w:val="0"/>
          <w:i w:val="0"/>
          <w:smallCaps w:val="0"/>
          <w:strike w:val="0"/>
          <w:sz w:val="20"/>
          <w:u w:val="single"/>
        </w:rPr>
        <w:t>utilized</w:t>
      </w:r>
      <w:r>
        <w:rPr>
          <w:b w:val="0"/>
          <w:i w:val="0"/>
          <w:smallCaps w:val="0"/>
          <w:strike w:val="0"/>
          <w:sz w:val="20"/>
          <w:u w:val="single"/>
        </w:rPr>
        <w:t xml:space="preserve"> elsewhere.</w:t>
      </w:r>
    </w:p>
    <w:p>
      <w:pPr>
        <w:spacing w:after="60"/>
      </w:pPr>
      <w:r>
        <w:rPr>
          <w:b w:val="0"/>
          <w:i w:val="0"/>
          <w:smallCaps w:val="0"/>
          <w:strike w:val="0"/>
          <w:sz w:val="16"/>
          <w:u w:val="none"/>
        </w:rPr>
        <w:t>Impact on Innovation and Economic Growth</w:t>
      </w:r>
    </w:p>
    <w:p>
      <w:pPr>
        <w:spacing w:after="60"/>
      </w:pPr>
      <w:r>
        <w:rPr>
          <w:b w:val="0"/>
          <w:i w:val="0"/>
          <w:smallCaps w:val="0"/>
          <w:strike w:val="0"/>
          <w:sz w:val="20"/>
          <w:u w:val="single"/>
        </w:rPr>
        <w:t>Innovation</w:t>
      </w:r>
      <w:r>
        <w:rPr>
          <w:b w:val="0"/>
          <w:i w:val="0"/>
          <w:smallCaps w:val="0"/>
          <w:strike w:val="0"/>
          <w:sz w:val="16"/>
          <w:u w:val="none"/>
        </w:rPr>
        <w:t xml:space="preserve"> is the </w:t>
      </w:r>
      <w:r>
        <w:rPr>
          <w:b w:val="0"/>
          <w:i w:val="0"/>
          <w:smallCaps w:val="0"/>
          <w:strike w:val="0"/>
          <w:sz w:val="20"/>
          <w:u w:val="single"/>
        </w:rPr>
        <w:t xml:space="preserve">lifeblood of economic </w:t>
      </w:r>
      <w:r>
        <w:rPr>
          <w:b w:val="0"/>
          <w:i w:val="0"/>
          <w:smallCaps w:val="0"/>
          <w:strike w:val="0"/>
          <w:sz w:val="20"/>
          <w:u w:val="single"/>
        </w:rPr>
        <w:t>growth</w:t>
      </w:r>
      <w:r>
        <w:rPr>
          <w:b w:val="0"/>
          <w:i w:val="0"/>
          <w:smallCaps w:val="0"/>
          <w:strike w:val="0"/>
          <w:sz w:val="16"/>
          <w:u w:val="none"/>
        </w:rPr>
        <w:t xml:space="preserve">, driving </w:t>
      </w:r>
      <w:r>
        <w:rPr>
          <w:b w:val="0"/>
          <w:i w:val="0"/>
          <w:smallCaps w:val="0"/>
          <w:strike w:val="0"/>
          <w:sz w:val="20"/>
          <w:u w:val="single"/>
        </w:rPr>
        <w:t>productivity</w:t>
      </w:r>
      <w:r>
        <w:rPr>
          <w:b w:val="0"/>
          <w:i w:val="0"/>
          <w:smallCaps w:val="0"/>
          <w:strike w:val="0"/>
          <w:sz w:val="16"/>
          <w:u w:val="none"/>
        </w:rPr>
        <w:t xml:space="preserve">, creating </w:t>
      </w:r>
      <w:r>
        <w:rPr>
          <w:b w:val="0"/>
          <w:i w:val="0"/>
          <w:smallCaps w:val="0"/>
          <w:strike w:val="0"/>
          <w:sz w:val="20"/>
          <w:u w:val="single"/>
        </w:rPr>
        <w:t>jobs</w:t>
      </w:r>
      <w:r>
        <w:rPr>
          <w:b w:val="0"/>
          <w:i w:val="0"/>
          <w:smallCaps w:val="0"/>
          <w:strike w:val="0"/>
          <w:sz w:val="16"/>
          <w:u w:val="none"/>
        </w:rPr>
        <w:t xml:space="preserve">, and </w:t>
      </w:r>
      <w:r>
        <w:rPr>
          <w:b w:val="0"/>
          <w:i w:val="0"/>
          <w:smallCaps w:val="0"/>
          <w:strike w:val="0"/>
          <w:sz w:val="20"/>
          <w:u w:val="single"/>
        </w:rPr>
        <w:t xml:space="preserve">fostering </w:t>
      </w:r>
      <w:r>
        <w:rPr>
          <w:b w:val="0"/>
          <w:i w:val="0"/>
          <w:smallCaps w:val="0"/>
          <w:strike w:val="0"/>
          <w:sz w:val="20"/>
          <w:u w:val="single"/>
        </w:rPr>
        <w:t>global</w:t>
      </w:r>
      <w:r>
        <w:rPr>
          <w:b w:val="0"/>
          <w:i w:val="0"/>
          <w:smallCaps w:val="0"/>
          <w:strike w:val="0"/>
          <w:sz w:val="16"/>
          <w:u w:val="none"/>
        </w:rPr>
        <w:t xml:space="preserve"> </w:t>
      </w:r>
      <w:r>
        <w:rPr>
          <w:b w:val="0"/>
          <w:i w:val="0"/>
          <w:smallCaps w:val="0"/>
          <w:strike w:val="0"/>
          <w:sz w:val="20"/>
          <w:u w:val="single"/>
        </w:rPr>
        <w:t>competitiveness</w:t>
      </w:r>
      <w:r>
        <w:rPr>
          <w:b w:val="0"/>
          <w:i w:val="0"/>
          <w:smallCaps w:val="0"/>
          <w:strike w:val="0"/>
          <w:sz w:val="16"/>
          <w:u w:val="none"/>
        </w:rPr>
        <w:t xml:space="preserve">. Patent </w:t>
      </w:r>
      <w:r>
        <w:rPr>
          <w:b w:val="0"/>
          <w:i w:val="0"/>
          <w:smallCaps w:val="0"/>
          <w:strike w:val="0"/>
          <w:sz w:val="20"/>
          <w:u w:val="single"/>
        </w:rPr>
        <w:t>trolls</w:t>
      </w:r>
      <w:r>
        <w:rPr>
          <w:b w:val="0"/>
          <w:i w:val="0"/>
          <w:smallCaps w:val="0"/>
          <w:strike w:val="0"/>
          <w:sz w:val="16"/>
          <w:u w:val="none"/>
        </w:rPr>
        <w:t xml:space="preserve">, by </w:t>
      </w:r>
      <w:r>
        <w:rPr>
          <w:b w:val="0"/>
          <w:i w:val="0"/>
          <w:smallCaps w:val="0"/>
          <w:strike w:val="0"/>
          <w:sz w:val="20"/>
          <w:u w:val="single"/>
        </w:rPr>
        <w:t>virtue</w:t>
      </w:r>
      <w:r>
        <w:rPr>
          <w:b w:val="0"/>
          <w:i w:val="0"/>
          <w:smallCaps w:val="0"/>
          <w:strike w:val="0"/>
          <w:sz w:val="16"/>
          <w:u w:val="none"/>
        </w:rPr>
        <w:t xml:space="preserve"> of their </w:t>
      </w:r>
      <w:r>
        <w:rPr>
          <w:b w:val="0"/>
          <w:i w:val="0"/>
          <w:smallCaps w:val="0"/>
          <w:strike w:val="0"/>
          <w:sz w:val="20"/>
          <w:u w:val="single"/>
        </w:rPr>
        <w:t>litigious</w:t>
      </w:r>
      <w:r>
        <w:rPr>
          <w:b w:val="0"/>
          <w:i w:val="0"/>
          <w:smallCaps w:val="0"/>
          <w:strike w:val="0"/>
          <w:sz w:val="20"/>
          <w:u w:val="single"/>
        </w:rPr>
        <w:t xml:space="preserve"> practices</w:t>
      </w:r>
      <w:r>
        <w:rPr>
          <w:b w:val="0"/>
          <w:i w:val="0"/>
          <w:smallCaps w:val="0"/>
          <w:strike w:val="0"/>
          <w:sz w:val="16"/>
          <w:u w:val="none"/>
        </w:rPr>
        <w:t xml:space="preserve">, </w:t>
      </w:r>
      <w:r>
        <w:rPr>
          <w:b w:val="0"/>
          <w:i w:val="0"/>
          <w:smallCaps w:val="0"/>
          <w:strike w:val="0"/>
          <w:sz w:val="20"/>
          <w:u w:val="single"/>
        </w:rPr>
        <w:t>cast</w:t>
      </w:r>
      <w:r>
        <w:rPr>
          <w:b w:val="0"/>
          <w:i w:val="0"/>
          <w:smallCaps w:val="0"/>
          <w:strike w:val="0"/>
          <w:sz w:val="16"/>
          <w:u w:val="none"/>
        </w:rPr>
        <w:t xml:space="preserve"> a </w:t>
      </w:r>
      <w:r>
        <w:rPr>
          <w:b w:val="0"/>
          <w:i w:val="0"/>
          <w:smallCaps w:val="0"/>
          <w:strike w:val="0"/>
          <w:sz w:val="20"/>
          <w:u w:val="single"/>
        </w:rPr>
        <w:t>shadow</w:t>
      </w:r>
      <w:r>
        <w:rPr>
          <w:b w:val="0"/>
          <w:i w:val="0"/>
          <w:smallCaps w:val="0"/>
          <w:strike w:val="0"/>
          <w:sz w:val="16"/>
          <w:u w:val="none"/>
        </w:rPr>
        <w:t xml:space="preserve"> over this </w:t>
      </w:r>
      <w:r>
        <w:rPr>
          <w:b w:val="0"/>
          <w:i w:val="0"/>
          <w:smallCaps w:val="0"/>
          <w:strike w:val="0"/>
          <w:sz w:val="20"/>
          <w:u w:val="single"/>
        </w:rPr>
        <w:t>fundamental</w:t>
      </w:r>
      <w:r>
        <w:rPr>
          <w:b w:val="0"/>
          <w:i w:val="0"/>
          <w:smallCaps w:val="0"/>
          <w:strike w:val="0"/>
          <w:sz w:val="16"/>
          <w:u w:val="none"/>
        </w:rPr>
        <w:t xml:space="preserve"> </w:t>
      </w:r>
      <w:r>
        <w:rPr>
          <w:b w:val="0"/>
          <w:i w:val="0"/>
          <w:smallCaps w:val="0"/>
          <w:strike w:val="0"/>
          <w:sz w:val="20"/>
          <w:u w:val="single"/>
        </w:rPr>
        <w:t>process</w:t>
      </w:r>
      <w:r>
        <w:rPr>
          <w:b w:val="0"/>
          <w:i w:val="0"/>
          <w:smallCaps w:val="0"/>
          <w:strike w:val="0"/>
          <w:sz w:val="16"/>
          <w:u w:val="none"/>
        </w:rPr>
        <w:t xml:space="preserve">. The mere </w:t>
      </w:r>
      <w:r>
        <w:rPr>
          <w:b w:val="0"/>
          <w:i w:val="0"/>
          <w:smallCaps w:val="0"/>
          <w:strike w:val="0"/>
          <w:sz w:val="20"/>
          <w:u w:val="single"/>
        </w:rPr>
        <w:t xml:space="preserve">threat of patent </w:t>
      </w:r>
      <w:r>
        <w:rPr>
          <w:b w:val="0"/>
          <w:i w:val="0"/>
          <w:smallCaps w:val="0"/>
          <w:strike w:val="0"/>
          <w:sz w:val="20"/>
          <w:u w:val="single"/>
        </w:rPr>
        <w:t>litigation</w:t>
      </w:r>
      <w:r>
        <w:rPr>
          <w:b w:val="0"/>
          <w:i w:val="0"/>
          <w:smallCaps w:val="0"/>
          <w:strike w:val="0"/>
          <w:sz w:val="16"/>
          <w:u w:val="none"/>
        </w:rPr>
        <w:t xml:space="preserve"> can </w:t>
      </w:r>
      <w:r>
        <w:rPr>
          <w:b w:val="0"/>
          <w:i w:val="0"/>
          <w:smallCaps w:val="0"/>
          <w:strike w:val="0"/>
          <w:sz w:val="20"/>
          <w:u w:val="single"/>
        </w:rPr>
        <w:t xml:space="preserve">deter </w:t>
      </w:r>
      <w:r>
        <w:rPr>
          <w:b w:val="0"/>
          <w:i w:val="0"/>
          <w:smallCaps w:val="0"/>
          <w:strike w:val="0"/>
          <w:sz w:val="20"/>
          <w:u w:val="single"/>
        </w:rPr>
        <w:t>inventors</w:t>
      </w:r>
      <w:r>
        <w:rPr>
          <w:b w:val="0"/>
          <w:i w:val="0"/>
          <w:smallCaps w:val="0"/>
          <w:strike w:val="0"/>
          <w:sz w:val="20"/>
          <w:u w:val="single"/>
        </w:rPr>
        <w:t xml:space="preserve"> and </w:t>
      </w:r>
      <w:r>
        <w:rPr>
          <w:b w:val="0"/>
          <w:i w:val="0"/>
          <w:smallCaps w:val="0"/>
          <w:strike w:val="0"/>
          <w:sz w:val="20"/>
          <w:u w:val="single"/>
        </w:rPr>
        <w:t>companies</w:t>
      </w:r>
      <w:r>
        <w:rPr>
          <w:b w:val="0"/>
          <w:i w:val="0"/>
          <w:smallCaps w:val="0"/>
          <w:strike w:val="0"/>
          <w:sz w:val="16"/>
          <w:u w:val="none"/>
        </w:rPr>
        <w:t xml:space="preserve"> from exploring </w:t>
      </w:r>
      <w:r>
        <w:rPr>
          <w:b w:val="0"/>
          <w:i w:val="0"/>
          <w:smallCaps w:val="0"/>
          <w:strike w:val="0"/>
          <w:sz w:val="20"/>
          <w:u w:val="single"/>
        </w:rPr>
        <w:t>new</w:t>
      </w:r>
      <w:r>
        <w:rPr>
          <w:b w:val="0"/>
          <w:i w:val="0"/>
          <w:smallCaps w:val="0"/>
          <w:strike w:val="0"/>
          <w:sz w:val="16"/>
          <w:u w:val="none"/>
        </w:rPr>
        <w:t xml:space="preserve"> </w:t>
      </w:r>
      <w:r>
        <w:rPr>
          <w:b w:val="0"/>
          <w:i w:val="0"/>
          <w:smallCaps w:val="0"/>
          <w:strike w:val="0"/>
          <w:sz w:val="20"/>
          <w:u w:val="single"/>
        </w:rPr>
        <w:t>ideas</w:t>
      </w:r>
      <w:r>
        <w:rPr>
          <w:b w:val="0"/>
          <w:i w:val="0"/>
          <w:smallCaps w:val="0"/>
          <w:strike w:val="0"/>
          <w:sz w:val="16"/>
          <w:u w:val="none"/>
        </w:rPr>
        <w:t xml:space="preserve">, </w:t>
      </w:r>
      <w:r>
        <w:rPr>
          <w:b w:val="0"/>
          <w:i w:val="0"/>
          <w:smallCaps w:val="0"/>
          <w:strike w:val="0"/>
          <w:sz w:val="20"/>
          <w:u w:val="single"/>
        </w:rPr>
        <w:t xml:space="preserve">launching </w:t>
      </w:r>
      <w:r>
        <w:rPr>
          <w:b w:val="0"/>
          <w:i w:val="0"/>
          <w:smallCaps w:val="0"/>
          <w:strike w:val="0"/>
          <w:sz w:val="20"/>
          <w:u w:val="single"/>
        </w:rPr>
        <w:t>products</w:t>
      </w:r>
      <w:r>
        <w:rPr>
          <w:b w:val="0"/>
          <w:i w:val="0"/>
          <w:smallCaps w:val="0"/>
          <w:strike w:val="0"/>
          <w:sz w:val="16"/>
          <w:u w:val="none"/>
        </w:rPr>
        <w:t xml:space="preserve">, or </w:t>
      </w:r>
      <w:r>
        <w:rPr>
          <w:b w:val="0"/>
          <w:i w:val="0"/>
          <w:smallCaps w:val="0"/>
          <w:strike w:val="0"/>
          <w:sz w:val="20"/>
          <w:u w:val="single"/>
        </w:rPr>
        <w:t xml:space="preserve">entering </w:t>
      </w:r>
      <w:r>
        <w:rPr>
          <w:b w:val="0"/>
          <w:i w:val="0"/>
          <w:smallCaps w:val="0"/>
          <w:strike w:val="0"/>
          <w:sz w:val="20"/>
          <w:u w:val="single"/>
        </w:rPr>
        <w:t>emerging markets</w:t>
      </w:r>
      <w:r>
        <w:rPr>
          <w:b w:val="0"/>
          <w:i w:val="0"/>
          <w:smallCaps w:val="0"/>
          <w:strike w:val="0"/>
          <w:sz w:val="16"/>
          <w:u w:val="none"/>
        </w:rPr>
        <w:t xml:space="preserve">. The resulting </w:t>
      </w:r>
      <w:r>
        <w:rPr>
          <w:b w:val="0"/>
          <w:i w:val="0"/>
          <w:smallCaps w:val="0"/>
          <w:strike w:val="0"/>
          <w:sz w:val="20"/>
          <w:u w:val="single"/>
        </w:rPr>
        <w:t>climate</w:t>
      </w:r>
      <w:r>
        <w:rPr>
          <w:b w:val="0"/>
          <w:i w:val="0"/>
          <w:smallCaps w:val="0"/>
          <w:strike w:val="0"/>
          <w:sz w:val="16"/>
          <w:u w:val="none"/>
        </w:rPr>
        <w:t xml:space="preserve"> of </w:t>
      </w:r>
      <w:r>
        <w:rPr>
          <w:b w:val="0"/>
          <w:i w:val="0"/>
          <w:smallCaps w:val="0"/>
          <w:strike w:val="0"/>
          <w:sz w:val="20"/>
          <w:u w:val="single"/>
        </w:rPr>
        <w:t>apprehension</w:t>
      </w:r>
      <w:r>
        <w:rPr>
          <w:b w:val="0"/>
          <w:i w:val="0"/>
          <w:smallCaps w:val="0"/>
          <w:strike w:val="0"/>
          <w:sz w:val="20"/>
          <w:u w:val="single"/>
        </w:rPr>
        <w:t xml:space="preserve"> stifles </w:t>
      </w:r>
      <w:r>
        <w:rPr>
          <w:b w:val="0"/>
          <w:i w:val="0"/>
          <w:smallCaps w:val="0"/>
          <w:strike w:val="0"/>
          <w:sz w:val="20"/>
          <w:u w:val="single"/>
        </w:rPr>
        <w:t>creativity</w:t>
      </w:r>
      <w:r>
        <w:rPr>
          <w:b w:val="0"/>
          <w:i w:val="0"/>
          <w:smallCaps w:val="0"/>
          <w:strike w:val="0"/>
          <w:sz w:val="20"/>
          <w:u w:val="single"/>
        </w:rPr>
        <w:t xml:space="preserve"> and hinders the </w:t>
      </w:r>
      <w:r>
        <w:rPr>
          <w:b w:val="0"/>
          <w:i w:val="0"/>
          <w:smallCaps w:val="0"/>
          <w:strike w:val="0"/>
          <w:sz w:val="20"/>
          <w:u w:val="single"/>
        </w:rPr>
        <w:t>natural evolution of industries</w:t>
      </w:r>
      <w:r>
        <w:rPr>
          <w:b w:val="0"/>
          <w:i w:val="0"/>
          <w:smallCaps w:val="0"/>
          <w:strike w:val="0"/>
          <w:sz w:val="16"/>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