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IPR promotes </w:t>
      </w:r>
      <w:r>
        <w:rPr>
          <w:b/>
          <w:i w:val="0"/>
          <w:smallCaps w:val="0"/>
          <w:strike w:val="0"/>
          <w:sz w:val="24"/>
          <w:u w:val="single"/>
        </w:rPr>
        <w:t>medical innovation</w:t>
      </w:r>
      <w:r>
        <w:rPr>
          <w:b/>
          <w:i w:val="0"/>
          <w:smallCaps w:val="0"/>
          <w:strike w:val="0"/>
          <w:sz w:val="24"/>
          <w:u w:val="none"/>
        </w:rPr>
        <w:t>---</w:t>
      </w:r>
      <w:r>
        <w:rPr>
          <w:b/>
          <w:i w:val="0"/>
          <w:smallCaps w:val="0"/>
          <w:strike w:val="0"/>
          <w:sz w:val="24"/>
          <w:u w:val="single"/>
        </w:rPr>
        <w:t>competition</w:t>
      </w:r>
      <w:r>
        <w:rPr>
          <w:b/>
          <w:i w:val="0"/>
          <w:smallCaps w:val="0"/>
          <w:strike w:val="0"/>
          <w:sz w:val="24"/>
          <w:u w:val="none"/>
        </w:rPr>
        <w:t xml:space="preserve">, </w:t>
      </w:r>
      <w:r>
        <w:rPr>
          <w:b/>
          <w:i w:val="0"/>
          <w:smallCaps w:val="0"/>
          <w:strike w:val="0"/>
          <w:sz w:val="24"/>
          <w:u w:val="single"/>
        </w:rPr>
        <w:t>efficiency</w:t>
      </w:r>
      <w:r>
        <w:rPr>
          <w:b/>
          <w:i w:val="0"/>
          <w:smallCaps w:val="0"/>
          <w:strike w:val="0"/>
          <w:sz w:val="24"/>
          <w:u w:val="none"/>
        </w:rPr>
        <w:t xml:space="preserve">, and </w:t>
      </w:r>
      <w:r>
        <w:rPr>
          <w:b/>
          <w:i w:val="0"/>
          <w:smallCaps w:val="0"/>
          <w:strike w:val="0"/>
          <w:sz w:val="24"/>
          <w:u w:val="single"/>
        </w:rPr>
        <w:t>follow on innovation</w:t>
      </w:r>
      <w:r>
        <w:rPr>
          <w:b/>
          <w:i w:val="0"/>
          <w:smallCaps w:val="0"/>
          <w:strike w:val="0"/>
          <w:sz w:val="24"/>
          <w:u w:val="none"/>
        </w:rPr>
        <w:t xml:space="preserve">. </w:t>
      </w:r>
    </w:p>
    <w:p>
      <w:pPr>
        <w:spacing w:after="80"/>
      </w:pPr>
      <w:r>
        <w:rPr>
          <w:b/>
          <w:i w:val="0"/>
          <w:smallCaps w:val="0"/>
          <w:strike w:val="0"/>
          <w:sz w:val="24"/>
          <w:u w:val="none"/>
        </w:rPr>
        <w:t>Unified Patents 23</w:t>
      </w:r>
      <w:r>
        <w:rPr>
          <w:b w:val="0"/>
          <w:i w:val="0"/>
          <w:smallCaps w:val="0"/>
          <w:strike w:val="0"/>
          <w:sz w:val="20"/>
          <w:u w:val="none"/>
        </w:rPr>
        <w:t xml:space="preserve">, </w:t>
      </w:r>
      <w:r>
        <w:rPr>
          <w:b w:val="0"/>
          <w:i w:val="0"/>
          <w:smallCaps w:val="0"/>
          <w:strike w:val="0"/>
          <w:sz w:val="20"/>
          <w:u w:val="none"/>
        </w:rPr>
        <w:t>citing public comments responding to U.S. Patent and Trademark Office proposals have been posted on regulations.gov on a rolling basis</w:t>
      </w:r>
      <w:r>
        <w:rPr>
          <w:b w:val="0"/>
          <w:i w:val="0"/>
          <w:smallCaps w:val="0"/>
          <w:strike w:val="0"/>
          <w:sz w:val="20"/>
          <w:u w:val="none"/>
        </w:rPr>
        <w:t xml:space="preserve">, </w:t>
      </w:r>
      <w:r>
        <w:rPr>
          <w:b w:val="0"/>
          <w:i w:val="0"/>
          <w:smallCaps w:val="0"/>
          <w:strike w:val="0"/>
          <w:sz w:val="20"/>
          <w:u w:val="none"/>
        </w:rPr>
        <w:t>9</w:t>
      </w:r>
      <w:r>
        <w:rPr>
          <w:b w:val="0"/>
          <w:i w:val="0"/>
          <w:smallCaps w:val="0"/>
          <w:strike w:val="0"/>
          <w:sz w:val="20"/>
          <w:u w:val="none"/>
        </w:rPr>
        <w:t>/</w:t>
      </w:r>
      <w:r>
        <w:rPr>
          <w:b w:val="0"/>
          <w:i w:val="0"/>
          <w:smallCaps w:val="0"/>
          <w:strike w:val="0"/>
          <w:sz w:val="20"/>
          <w:u w:val="none"/>
        </w:rPr>
        <w:t>5</w:t>
      </w:r>
      <w:r>
        <w:rPr>
          <w:b w:val="0"/>
          <w:i w:val="0"/>
          <w:smallCaps w:val="0"/>
          <w:strike w:val="0"/>
          <w:sz w:val="20"/>
          <w:u w:val="none"/>
        </w:rPr>
        <w:t>/</w:t>
      </w:r>
      <w:r>
        <w:rPr>
          <w:b w:val="0"/>
          <w:i w:val="0"/>
          <w:smallCaps w:val="0"/>
          <w:strike w:val="0"/>
          <w:sz w:val="20"/>
          <w:u w:val="none"/>
        </w:rPr>
        <w:t>2023</w:t>
      </w:r>
      <w:r>
        <w:rPr>
          <w:b w:val="0"/>
          <w:i w:val="0"/>
          <w:smallCaps w:val="0"/>
          <w:strike w:val="0"/>
          <w:sz w:val="20"/>
          <w:u w:val="none"/>
        </w:rPr>
        <w:t>, “</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 xml:space="preserve">,” </w:t>
      </w:r>
      <w:r>
        <w:rPr>
          <w:b w:val="0"/>
          <w:i w:val="0"/>
          <w:smallCaps w:val="0"/>
          <w:strike w:val="0"/>
          <w:sz w:val="20"/>
          <w:u w:val="none"/>
        </w:rPr>
        <w:t>https://www.unifiedpatents.com/insights/2023/9/05/anprm-public-comments</w:t>
      </w:r>
      <w:r>
        <w:rPr>
          <w:b w:val="0"/>
          <w:i w:val="0"/>
          <w:smallCaps w:val="0"/>
          <w:strike w:val="0"/>
          <w:sz w:val="20"/>
          <w:u w:val="none"/>
        </w:rPr>
        <w:t>, rezz</w:t>
      </w:r>
    </w:p>
    <w:p>
      <w:pPr>
        <w:spacing w:after="60"/>
      </w:pPr>
      <w:r>
        <w:rPr>
          <w:b w:val="0"/>
          <w:i w:val="0"/>
          <w:smallCaps w:val="0"/>
          <w:strike w:val="0"/>
          <w:sz w:val="16"/>
          <w:u w:val="none"/>
        </w:rPr>
        <w:t>Pharmaceutical, Health Tech, and Other Health Care Organizations Spoke out in Opposition</w:t>
      </w:r>
    </w:p>
    <w:p>
      <w:pPr>
        <w:spacing w:after="60"/>
      </w:pPr>
      <w:r>
        <w:rPr>
          <w:b w:val="0"/>
          <w:i w:val="0"/>
          <w:smallCaps w:val="0"/>
          <w:strike w:val="0"/>
          <w:sz w:val="16"/>
          <w:u w:val="none"/>
        </w:rPr>
        <w:t>A number of organizations in the pharmaceutical and health industries submitted comments in opposition to the substance of the ANPRM proposals, including Mylan Pharmaceuticals, Fresenius Kabi, Association for Accessible Medicines, Edwards Lifesciences, I-MAK, and Generation Patient.</w:t>
      </w:r>
    </w:p>
    <w:p>
      <w:pPr>
        <w:spacing w:after="60"/>
      </w:pPr>
      <w:r>
        <w:rPr>
          <w:b w:val="0"/>
          <w:i w:val="0"/>
          <w:smallCaps w:val="0"/>
          <w:strike w:val="0"/>
          <w:sz w:val="16"/>
          <w:u w:val="none"/>
        </w:rPr>
        <w:t xml:space="preserve">A core theme in these comments is that </w:t>
      </w:r>
      <w:r>
        <w:rPr>
          <w:b w:val="0"/>
          <w:i w:val="0"/>
          <w:smallCaps w:val="0"/>
          <w:strike w:val="0"/>
          <w:sz w:val="20"/>
          <w:u w:val="single"/>
        </w:rPr>
        <w:t xml:space="preserve">weak patents are frequently used to </w:t>
      </w:r>
      <w:r>
        <w:rPr>
          <w:b w:val="0"/>
          <w:i w:val="0"/>
          <w:smallCaps w:val="0"/>
          <w:strike w:val="0"/>
          <w:sz w:val="20"/>
          <w:u w:val="single"/>
        </w:rPr>
        <w:t>delay medical progress</w:t>
      </w:r>
      <w:r>
        <w:rPr>
          <w:b w:val="0"/>
          <w:i w:val="0"/>
          <w:smallCaps w:val="0"/>
          <w:strike w:val="0"/>
          <w:sz w:val="20"/>
          <w:u w:val="single"/>
        </w:rPr>
        <w:t xml:space="preserve"> and </w:t>
      </w:r>
      <w:r>
        <w:rPr>
          <w:b w:val="0"/>
          <w:i w:val="0"/>
          <w:smallCaps w:val="0"/>
          <w:strike w:val="0"/>
          <w:sz w:val="20"/>
          <w:u w:val="single"/>
        </w:rPr>
        <w:t>competition</w:t>
      </w:r>
      <w:r>
        <w:rPr>
          <w:b w:val="0"/>
          <w:i w:val="0"/>
          <w:smallCaps w:val="0"/>
          <w:strike w:val="0"/>
          <w:sz w:val="20"/>
          <w:u w:val="single"/>
        </w:rPr>
        <w:t xml:space="preserve"> – increasing </w:t>
      </w:r>
      <w:r>
        <w:rPr>
          <w:b w:val="0"/>
          <w:i w:val="0"/>
          <w:smallCaps w:val="0"/>
          <w:strike w:val="0"/>
          <w:sz w:val="20"/>
          <w:u w:val="single"/>
        </w:rPr>
        <w:t>costs</w:t>
      </w:r>
      <w:r>
        <w:rPr>
          <w:b w:val="0"/>
          <w:i w:val="0"/>
          <w:smallCaps w:val="0"/>
          <w:strike w:val="0"/>
          <w:sz w:val="20"/>
          <w:u w:val="single"/>
        </w:rPr>
        <w:t xml:space="preserve"> for patients and </w:t>
      </w:r>
      <w:r>
        <w:rPr>
          <w:b w:val="0"/>
          <w:i w:val="0"/>
          <w:smallCaps w:val="0"/>
          <w:strike w:val="0"/>
          <w:sz w:val="20"/>
          <w:u w:val="single"/>
        </w:rPr>
        <w:t>reducing access</w:t>
      </w:r>
      <w:r>
        <w:rPr>
          <w:b w:val="0"/>
          <w:i w:val="0"/>
          <w:smallCaps w:val="0"/>
          <w:strike w:val="0"/>
          <w:sz w:val="20"/>
          <w:u w:val="single"/>
        </w:rPr>
        <w:t xml:space="preserve"> to potentially life-saving medicines and technologies</w:t>
      </w:r>
      <w:r>
        <w:rPr>
          <w:b w:val="0"/>
          <w:i w:val="0"/>
          <w:smallCaps w:val="0"/>
          <w:strike w:val="0"/>
          <w:sz w:val="16"/>
          <w:u w:val="none"/>
        </w:rPr>
        <w:t xml:space="preserve">. These organizations all align on the importance of protecting existing PTAB processes, so that </w:t>
      </w:r>
      <w:r>
        <w:rPr>
          <w:b w:val="0"/>
          <w:i w:val="0"/>
          <w:smallCaps w:val="0"/>
          <w:strike w:val="0"/>
          <w:sz w:val="20"/>
          <w:u w:val="single"/>
        </w:rPr>
        <w:t xml:space="preserve">PTAB review can continue being used as a tool to </w:t>
      </w:r>
      <w:r>
        <w:rPr>
          <w:b w:val="0"/>
          <w:i w:val="0"/>
          <w:smallCaps w:val="0"/>
          <w:strike w:val="0"/>
          <w:sz w:val="20"/>
          <w:u w:val="single"/>
        </w:rPr>
        <w:t>challenge questionable patents</w:t>
      </w:r>
      <w:r>
        <w:rPr>
          <w:b w:val="0"/>
          <w:i w:val="0"/>
          <w:smallCaps w:val="0"/>
          <w:strike w:val="0"/>
          <w:sz w:val="20"/>
          <w:u w:val="single"/>
        </w:rPr>
        <w:t xml:space="preserve"> and therefore </w:t>
      </w:r>
      <w:r>
        <w:rPr>
          <w:b w:val="0"/>
          <w:i w:val="0"/>
          <w:smallCaps w:val="0"/>
          <w:strike w:val="0"/>
          <w:sz w:val="20"/>
          <w:u w:val="single"/>
        </w:rPr>
        <w:t>promote medical innovation</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0"/>
          <w:u w:val="single"/>
        </w:rPr>
        <w:t>In</w:t>
      </w:r>
      <w:r>
        <w:rPr>
          <w:b w:val="0"/>
          <w:i w:val="0"/>
          <w:smallCaps w:val="0"/>
          <w:strike w:val="0"/>
          <w:sz w:val="16"/>
          <w:u w:val="none"/>
        </w:rPr>
        <w:t xml:space="preserve"> the </w:t>
      </w:r>
      <w:r>
        <w:rPr>
          <w:b w:val="0"/>
          <w:i w:val="0"/>
          <w:smallCaps w:val="0"/>
          <w:strike w:val="0"/>
          <w:sz w:val="20"/>
          <w:u w:val="single"/>
        </w:rPr>
        <w:t>life sciences</w:t>
      </w:r>
      <w:r>
        <w:rPr>
          <w:b w:val="0"/>
          <w:i w:val="0"/>
          <w:smallCaps w:val="0"/>
          <w:strike w:val="0"/>
          <w:sz w:val="16"/>
          <w:u w:val="none"/>
        </w:rPr>
        <w:t xml:space="preserve"> industry, </w:t>
      </w:r>
      <w:r>
        <w:rPr>
          <w:b w:val="0"/>
          <w:i w:val="0"/>
          <w:smallCaps w:val="0"/>
          <w:strike w:val="0"/>
          <w:sz w:val="20"/>
          <w:u w:val="single"/>
        </w:rPr>
        <w:t>weak patents</w:t>
      </w:r>
      <w:r>
        <w:rPr>
          <w:b w:val="0"/>
          <w:i w:val="0"/>
          <w:smallCaps w:val="0"/>
          <w:strike w:val="0"/>
          <w:sz w:val="16"/>
          <w:u w:val="none"/>
        </w:rPr>
        <w:t xml:space="preserve"> that do not actually claim a novel, innovative invention, can nonetheless </w:t>
      </w:r>
      <w:r>
        <w:rPr>
          <w:b w:val="0"/>
          <w:i w:val="0"/>
          <w:smallCaps w:val="0"/>
          <w:strike w:val="0"/>
          <w:sz w:val="20"/>
          <w:u w:val="single"/>
        </w:rPr>
        <w:t>delay</w:t>
      </w:r>
      <w:r>
        <w:rPr>
          <w:b w:val="0"/>
          <w:i w:val="0"/>
          <w:smallCaps w:val="0"/>
          <w:strike w:val="0"/>
          <w:sz w:val="20"/>
          <w:u w:val="single"/>
        </w:rPr>
        <w:t xml:space="preserve"> generic or biosimilar competition for many years</w:t>
      </w:r>
      <w:r>
        <w:rPr>
          <w:b w:val="0"/>
          <w:i w:val="0"/>
          <w:smallCaps w:val="0"/>
          <w:strike w:val="0"/>
          <w:sz w:val="16"/>
          <w:u w:val="none"/>
        </w:rPr>
        <w:t>. To combat those delays, Mylan has filed well over 100 inter partes reviews (“IPRs”), taking advantage of Patent Trial and Appeal Board’s (“</w:t>
      </w:r>
      <w:r>
        <w:rPr>
          <w:b w:val="0"/>
          <w:i w:val="0"/>
          <w:smallCaps w:val="0"/>
          <w:strike w:val="0"/>
          <w:sz w:val="20"/>
          <w:u w:val="single"/>
        </w:rPr>
        <w:t>PTAB</w:t>
      </w:r>
      <w:r>
        <w:rPr>
          <w:b w:val="0"/>
          <w:i w:val="0"/>
          <w:smallCaps w:val="0"/>
          <w:strike w:val="0"/>
          <w:sz w:val="16"/>
          <w:u w:val="none"/>
        </w:rPr>
        <w:t xml:space="preserve">”) </w:t>
      </w:r>
      <w:r>
        <w:rPr>
          <w:b w:val="0"/>
          <w:i w:val="0"/>
          <w:smallCaps w:val="0"/>
          <w:strike w:val="0"/>
          <w:sz w:val="20"/>
          <w:u w:val="single"/>
        </w:rPr>
        <w:t>efficient</w:t>
      </w:r>
      <w:r>
        <w:rPr>
          <w:b w:val="0"/>
          <w:i w:val="0"/>
          <w:smallCaps w:val="0"/>
          <w:strike w:val="0"/>
          <w:sz w:val="20"/>
          <w:u w:val="single"/>
        </w:rPr>
        <w:t xml:space="preserve"> and </w:t>
      </w:r>
      <w:r>
        <w:rPr>
          <w:b w:val="0"/>
          <w:i w:val="0"/>
          <w:smallCaps w:val="0"/>
          <w:strike w:val="0"/>
          <w:sz w:val="20"/>
          <w:u w:val="single"/>
        </w:rPr>
        <w:t>streamlined</w:t>
      </w:r>
      <w:r>
        <w:rPr>
          <w:b w:val="0"/>
          <w:i w:val="0"/>
          <w:smallCaps w:val="0"/>
          <w:strike w:val="0"/>
          <w:sz w:val="20"/>
          <w:u w:val="single"/>
        </w:rPr>
        <w:t xml:space="preserve"> process to challenge weak patents that would otherwise delay patient access to life-saving medicines</w:t>
      </w:r>
      <w:r>
        <w:rPr>
          <w:b w:val="0"/>
          <w:i w:val="0"/>
          <w:smallCaps w:val="0"/>
          <w:strike w:val="0"/>
          <w:sz w:val="16"/>
          <w:u w:val="none"/>
        </w:rPr>
        <w:t xml:space="preserve">. Those patent </w:t>
      </w:r>
      <w:r>
        <w:rPr>
          <w:b w:val="0"/>
          <w:i w:val="0"/>
          <w:smallCaps w:val="0"/>
          <w:strike w:val="0"/>
          <w:sz w:val="20"/>
          <w:u w:val="single"/>
        </w:rPr>
        <w:t>challenges</w:t>
      </w:r>
      <w:r>
        <w:rPr>
          <w:b w:val="0"/>
          <w:i w:val="0"/>
          <w:smallCaps w:val="0"/>
          <w:strike w:val="0"/>
          <w:sz w:val="16"/>
          <w:u w:val="none"/>
        </w:rPr>
        <w:t xml:space="preserve"> have </w:t>
      </w:r>
      <w:r>
        <w:rPr>
          <w:b w:val="0"/>
          <w:i w:val="0"/>
          <w:smallCaps w:val="0"/>
          <w:strike w:val="0"/>
          <w:sz w:val="20"/>
          <w:u w:val="single"/>
        </w:rPr>
        <w:t xml:space="preserve">allowed patients to </w:t>
      </w:r>
      <w:r>
        <w:rPr>
          <w:b w:val="0"/>
          <w:i w:val="0"/>
          <w:smallCaps w:val="0"/>
          <w:strike w:val="0"/>
          <w:sz w:val="20"/>
          <w:u w:val="single"/>
        </w:rPr>
        <w:t>benefit</w:t>
      </w:r>
      <w:r>
        <w:rPr>
          <w:b w:val="0"/>
          <w:i w:val="0"/>
          <w:smallCaps w:val="0"/>
          <w:strike w:val="0"/>
          <w:sz w:val="20"/>
          <w:u w:val="single"/>
        </w:rPr>
        <w:t xml:space="preserve"> from </w:t>
      </w:r>
      <w:r>
        <w:rPr>
          <w:b w:val="0"/>
          <w:i w:val="0"/>
          <w:smallCaps w:val="0"/>
          <w:strike w:val="0"/>
          <w:sz w:val="20"/>
          <w:u w:val="single"/>
        </w:rPr>
        <w:t>earlier access</w:t>
      </w:r>
      <w:r>
        <w:rPr>
          <w:b w:val="0"/>
          <w:i w:val="0"/>
          <w:smallCaps w:val="0"/>
          <w:strike w:val="0"/>
          <w:sz w:val="20"/>
          <w:u w:val="single"/>
        </w:rPr>
        <w:t xml:space="preserve"> to competition</w:t>
      </w:r>
      <w:r>
        <w:rPr>
          <w:b w:val="0"/>
          <w:i w:val="0"/>
          <w:smallCaps w:val="0"/>
          <w:strike w:val="0"/>
          <w:sz w:val="16"/>
          <w:u w:val="none"/>
        </w:rPr>
        <w:t xml:space="preserve"> for more than $35 billion in annual brand costs…” – Mylan Pharmaceuticals (A global healthcare company that provides critical access to quality lifesaving medicines)</w:t>
      </w:r>
    </w:p>
    <w:p>
      <w:pPr>
        <w:spacing w:after="60"/>
      </w:pPr>
      <w:r>
        <w:rPr>
          <w:b w:val="0"/>
          <w:i w:val="0"/>
          <w:smallCaps w:val="0"/>
          <w:strike w:val="0"/>
          <w:sz w:val="16"/>
          <w:u w:val="none"/>
        </w:rPr>
        <w:t>“...Inter partes review (“</w:t>
      </w:r>
      <w:r>
        <w:rPr>
          <w:b w:val="0"/>
          <w:i w:val="0"/>
          <w:smallCaps w:val="0"/>
          <w:strike w:val="0"/>
          <w:sz w:val="20"/>
          <w:u w:val="single"/>
        </w:rPr>
        <w:t>IPR</w:t>
      </w:r>
      <w:r>
        <w:rPr>
          <w:b w:val="0"/>
          <w:i w:val="0"/>
          <w:smallCaps w:val="0"/>
          <w:strike w:val="0"/>
          <w:sz w:val="16"/>
          <w:u w:val="none"/>
        </w:rPr>
        <w:t xml:space="preserve">”) and post grant review (“PGR”) each </w:t>
      </w:r>
      <w:r>
        <w:rPr>
          <w:b w:val="0"/>
          <w:i w:val="0"/>
          <w:smallCaps w:val="0"/>
          <w:strike w:val="0"/>
          <w:sz w:val="20"/>
          <w:u w:val="single"/>
        </w:rPr>
        <w:t xml:space="preserve">play a </w:t>
      </w:r>
      <w:r>
        <w:rPr>
          <w:b w:val="0"/>
          <w:i w:val="0"/>
          <w:smallCaps w:val="0"/>
          <w:strike w:val="0"/>
          <w:sz w:val="20"/>
          <w:u w:val="single"/>
        </w:rPr>
        <w:t>critical role</w:t>
      </w:r>
      <w:r>
        <w:rPr>
          <w:b w:val="0"/>
          <w:i w:val="0"/>
          <w:smallCaps w:val="0"/>
          <w:strike w:val="0"/>
          <w:sz w:val="20"/>
          <w:u w:val="single"/>
        </w:rPr>
        <w:t xml:space="preserve"> in tackling the </w:t>
      </w:r>
      <w:r>
        <w:rPr>
          <w:b w:val="0"/>
          <w:i w:val="0"/>
          <w:smallCaps w:val="0"/>
          <w:strike w:val="0"/>
          <w:sz w:val="20"/>
          <w:u w:val="single"/>
        </w:rPr>
        <w:t>root cause</w:t>
      </w:r>
      <w:r>
        <w:rPr>
          <w:b w:val="0"/>
          <w:i w:val="0"/>
          <w:smallCaps w:val="0"/>
          <w:strike w:val="0"/>
          <w:sz w:val="20"/>
          <w:u w:val="single"/>
        </w:rPr>
        <w:t xml:space="preserve"> of </w:t>
      </w:r>
      <w:r>
        <w:rPr>
          <w:b w:val="0"/>
          <w:i w:val="0"/>
          <w:smallCaps w:val="0"/>
          <w:strike w:val="0"/>
          <w:sz w:val="20"/>
          <w:u w:val="single"/>
        </w:rPr>
        <w:t>inappropriate delays</w:t>
      </w:r>
      <w:r>
        <w:rPr>
          <w:b w:val="0"/>
          <w:i w:val="0"/>
          <w:smallCaps w:val="0"/>
          <w:strike w:val="0"/>
          <w:sz w:val="20"/>
          <w:u w:val="single"/>
        </w:rPr>
        <w:t xml:space="preserve"> to </w:t>
      </w:r>
      <w:r>
        <w:rPr>
          <w:b w:val="0"/>
          <w:i w:val="0"/>
          <w:smallCaps w:val="0"/>
          <w:strike w:val="0"/>
          <w:sz w:val="20"/>
          <w:u w:val="single"/>
        </w:rPr>
        <w:t>low-cost competition</w:t>
      </w:r>
      <w:r>
        <w:rPr>
          <w:b w:val="0"/>
          <w:i w:val="0"/>
          <w:smallCaps w:val="0"/>
          <w:strike w:val="0"/>
          <w:sz w:val="20"/>
          <w:u w:val="single"/>
        </w:rPr>
        <w:t xml:space="preserve"> in the pharmaceutical industry</w:t>
      </w:r>
      <w:r>
        <w:rPr>
          <w:b w:val="0"/>
          <w:i w:val="0"/>
          <w:smallCaps w:val="0"/>
          <w:strike w:val="0"/>
          <w:sz w:val="16"/>
          <w:u w:val="none"/>
        </w:rPr>
        <w:t xml:space="preserve">. Fresenius Kabi opposes the proposed </w:t>
      </w:r>
      <w:r>
        <w:rPr>
          <w:b w:val="0"/>
          <w:i w:val="0"/>
          <w:smallCaps w:val="0"/>
          <w:strike w:val="0"/>
          <w:sz w:val="20"/>
          <w:u w:val="single"/>
        </w:rPr>
        <w:t>ANPRM modifications</w:t>
      </w:r>
      <w:r>
        <w:rPr>
          <w:b w:val="0"/>
          <w:i w:val="0"/>
          <w:smallCaps w:val="0"/>
          <w:strike w:val="0"/>
          <w:sz w:val="16"/>
          <w:u w:val="none"/>
        </w:rPr>
        <w:t xml:space="preserve"> because they </w:t>
      </w:r>
      <w:r>
        <w:rPr>
          <w:b w:val="0"/>
          <w:i w:val="0"/>
          <w:smallCaps w:val="0"/>
          <w:strike w:val="0"/>
          <w:sz w:val="20"/>
          <w:u w:val="single"/>
        </w:rPr>
        <w:t>would so significantly undermine such challenges as to actively discourage them</w:t>
      </w:r>
      <w:r>
        <w:rPr>
          <w:b w:val="0"/>
          <w:i w:val="0"/>
          <w:smallCaps w:val="0"/>
          <w:strike w:val="0"/>
          <w:sz w:val="16"/>
          <w:u w:val="none"/>
        </w:rPr>
        <w:t xml:space="preserve">. By extension, the ANPRM as currently proposed would delay access to more affordable generics and biosimilars. As a general matter, </w:t>
      </w:r>
      <w:r>
        <w:rPr>
          <w:b w:val="0"/>
          <w:i w:val="0"/>
          <w:smallCaps w:val="0"/>
          <w:strike w:val="0"/>
          <w:sz w:val="20"/>
          <w:u w:val="single"/>
        </w:rPr>
        <w:t xml:space="preserve">unfettered access to the PTAB is </w:t>
      </w:r>
      <w:r>
        <w:rPr>
          <w:b w:val="0"/>
          <w:i w:val="0"/>
          <w:smallCaps w:val="0"/>
          <w:strike w:val="0"/>
          <w:sz w:val="20"/>
          <w:u w:val="single"/>
        </w:rPr>
        <w:t>particularly important</w:t>
      </w:r>
      <w:r>
        <w:rPr>
          <w:b w:val="0"/>
          <w:i w:val="0"/>
          <w:smallCaps w:val="0"/>
          <w:strike w:val="0"/>
          <w:sz w:val="20"/>
          <w:u w:val="single"/>
        </w:rPr>
        <w:t xml:space="preserve"> in the generic drug and biosimilar industries</w:t>
      </w:r>
      <w:r>
        <w:rPr>
          <w:b w:val="0"/>
          <w:i w:val="0"/>
          <w:smallCaps w:val="0"/>
          <w:strike w:val="0"/>
          <w:sz w:val="16"/>
          <w:u w:val="none"/>
        </w:rPr>
        <w:t>. Each generic or biosimilar manufacturer should be free to make its best invalidity case to the Office and not risk forfeiting its right to meaningful PTAB review or other remedies available under current law…” – Fresenius Kabi (Specializes in bringing affordable, off-patent medicines to patients with critical and chronic conditions)</w:t>
      </w:r>
    </w:p>
    <w:p>
      <w:pPr>
        <w:spacing w:after="60"/>
      </w:pPr>
      <w:r>
        <w:rPr>
          <w:b w:val="0"/>
          <w:i w:val="0"/>
          <w:smallCaps w:val="0"/>
          <w:strike w:val="0"/>
          <w:sz w:val="16"/>
          <w:u w:val="none"/>
        </w:rPr>
        <w:t xml:space="preserve">“...When it is more difficult to challenge patents, especially in the pharmaceutical field, there is more potential harm to Americans when it comes to their ability to access lower cost generics/biosimilars. </w:t>
      </w:r>
      <w:r>
        <w:rPr>
          <w:b w:val="0"/>
          <w:i w:val="0"/>
          <w:smallCaps w:val="0"/>
          <w:strike w:val="0"/>
          <w:sz w:val="20"/>
          <w:u w:val="single"/>
        </w:rPr>
        <w:t>This leads to an overall impact on</w:t>
      </w:r>
      <w:r>
        <w:rPr>
          <w:b w:val="0"/>
          <w:i w:val="0"/>
          <w:smallCaps w:val="0"/>
          <w:strike w:val="0"/>
          <w:sz w:val="16"/>
          <w:u w:val="none"/>
        </w:rPr>
        <w:t xml:space="preserve"> the </w:t>
      </w:r>
      <w:r>
        <w:rPr>
          <w:b w:val="0"/>
          <w:i w:val="0"/>
          <w:smallCaps w:val="0"/>
          <w:strike w:val="0"/>
          <w:sz w:val="20"/>
          <w:u w:val="single"/>
        </w:rPr>
        <w:t>health</w:t>
      </w:r>
      <w:r>
        <w:rPr>
          <w:b w:val="0"/>
          <w:i w:val="0"/>
          <w:smallCaps w:val="0"/>
          <w:strike w:val="0"/>
          <w:sz w:val="16"/>
          <w:u w:val="none"/>
        </w:rPr>
        <w:t xml:space="preserve"> of Americans </w:t>
      </w:r>
      <w:r>
        <w:rPr>
          <w:b w:val="0"/>
          <w:i w:val="0"/>
          <w:smallCaps w:val="0"/>
          <w:strike w:val="0"/>
          <w:sz w:val="20"/>
          <w:u w:val="single"/>
        </w:rPr>
        <w:t>and</w:t>
      </w:r>
      <w:r>
        <w:rPr>
          <w:b w:val="0"/>
          <w:i w:val="0"/>
          <w:smallCaps w:val="0"/>
          <w:strike w:val="0"/>
          <w:sz w:val="16"/>
          <w:u w:val="none"/>
        </w:rPr>
        <w:t xml:space="preserve"> the </w:t>
      </w:r>
      <w:r>
        <w:rPr>
          <w:b w:val="0"/>
          <w:i w:val="0"/>
          <w:smallCaps w:val="0"/>
          <w:strike w:val="0"/>
          <w:sz w:val="20"/>
          <w:u w:val="single"/>
        </w:rPr>
        <w:t>economy</w:t>
      </w:r>
      <w:r>
        <w:rPr>
          <w:b w:val="0"/>
          <w:i w:val="0"/>
          <w:smallCaps w:val="0"/>
          <w:strike w:val="0"/>
          <w:sz w:val="16"/>
          <w:u w:val="none"/>
        </w:rPr>
        <w:t>….” – I-Mak (Nonpartisan, not-for-profit, and non-governmental organization working to address structural inequities in how medicines are developed and distributed)</w:t>
      </w:r>
    </w:p>
    <w:p>
      <w:pPr>
        <w:spacing w:after="60"/>
      </w:pPr>
      <w:r>
        <w:rPr>
          <w:b w:val="0"/>
          <w:i w:val="0"/>
          <w:smallCaps w:val="0"/>
          <w:strike w:val="0"/>
          <w:sz w:val="16"/>
          <w:u w:val="none"/>
        </w:rPr>
        <w:t>“...</w:t>
      </w:r>
      <w:r>
        <w:rPr>
          <w:b w:val="0"/>
          <w:i w:val="0"/>
          <w:smallCaps w:val="0"/>
          <w:strike w:val="0"/>
          <w:sz w:val="20"/>
          <w:u w:val="single"/>
        </w:rPr>
        <w:t>By</w:t>
      </w:r>
      <w:r>
        <w:rPr>
          <w:b w:val="0"/>
          <w:i w:val="0"/>
          <w:smallCaps w:val="0"/>
          <w:strike w:val="0"/>
          <w:sz w:val="16"/>
          <w:u w:val="none"/>
        </w:rPr>
        <w:t xml:space="preserve"> creating </w:t>
      </w:r>
      <w:r>
        <w:rPr>
          <w:b w:val="0"/>
          <w:i w:val="0"/>
          <w:smallCaps w:val="0"/>
          <w:strike w:val="0"/>
          <w:sz w:val="20"/>
          <w:u w:val="single"/>
        </w:rPr>
        <w:t xml:space="preserve">heightened barriers, these rules </w:t>
      </w:r>
      <w:r>
        <w:rPr>
          <w:b w:val="0"/>
          <w:i w:val="0"/>
          <w:smallCaps w:val="0"/>
          <w:strike w:val="0"/>
          <w:sz w:val="20"/>
          <w:u w:val="single"/>
        </w:rPr>
        <w:t>stifle competition</w:t>
      </w:r>
      <w:r>
        <w:rPr>
          <w:b w:val="0"/>
          <w:i w:val="0"/>
          <w:smallCaps w:val="0"/>
          <w:strike w:val="0"/>
          <w:sz w:val="20"/>
          <w:u w:val="single"/>
        </w:rPr>
        <w:t xml:space="preserve"> and unjustifiably </w:t>
      </w:r>
      <w:r>
        <w:rPr>
          <w:b w:val="0"/>
          <w:i w:val="0"/>
          <w:smallCaps w:val="0"/>
          <w:strike w:val="0"/>
          <w:sz w:val="20"/>
          <w:u w:val="single"/>
        </w:rPr>
        <w:t>drive up prices</w:t>
      </w:r>
      <w:r>
        <w:rPr>
          <w:b w:val="0"/>
          <w:i w:val="0"/>
          <w:smallCaps w:val="0"/>
          <w:strike w:val="0"/>
          <w:sz w:val="20"/>
          <w:u w:val="single"/>
        </w:rPr>
        <w:t xml:space="preserve">, particularly for </w:t>
      </w:r>
      <w:r>
        <w:rPr>
          <w:b w:val="0"/>
          <w:i w:val="0"/>
          <w:smallCaps w:val="0"/>
          <w:strike w:val="0"/>
          <w:sz w:val="20"/>
          <w:u w:val="single"/>
        </w:rPr>
        <w:t>crucial medical treatments</w:t>
      </w:r>
      <w:r>
        <w:rPr>
          <w:b w:val="0"/>
          <w:i w:val="0"/>
          <w:smallCaps w:val="0"/>
          <w:strike w:val="0"/>
          <w:sz w:val="16"/>
          <w:u w:val="none"/>
        </w:rPr>
        <w:t xml:space="preserve"> we rely on as patients. Moreover, </w:t>
      </w:r>
      <w:r>
        <w:rPr>
          <w:b w:val="0"/>
          <w:i w:val="0"/>
          <w:smallCaps w:val="0"/>
          <w:strike w:val="0"/>
          <w:sz w:val="20"/>
          <w:u w:val="single"/>
        </w:rPr>
        <w:t xml:space="preserve">inter partes review fosters innovation by ensuring that patents do not impede </w:t>
      </w:r>
      <w:r>
        <w:rPr>
          <w:b w:val="0"/>
          <w:i w:val="0"/>
          <w:smallCaps w:val="0"/>
          <w:strike w:val="0"/>
          <w:sz w:val="20"/>
          <w:u w:val="single"/>
        </w:rPr>
        <w:t>future</w:t>
      </w:r>
      <w:r>
        <w:rPr>
          <w:b w:val="0"/>
          <w:i w:val="0"/>
          <w:smallCaps w:val="0"/>
          <w:strike w:val="0"/>
          <w:sz w:val="20"/>
          <w:u w:val="single"/>
        </w:rPr>
        <w:t xml:space="preserve"> </w:t>
      </w:r>
      <w:r>
        <w:rPr>
          <w:b w:val="0"/>
          <w:i w:val="0"/>
          <w:smallCaps w:val="0"/>
          <w:strike w:val="0"/>
          <w:sz w:val="20"/>
          <w:u w:val="single"/>
        </w:rPr>
        <w:t>r</w:t>
      </w:r>
      <w:r>
        <w:rPr>
          <w:b w:val="0"/>
          <w:i w:val="0"/>
          <w:smallCaps w:val="0"/>
          <w:strike w:val="0"/>
          <w:sz w:val="20"/>
          <w:u w:val="single"/>
        </w:rPr>
        <w:t xml:space="preserve">esearch </w:t>
      </w:r>
      <w:r>
        <w:rPr>
          <w:b w:val="0"/>
          <w:i w:val="0"/>
          <w:smallCaps w:val="0"/>
          <w:strike w:val="0"/>
          <w:sz w:val="20"/>
          <w:u w:val="single"/>
        </w:rPr>
        <w:t>and</w:t>
      </w:r>
      <w:r>
        <w:rPr>
          <w:b w:val="0"/>
          <w:i w:val="0"/>
          <w:smallCaps w:val="0"/>
          <w:strike w:val="0"/>
          <w:sz w:val="20"/>
          <w:u w:val="single"/>
        </w:rPr>
        <w:t xml:space="preserve"> </w:t>
      </w:r>
      <w:r>
        <w:rPr>
          <w:b w:val="0"/>
          <w:i w:val="0"/>
          <w:smallCaps w:val="0"/>
          <w:strike w:val="0"/>
          <w:sz w:val="20"/>
          <w:u w:val="single"/>
        </w:rPr>
        <w:t>d</w:t>
      </w:r>
      <w:r>
        <w:rPr>
          <w:b w:val="0"/>
          <w:i w:val="0"/>
          <w:smallCaps w:val="0"/>
          <w:strike w:val="0"/>
          <w:sz w:val="20"/>
          <w:u w:val="single"/>
        </w:rPr>
        <w:t xml:space="preserve">evelopment. When invalid patents are challenged, it paves the way for others to </w:t>
      </w:r>
      <w:r>
        <w:rPr>
          <w:b w:val="0"/>
          <w:i w:val="0"/>
          <w:smallCaps w:val="0"/>
          <w:strike w:val="0"/>
          <w:sz w:val="20"/>
          <w:u w:val="single"/>
        </w:rPr>
        <w:t>build upon</w:t>
      </w:r>
      <w:r>
        <w:rPr>
          <w:b w:val="0"/>
          <w:i w:val="0"/>
          <w:smallCaps w:val="0"/>
          <w:strike w:val="0"/>
          <w:sz w:val="20"/>
          <w:u w:val="single"/>
        </w:rPr>
        <w:t xml:space="preserve"> existing knowledge and create </w:t>
      </w:r>
      <w:r>
        <w:rPr>
          <w:b w:val="0"/>
          <w:i w:val="0"/>
          <w:smallCaps w:val="0"/>
          <w:strike w:val="0"/>
          <w:sz w:val="20"/>
          <w:u w:val="single"/>
        </w:rPr>
        <w:t>new</w:t>
      </w:r>
      <w:r>
        <w:rPr>
          <w:b w:val="0"/>
          <w:i w:val="0"/>
          <w:smallCaps w:val="0"/>
          <w:strike w:val="0"/>
          <w:sz w:val="20"/>
          <w:u w:val="single"/>
        </w:rPr>
        <w:t xml:space="preserve">, </w:t>
      </w:r>
      <w:r>
        <w:rPr>
          <w:b w:val="0"/>
          <w:i w:val="0"/>
          <w:smallCaps w:val="0"/>
          <w:strike w:val="0"/>
          <w:sz w:val="20"/>
          <w:u w:val="single"/>
        </w:rPr>
        <w:t>innovative treatments</w:t>
      </w:r>
      <w:r>
        <w:rPr>
          <w:b w:val="0"/>
          <w:i w:val="0"/>
          <w:smallCaps w:val="0"/>
          <w:strike w:val="0"/>
          <w:sz w:val="20"/>
          <w:u w:val="single"/>
        </w:rPr>
        <w:t xml:space="preserve">. This promotes a </w:t>
      </w:r>
      <w:r>
        <w:rPr>
          <w:b w:val="0"/>
          <w:i w:val="0"/>
          <w:smallCaps w:val="0"/>
          <w:strike w:val="0"/>
          <w:sz w:val="20"/>
          <w:u w:val="single"/>
        </w:rPr>
        <w:t>more dynamic</w:t>
      </w:r>
      <w:r>
        <w:rPr>
          <w:b w:val="0"/>
          <w:i w:val="0"/>
          <w:smallCaps w:val="0"/>
          <w:strike w:val="0"/>
          <w:sz w:val="20"/>
          <w:u w:val="single"/>
        </w:rPr>
        <w:t xml:space="preserve"> and </w:t>
      </w:r>
      <w:r>
        <w:rPr>
          <w:b w:val="0"/>
          <w:i w:val="0"/>
          <w:smallCaps w:val="0"/>
          <w:strike w:val="0"/>
          <w:sz w:val="20"/>
          <w:u w:val="single"/>
        </w:rPr>
        <w:t>competitive</w:t>
      </w:r>
      <w:r>
        <w:rPr>
          <w:b w:val="0"/>
          <w:i w:val="0"/>
          <w:smallCaps w:val="0"/>
          <w:strike w:val="0"/>
          <w:sz w:val="20"/>
          <w:u w:val="single"/>
        </w:rPr>
        <w:t xml:space="preserve"> pharmaceutical industry, leading to the development of </w:t>
      </w:r>
      <w:r>
        <w:rPr>
          <w:b w:val="0"/>
          <w:i w:val="0"/>
          <w:smallCaps w:val="0"/>
          <w:strike w:val="0"/>
          <w:sz w:val="20"/>
          <w:u w:val="single"/>
        </w:rPr>
        <w:t>new medicines</w:t>
      </w:r>
      <w:r>
        <w:rPr>
          <w:b w:val="0"/>
          <w:i w:val="0"/>
          <w:smallCaps w:val="0"/>
          <w:strike w:val="0"/>
          <w:sz w:val="20"/>
          <w:u w:val="single"/>
        </w:rPr>
        <w:t xml:space="preserve"> and </w:t>
      </w:r>
      <w:r>
        <w:rPr>
          <w:b w:val="0"/>
          <w:i w:val="0"/>
          <w:smallCaps w:val="0"/>
          <w:strike w:val="0"/>
          <w:sz w:val="20"/>
          <w:u w:val="single"/>
        </w:rPr>
        <w:t>improved healthcare</w:t>
      </w:r>
      <w:r>
        <w:rPr>
          <w:b w:val="0"/>
          <w:i w:val="0"/>
          <w:smallCaps w:val="0"/>
          <w:strike w:val="0"/>
          <w:sz w:val="20"/>
          <w:u w:val="single"/>
        </w:rPr>
        <w:t xml:space="preserve"> options</w:t>
      </w:r>
      <w:r>
        <w:rPr>
          <w:b w:val="0"/>
          <w:i w:val="0"/>
          <w:smallCaps w:val="0"/>
          <w:strike w:val="0"/>
          <w:sz w:val="16"/>
          <w:u w:val="none"/>
        </w:rPr>
        <w:t>...” – Generation Patient (A young adult patient led organization that increases the health literacy, confidence, self-management skills, public policy knowledge, and advocacy strategies of young adult patients)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