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State power causes</w:t>
      </w:r>
      <w:r>
        <w:rPr>
          <w:b/>
          <w:i w:val="0"/>
          <w:smallCaps w:val="0"/>
          <w:strike w:val="0"/>
          <w:sz w:val="24"/>
          <w:u w:val="none"/>
        </w:rPr>
        <w:t xml:space="preserve"> </w:t>
      </w:r>
      <w:r>
        <w:rPr>
          <w:b/>
          <w:i w:val="0"/>
          <w:smallCaps w:val="0"/>
          <w:strike w:val="0"/>
          <w:sz w:val="24"/>
          <w:u w:val="single"/>
        </w:rPr>
        <w:t>polarizing</w:t>
      </w:r>
      <w:r>
        <w:rPr>
          <w:b/>
          <w:i w:val="0"/>
          <w:smallCaps w:val="0"/>
          <w:strike w:val="0"/>
          <w:sz w:val="24"/>
          <w:u w:val="none"/>
        </w:rPr>
        <w:t xml:space="preserve"> partisan shifts</w:t>
      </w:r>
      <w:r>
        <w:rPr>
          <w:b/>
          <w:i w:val="0"/>
          <w:smallCaps w:val="0"/>
          <w:strike w:val="0"/>
          <w:sz w:val="24"/>
          <w:u w:val="none"/>
        </w:rPr>
        <w:t>---turns case</w:t>
      </w:r>
    </w:p>
    <w:p>
      <w:pPr>
        <w:spacing w:after="80"/>
      </w:pPr>
      <w:r>
        <w:rPr>
          <w:b w:val="0"/>
          <w:i w:val="0"/>
          <w:smallCaps w:val="0"/>
          <w:strike w:val="0"/>
          <w:sz w:val="20"/>
          <w:u w:val="none"/>
        </w:rPr>
        <w:t>Darrell M.</w:t>
      </w:r>
      <w:r>
        <w:rPr>
          <w:b/>
          <w:i w:val="0"/>
          <w:smallCaps w:val="0"/>
          <w:strike w:val="0"/>
          <w:sz w:val="24"/>
          <w:u w:val="none"/>
        </w:rPr>
        <w:t xml:space="preserve"> </w:t>
      </w:r>
      <w:r>
        <w:rPr>
          <w:b/>
          <w:i w:val="0"/>
          <w:smallCaps w:val="0"/>
          <w:strike w:val="0"/>
          <w:sz w:val="24"/>
          <w:u w:val="none"/>
        </w:rPr>
        <w:t xml:space="preserve">West </w:t>
      </w:r>
      <w:r>
        <w:rPr>
          <w:b w:val="0"/>
          <w:i w:val="0"/>
          <w:smallCaps w:val="0"/>
          <w:strike w:val="0"/>
          <w:sz w:val="20"/>
          <w:u w:val="none"/>
        </w:rPr>
        <w:t>20</w:t>
      </w:r>
      <w:r>
        <w:rPr>
          <w:b/>
          <w:i w:val="0"/>
          <w:smallCaps w:val="0"/>
          <w:strike w:val="0"/>
          <w:sz w:val="24"/>
          <w:u w:val="none"/>
        </w:rPr>
        <w:t>22</w:t>
      </w:r>
      <w:r>
        <w:rPr>
          <w:b/>
          <w:i w:val="0"/>
          <w:smallCaps w:val="0"/>
          <w:strike w:val="0"/>
          <w:sz w:val="24"/>
          <w:u w:val="none"/>
        </w:rPr>
        <w:t xml:space="preserve"> </w:t>
      </w:r>
      <w:r>
        <w:rPr>
          <w:b w:val="0"/>
          <w:i w:val="0"/>
          <w:smallCaps w:val="0"/>
          <w:strike w:val="0"/>
          <w:sz w:val="20"/>
          <w:u w:val="none"/>
        </w:rPr>
        <w:t>(D</w:t>
      </w:r>
      <w:r>
        <w:rPr>
          <w:b w:val="0"/>
          <w:i w:val="0"/>
          <w:smallCaps w:val="0"/>
          <w:strike w:val="0"/>
          <w:sz w:val="20"/>
          <w:u w:val="none"/>
        </w:rPr>
        <w:t>arrell M. West is a Senior Fellow - Center for Technology Innovation, Douglas Dillon Chair in Governmental Studies, “Why federalism has become risky for American democracy”, September 23 2022, https://www.brookings.edu/articles/why-federalism-has-become-risky-for-american-democracy/</w:t>
      </w:r>
      <w:r>
        <w:rPr>
          <w:b w:val="0"/>
          <w:i w:val="0"/>
          <w:smallCaps w:val="0"/>
          <w:strike w:val="0"/>
          <w:sz w:val="20"/>
          <w:u w:val="none"/>
        </w:rPr>
        <w:t>)//rohan</w:t>
      </w:r>
    </w:p>
    <w:p>
      <w:pPr>
        <w:spacing w:after="60"/>
      </w:pPr>
      <w:r>
        <w:rPr>
          <w:b w:val="0"/>
          <w:i w:val="0"/>
          <w:smallCaps w:val="0"/>
          <w:strike w:val="0"/>
          <w:sz w:val="20"/>
          <w:highlight w:val="cyan"/>
          <w:u w:val="single"/>
        </w:rPr>
        <w:t>State and local governments</w:t>
      </w:r>
      <w:r>
        <w:rPr>
          <w:b w:val="0"/>
          <w:i w:val="0"/>
          <w:smallCaps w:val="0"/>
          <w:strike w:val="0"/>
          <w:sz w:val="12"/>
          <w:u w:val="none"/>
        </w:rPr>
        <w:t xml:space="preserve"> </w:t>
      </w:r>
      <w:r>
        <w:rPr>
          <w:b w:val="0"/>
          <w:i w:val="0"/>
          <w:smallCaps w:val="0"/>
          <w:strike w:val="0"/>
          <w:sz w:val="20"/>
          <w:u w:val="single"/>
        </w:rPr>
        <w:t>long have been considered “laboratories of democracy” that spawn valuable innovation. But recently states have taken this a step farther</w:t>
      </w:r>
      <w:r>
        <w:rPr>
          <w:b w:val="0"/>
          <w:i w:val="0"/>
          <w:smallCaps w:val="0"/>
          <w:strike w:val="0"/>
          <w:sz w:val="12"/>
          <w:u w:val="none"/>
        </w:rPr>
        <w:t xml:space="preserve"> </w:t>
      </w:r>
      <w:r>
        <w:rPr>
          <w:b w:val="0"/>
          <w:i w:val="0"/>
          <w:smallCaps w:val="0"/>
          <w:strike w:val="0"/>
          <w:sz w:val="20"/>
          <w:u w:val="single"/>
        </w:rPr>
        <w:t xml:space="preserve">entering a risky new phase that </w:t>
      </w:r>
      <w:r>
        <w:rPr>
          <w:b w:val="0"/>
          <w:i w:val="0"/>
          <w:smallCaps w:val="0"/>
          <w:strike w:val="0"/>
          <w:sz w:val="20"/>
          <w:u w:val="single"/>
        </w:rPr>
        <w:t>pits</w:t>
      </w:r>
      <w:r>
        <w:rPr>
          <w:b w:val="0"/>
          <w:i w:val="0"/>
          <w:smallCaps w:val="0"/>
          <w:strike w:val="0"/>
          <w:sz w:val="20"/>
          <w:u w:val="single"/>
        </w:rPr>
        <w:t xml:space="preserve"> blue </w:t>
      </w:r>
      <w:r>
        <w:rPr>
          <w:b w:val="0"/>
          <w:i w:val="0"/>
          <w:smallCaps w:val="0"/>
          <w:strike w:val="0"/>
          <w:sz w:val="20"/>
          <w:u w:val="single"/>
        </w:rPr>
        <w:t>states</w:t>
      </w:r>
      <w:r>
        <w:rPr>
          <w:b w:val="0"/>
          <w:i w:val="0"/>
          <w:smallCaps w:val="0"/>
          <w:strike w:val="0"/>
          <w:sz w:val="20"/>
          <w:u w:val="single"/>
        </w:rPr>
        <w:t xml:space="preserve"> against red ones and blue cities against red states, and </w:t>
      </w:r>
      <w:r>
        <w:rPr>
          <w:b w:val="0"/>
          <w:i w:val="0"/>
          <w:smallCaps w:val="0"/>
          <w:strike w:val="0"/>
          <w:sz w:val="20"/>
          <w:highlight w:val="cyan"/>
          <w:u w:val="single"/>
        </w:rPr>
        <w:t>threatens democracy</w:t>
      </w:r>
      <w:r>
        <w:rPr>
          <w:b w:val="0"/>
          <w:i w:val="0"/>
          <w:smallCaps w:val="0"/>
          <w:strike w:val="0"/>
          <w:sz w:val="20"/>
          <w:u w:val="single"/>
        </w:rPr>
        <w:t xml:space="preserve"> as a whole</w:t>
      </w:r>
      <w:r>
        <w:rPr>
          <w:b w:val="0"/>
          <w:i w:val="0"/>
          <w:smallCaps w:val="0"/>
          <w:strike w:val="0"/>
          <w:sz w:val="12"/>
          <w:u w:val="none"/>
        </w:rPr>
        <w:t xml:space="preserve">. As opposed to tolerating policy experimentation by different jurisdictions, some leaders are seeking to impose their own policy views on other places. Taken to an extreme, this behavior likely would </w:t>
      </w:r>
      <w:r>
        <w:rPr>
          <w:b w:val="0"/>
          <w:i w:val="0"/>
          <w:smallCaps w:val="0"/>
          <w:strike w:val="0"/>
          <w:sz w:val="20"/>
          <w:highlight w:val="cyan"/>
          <w:u w:val="single"/>
        </w:rPr>
        <w:t>intensify conflict</w:t>
      </w:r>
      <w:r>
        <w:rPr>
          <w:b w:val="0"/>
          <w:i w:val="0"/>
          <w:smallCaps w:val="0"/>
          <w:strike w:val="0"/>
          <w:sz w:val="20"/>
          <w:u w:val="single"/>
        </w:rPr>
        <w:t xml:space="preserve"> and </w:t>
      </w:r>
      <w:r>
        <w:rPr>
          <w:b w:val="0"/>
          <w:i w:val="0"/>
          <w:smallCaps w:val="0"/>
          <w:strike w:val="0"/>
          <w:sz w:val="20"/>
          <w:highlight w:val="cyan"/>
          <w:u w:val="single"/>
        </w:rPr>
        <w:t>escalate policy nullification</w:t>
      </w:r>
      <w:r>
        <w:rPr>
          <w:b w:val="0"/>
          <w:i w:val="0"/>
          <w:smallCaps w:val="0"/>
          <w:strike w:val="0"/>
          <w:sz w:val="12"/>
          <w:u w:val="none"/>
        </w:rPr>
        <w:t xml:space="preserve"> on a broad scale.</w:t>
      </w:r>
    </w:p>
    <w:p>
      <w:pPr>
        <w:spacing w:after="60"/>
      </w:pPr>
      <w:r>
        <w:rPr>
          <w:b w:val="0"/>
          <w:i w:val="0"/>
          <w:smallCaps w:val="0"/>
          <w:strike w:val="0"/>
          <w:sz w:val="12"/>
          <w:u w:val="none"/>
        </w:rPr>
        <w:t xml:space="preserve">Take, for instance, the </w:t>
      </w:r>
      <w:r>
        <w:rPr>
          <w:b w:val="0"/>
          <w:i w:val="0"/>
          <w:smallCaps w:val="0"/>
          <w:strike w:val="0"/>
          <w:sz w:val="20"/>
          <w:u w:val="single"/>
        </w:rPr>
        <w:t xml:space="preserve">recent </w:t>
      </w:r>
      <w:r>
        <w:rPr>
          <w:b w:val="0"/>
          <w:i w:val="0"/>
          <w:smallCaps w:val="0"/>
          <w:strike w:val="0"/>
          <w:sz w:val="20"/>
          <w:highlight w:val="cyan"/>
          <w:u w:val="single"/>
        </w:rPr>
        <w:t xml:space="preserve">intensification of arguments over </w:t>
      </w:r>
      <w:r>
        <w:rPr>
          <w:b w:val="0"/>
          <w:i w:val="0"/>
          <w:smallCaps w:val="0"/>
          <w:strike w:val="0"/>
          <w:sz w:val="20"/>
          <w:highlight w:val="cyan"/>
          <w:u w:val="single"/>
        </w:rPr>
        <w:t>immigration</w:t>
      </w:r>
      <w:r>
        <w:rPr>
          <w:b w:val="0"/>
          <w:i w:val="0"/>
          <w:smallCaps w:val="0"/>
          <w:strike w:val="0"/>
          <w:sz w:val="12"/>
          <w:u w:val="none"/>
        </w:rPr>
        <w:t xml:space="preserve">. Governors Ron DeSantis of Florida and Greg Abbott of Texas have bussed unwanted arrivals from the southern border to New York City, Washington, DC, and Martha’s Vineyard as a way to express their discontent with national policy. </w:t>
      </w:r>
      <w:r>
        <w:rPr>
          <w:b w:val="0"/>
          <w:i w:val="0"/>
          <w:smallCaps w:val="0"/>
          <w:strike w:val="0"/>
          <w:sz w:val="20"/>
          <w:u w:val="single"/>
        </w:rPr>
        <w:t xml:space="preserve">These leaders are </w:t>
      </w:r>
      <w:r>
        <w:rPr>
          <w:b w:val="0"/>
          <w:i w:val="0"/>
          <w:smallCaps w:val="0"/>
          <w:strike w:val="0"/>
          <w:sz w:val="20"/>
          <w:u w:val="single"/>
        </w:rPr>
        <w:t>upset</w:t>
      </w:r>
      <w:r>
        <w:rPr>
          <w:b w:val="0"/>
          <w:i w:val="0"/>
          <w:smallCaps w:val="0"/>
          <w:strike w:val="0"/>
          <w:sz w:val="20"/>
          <w:u w:val="single"/>
        </w:rPr>
        <w:t xml:space="preserve"> over so-called “</w:t>
      </w:r>
      <w:r>
        <w:rPr>
          <w:b w:val="0"/>
          <w:i w:val="0"/>
          <w:smallCaps w:val="0"/>
          <w:strike w:val="0"/>
          <w:sz w:val="20"/>
          <w:u w:val="single"/>
        </w:rPr>
        <w:t>sanctuary cities</w:t>
      </w:r>
      <w:r>
        <w:rPr>
          <w:b w:val="0"/>
          <w:i w:val="0"/>
          <w:smallCaps w:val="0"/>
          <w:strike w:val="0"/>
          <w:sz w:val="20"/>
          <w:u w:val="single"/>
        </w:rPr>
        <w:t xml:space="preserve">” that are </w:t>
      </w:r>
      <w:r>
        <w:rPr>
          <w:b w:val="0"/>
          <w:i w:val="0"/>
          <w:smallCaps w:val="0"/>
          <w:strike w:val="0"/>
          <w:sz w:val="20"/>
          <w:u w:val="single"/>
        </w:rPr>
        <w:t>pro-immigrant</w:t>
      </w:r>
      <w:r>
        <w:rPr>
          <w:b w:val="0"/>
          <w:i w:val="0"/>
          <w:smallCaps w:val="0"/>
          <w:strike w:val="0"/>
          <w:sz w:val="20"/>
          <w:u w:val="single"/>
        </w:rPr>
        <w:t xml:space="preserve"> and seeking to attract media attention to their cause. While successful at generating press coverage, this confrontational stance puts innocent people in the middle of policy disputes and disrupts social service delivery in the targeted states</w:t>
      </w:r>
      <w:r>
        <w:rPr>
          <w:b w:val="0"/>
          <w:i w:val="0"/>
          <w:smallCaps w:val="0"/>
          <w:strike w:val="0"/>
          <w:sz w:val="12"/>
          <w:u w:val="none"/>
        </w:rPr>
        <w:t>.</w:t>
      </w:r>
    </w:p>
    <w:p>
      <w:pPr>
        <w:spacing w:after="60"/>
      </w:pPr>
      <w:r>
        <w:rPr>
          <w:b w:val="0"/>
          <w:i w:val="0"/>
          <w:smallCaps w:val="0"/>
          <w:strike w:val="0"/>
          <w:sz w:val="12"/>
          <w:u w:val="none"/>
        </w:rPr>
        <w:t xml:space="preserve">Another area is </w:t>
      </w:r>
      <w:r>
        <w:rPr>
          <w:b w:val="0"/>
          <w:i w:val="0"/>
          <w:smallCaps w:val="0"/>
          <w:strike w:val="0"/>
          <w:sz w:val="20"/>
          <w:highlight w:val="cyan"/>
          <w:u w:val="single"/>
        </w:rPr>
        <w:t>abortion</w:t>
      </w:r>
      <w:r>
        <w:rPr>
          <w:b w:val="0"/>
          <w:i w:val="0"/>
          <w:smallCaps w:val="0"/>
          <w:strike w:val="0"/>
          <w:sz w:val="20"/>
          <w:u w:val="single"/>
        </w:rPr>
        <w:t xml:space="preserve"> policy</w:t>
      </w:r>
      <w:r>
        <w:rPr>
          <w:b w:val="0"/>
          <w:i w:val="0"/>
          <w:smallCaps w:val="0"/>
          <w:strike w:val="0"/>
          <w:sz w:val="12"/>
          <w:u w:val="none"/>
        </w:rPr>
        <w:t xml:space="preserve"> where the </w:t>
      </w:r>
      <w:r>
        <w:rPr>
          <w:b w:val="0"/>
          <w:i w:val="0"/>
          <w:smallCaps w:val="0"/>
          <w:strike w:val="0"/>
          <w:sz w:val="20"/>
          <w:u w:val="single"/>
        </w:rPr>
        <w:t xml:space="preserve">Supreme Court reversal of </w:t>
      </w:r>
      <w:r>
        <w:rPr>
          <w:b w:val="0"/>
          <w:i w:val="0"/>
          <w:smallCaps w:val="0"/>
          <w:strike w:val="0"/>
          <w:sz w:val="20"/>
          <w:u w:val="single"/>
        </w:rPr>
        <w:t>Roe v. Wade</w:t>
      </w:r>
      <w:r>
        <w:rPr>
          <w:b w:val="0"/>
          <w:i w:val="0"/>
          <w:smallCaps w:val="0"/>
          <w:strike w:val="0"/>
          <w:sz w:val="20"/>
          <w:u w:val="single"/>
        </w:rPr>
        <w:t xml:space="preserve"> </w:t>
      </w:r>
      <w:r>
        <w:rPr>
          <w:b w:val="0"/>
          <w:i w:val="0"/>
          <w:smallCaps w:val="0"/>
          <w:strike w:val="0"/>
          <w:sz w:val="20"/>
          <w:u w:val="single"/>
        </w:rPr>
        <w:t>turned</w:t>
      </w:r>
      <w:r>
        <w:rPr>
          <w:b w:val="0"/>
          <w:i w:val="0"/>
          <w:smallCaps w:val="0"/>
          <w:strike w:val="0"/>
          <w:sz w:val="20"/>
          <w:u w:val="single"/>
        </w:rPr>
        <w:t xml:space="preserve"> that </w:t>
      </w:r>
      <w:r>
        <w:rPr>
          <w:b w:val="0"/>
          <w:i w:val="0"/>
          <w:smallCaps w:val="0"/>
          <w:strike w:val="0"/>
          <w:sz w:val="20"/>
          <w:u w:val="single"/>
        </w:rPr>
        <w:t>issue</w:t>
      </w:r>
      <w:r>
        <w:rPr>
          <w:b w:val="0"/>
          <w:i w:val="0"/>
          <w:smallCaps w:val="0"/>
          <w:strike w:val="0"/>
          <w:sz w:val="20"/>
          <w:u w:val="single"/>
        </w:rPr>
        <w:t xml:space="preserve"> back to the </w:t>
      </w:r>
      <w:r>
        <w:rPr>
          <w:b w:val="0"/>
          <w:i w:val="0"/>
          <w:smallCaps w:val="0"/>
          <w:strike w:val="0"/>
          <w:sz w:val="20"/>
          <w:u w:val="single"/>
        </w:rPr>
        <w:t>states</w:t>
      </w:r>
      <w:r>
        <w:rPr>
          <w:b w:val="0"/>
          <w:i w:val="0"/>
          <w:smallCaps w:val="0"/>
          <w:strike w:val="0"/>
          <w:sz w:val="20"/>
          <w:u w:val="single"/>
        </w:rPr>
        <w:t xml:space="preserve"> and transformed the politics of that subject</w:t>
      </w:r>
      <w:r>
        <w:rPr>
          <w:b w:val="0"/>
          <w:i w:val="0"/>
          <w:smallCaps w:val="0"/>
          <w:strike w:val="0"/>
          <w:sz w:val="12"/>
          <w:u w:val="none"/>
        </w:rPr>
        <w:t xml:space="preserve">. A </w:t>
      </w:r>
      <w:r>
        <w:rPr>
          <w:b w:val="0"/>
          <w:i w:val="0"/>
          <w:smallCaps w:val="0"/>
          <w:strike w:val="0"/>
          <w:sz w:val="20"/>
          <w:u w:val="single"/>
        </w:rPr>
        <w:t>number of states</w:t>
      </w:r>
      <w:r>
        <w:rPr>
          <w:b w:val="0"/>
          <w:i w:val="0"/>
          <w:smallCaps w:val="0"/>
          <w:strike w:val="0"/>
          <w:sz w:val="12"/>
          <w:u w:val="none"/>
        </w:rPr>
        <w:t xml:space="preserve"> used that </w:t>
      </w:r>
      <w:r>
        <w:rPr>
          <w:b w:val="0"/>
          <w:i w:val="0"/>
          <w:smallCaps w:val="0"/>
          <w:strike w:val="0"/>
          <w:sz w:val="20"/>
          <w:u w:val="single"/>
        </w:rPr>
        <w:t>decision not only to outlaw abortion but to criminalize actions that provided help for those wanting abortions</w:t>
      </w:r>
      <w:r>
        <w:rPr>
          <w:b w:val="0"/>
          <w:i w:val="0"/>
          <w:smallCaps w:val="0"/>
          <w:strike w:val="0"/>
          <w:sz w:val="12"/>
          <w:u w:val="none"/>
        </w:rPr>
        <w:t xml:space="preserve">. The </w:t>
      </w:r>
      <w:r>
        <w:rPr>
          <w:b w:val="0"/>
          <w:i w:val="0"/>
          <w:smallCaps w:val="0"/>
          <w:strike w:val="0"/>
          <w:sz w:val="20"/>
          <w:u w:val="single"/>
        </w:rPr>
        <w:t>stark differences</w:t>
      </w:r>
      <w:r>
        <w:rPr>
          <w:b w:val="0"/>
          <w:i w:val="0"/>
          <w:smallCaps w:val="0"/>
          <w:strike w:val="0"/>
          <w:sz w:val="12"/>
          <w:u w:val="none"/>
        </w:rPr>
        <w:t xml:space="preserve"> in how state legislatures have responded to the Roe aftermath </w:t>
      </w:r>
      <w:r>
        <w:rPr>
          <w:b w:val="0"/>
          <w:i w:val="0"/>
          <w:smallCaps w:val="0"/>
          <w:strike w:val="0"/>
          <w:sz w:val="20"/>
          <w:u w:val="single"/>
        </w:rPr>
        <w:t xml:space="preserve">suggests </w:t>
      </w:r>
      <w:r>
        <w:rPr>
          <w:b w:val="0"/>
          <w:i w:val="0"/>
          <w:smallCaps w:val="0"/>
          <w:strike w:val="0"/>
          <w:sz w:val="20"/>
          <w:u w:val="single"/>
        </w:rPr>
        <w:t>federalism</w:t>
      </w:r>
      <w:r>
        <w:rPr>
          <w:b w:val="0"/>
          <w:i w:val="0"/>
          <w:smallCaps w:val="0"/>
          <w:strike w:val="0"/>
          <w:sz w:val="20"/>
          <w:u w:val="single"/>
        </w:rPr>
        <w:t xml:space="preserve"> is moving in a </w:t>
      </w:r>
      <w:r>
        <w:rPr>
          <w:b w:val="0"/>
          <w:i w:val="0"/>
          <w:smallCaps w:val="0"/>
          <w:strike w:val="0"/>
          <w:sz w:val="20"/>
          <w:u w:val="single"/>
        </w:rPr>
        <w:t>destructive direction</w:t>
      </w:r>
      <w:r>
        <w:rPr>
          <w:b w:val="0"/>
          <w:i w:val="0"/>
          <w:smallCaps w:val="0"/>
          <w:strike w:val="0"/>
          <w:sz w:val="20"/>
          <w:u w:val="single"/>
        </w:rPr>
        <w:t xml:space="preserve"> and putting </w:t>
      </w:r>
      <w:r>
        <w:rPr>
          <w:b w:val="0"/>
          <w:i w:val="0"/>
          <w:smallCaps w:val="0"/>
          <w:strike w:val="0"/>
          <w:sz w:val="20"/>
          <w:u w:val="single"/>
        </w:rPr>
        <w:t>states</w:t>
      </w:r>
      <w:r>
        <w:rPr>
          <w:b w:val="0"/>
          <w:i w:val="0"/>
          <w:smallCaps w:val="0"/>
          <w:strike w:val="0"/>
          <w:sz w:val="20"/>
          <w:u w:val="single"/>
        </w:rPr>
        <w:t xml:space="preserve"> on a </w:t>
      </w:r>
      <w:r>
        <w:rPr>
          <w:b w:val="0"/>
          <w:i w:val="0"/>
          <w:smallCaps w:val="0"/>
          <w:strike w:val="0"/>
          <w:sz w:val="20"/>
          <w:u w:val="single"/>
        </w:rPr>
        <w:t>collision path</w:t>
      </w:r>
      <w:r>
        <w:rPr>
          <w:b w:val="0"/>
          <w:i w:val="0"/>
          <w:smallCaps w:val="0"/>
          <w:strike w:val="0"/>
          <w:sz w:val="20"/>
          <w:u w:val="single"/>
        </w:rPr>
        <w:t xml:space="preserve"> with one another</w:t>
      </w:r>
      <w:r>
        <w:rPr>
          <w:b w:val="0"/>
          <w:i w:val="0"/>
          <w:smallCaps w:val="0"/>
          <w:strike w:val="0"/>
          <w:sz w:val="12"/>
          <w:u w:val="none"/>
        </w:rPr>
        <w:t>.</w:t>
      </w:r>
    </w:p>
    <w:p>
      <w:pPr>
        <w:spacing w:after="60"/>
      </w:pPr>
      <w:r>
        <w:rPr>
          <w:b w:val="0"/>
          <w:i w:val="0"/>
          <w:smallCaps w:val="0"/>
          <w:strike w:val="0"/>
          <w:sz w:val="20"/>
          <w:u w:val="single"/>
        </w:rPr>
        <w:t xml:space="preserve">Similar issues have popped in regard to </w:t>
      </w:r>
      <w:r>
        <w:rPr>
          <w:b w:val="0"/>
          <w:i w:val="0"/>
          <w:smallCaps w:val="0"/>
          <w:strike w:val="0"/>
          <w:sz w:val="20"/>
          <w:highlight w:val="cyan"/>
          <w:u w:val="single"/>
        </w:rPr>
        <w:t>marijuana</w:t>
      </w:r>
      <w:r>
        <w:rPr>
          <w:b w:val="0"/>
          <w:i w:val="0"/>
          <w:smallCaps w:val="0"/>
          <w:strike w:val="0"/>
          <w:sz w:val="20"/>
          <w:u w:val="single"/>
        </w:rPr>
        <w:t xml:space="preserve"> legalization</w:t>
      </w:r>
      <w:r>
        <w:rPr>
          <w:b w:val="0"/>
          <w:i w:val="0"/>
          <w:smallCaps w:val="0"/>
          <w:strike w:val="0"/>
          <w:sz w:val="12"/>
          <w:u w:val="none"/>
        </w:rPr>
        <w:t xml:space="preserve">. For a number of years, that </w:t>
      </w:r>
      <w:r>
        <w:rPr>
          <w:b w:val="0"/>
          <w:i w:val="0"/>
          <w:smallCaps w:val="0"/>
          <w:strike w:val="0"/>
          <w:sz w:val="20"/>
          <w:u w:val="single"/>
        </w:rPr>
        <w:t>area has pitted states wanting to relax prohibitions and spawn new businesses against existing laws preventing interstate commerce involving illegal drugs or using the national banking system to transfer money</w:t>
      </w:r>
      <w:r>
        <w:rPr>
          <w:b w:val="0"/>
          <w:i w:val="0"/>
          <w:smallCaps w:val="0"/>
          <w:strike w:val="0"/>
          <w:sz w:val="12"/>
          <w:u w:val="none"/>
        </w:rPr>
        <w:t xml:space="preserve">. The resulting </w:t>
      </w:r>
      <w:r>
        <w:rPr>
          <w:b w:val="0"/>
          <w:i w:val="0"/>
          <w:smallCaps w:val="0"/>
          <w:strike w:val="0"/>
          <w:sz w:val="20"/>
          <w:u w:val="single"/>
        </w:rPr>
        <w:t>jurisdictional conflicts have strained federalism</w:t>
      </w:r>
      <w:r>
        <w:rPr>
          <w:b w:val="0"/>
          <w:i w:val="0"/>
          <w:smallCaps w:val="0"/>
          <w:strike w:val="0"/>
          <w:sz w:val="12"/>
          <w:u w:val="none"/>
        </w:rPr>
        <w:t xml:space="preserve"> and made it difficult for businesses to know whose laws they should obey.</w:t>
      </w:r>
    </w:p>
    <w:p>
      <w:pPr>
        <w:spacing w:after="60"/>
      </w:pPr>
      <w:r>
        <w:rPr>
          <w:b w:val="0"/>
          <w:i w:val="0"/>
          <w:smallCaps w:val="0"/>
          <w:strike w:val="0"/>
          <w:sz w:val="12"/>
          <w:u w:val="none"/>
        </w:rPr>
        <w:t xml:space="preserve">And in the </w:t>
      </w:r>
      <w:r>
        <w:rPr>
          <w:b w:val="0"/>
          <w:i w:val="0"/>
          <w:smallCaps w:val="0"/>
          <w:strike w:val="0"/>
          <w:sz w:val="20"/>
          <w:highlight w:val="cyan"/>
          <w:u w:val="single"/>
        </w:rPr>
        <w:t>gun area</w:t>
      </w:r>
      <w:r>
        <w:rPr>
          <w:b w:val="0"/>
          <w:i w:val="0"/>
          <w:smallCaps w:val="0"/>
          <w:strike w:val="0"/>
          <w:sz w:val="20"/>
          <w:highlight w:val="cyan"/>
          <w:u w:val="single"/>
        </w:rPr>
        <w:t>,</w:t>
      </w:r>
      <w:r>
        <w:rPr>
          <w:b w:val="0"/>
          <w:i w:val="0"/>
          <w:smallCaps w:val="0"/>
          <w:strike w:val="0"/>
          <w:sz w:val="20"/>
          <w:u w:val="single"/>
        </w:rPr>
        <w:t xml:space="preserve"> California recently enacted a law allowing people to sue those who make or distribute assault weapons</w:t>
      </w:r>
      <w:r>
        <w:rPr>
          <w:b w:val="0"/>
          <w:i w:val="0"/>
          <w:smallCaps w:val="0"/>
          <w:strike w:val="0"/>
          <w:sz w:val="12"/>
          <w:u w:val="none"/>
        </w:rPr>
        <w:t>. Modeled after Texas legislation that enabled lawsuits against those who aid women seeking abortions, the legislation demonstrates how states are turning on one another and restricting personal activity on a much broader scale than before. It no longer is enough for states and localities to take decisive policy stances, but rather they are aiming their enforcement against people living elsewhere who have different points of view.</w:t>
      </w:r>
    </w:p>
    <w:p>
      <w:pPr>
        <w:spacing w:after="60"/>
      </w:pPr>
      <w:r>
        <w:rPr>
          <w:b w:val="0"/>
          <w:i w:val="0"/>
          <w:smallCaps w:val="0"/>
          <w:strike w:val="0"/>
          <w:sz w:val="12"/>
          <w:u w:val="none"/>
        </w:rPr>
        <w:t xml:space="preserve">Even within individual states, there are risks for governance and democracy. Increasingly, there is </w:t>
      </w:r>
      <w:r>
        <w:rPr>
          <w:b w:val="0"/>
          <w:i w:val="0"/>
          <w:smallCaps w:val="0"/>
          <w:strike w:val="0"/>
          <w:sz w:val="20"/>
          <w:highlight w:val="cyan"/>
          <w:u w:val="single"/>
        </w:rPr>
        <w:t>preemption</w:t>
      </w:r>
      <w:r>
        <w:rPr>
          <w:b w:val="0"/>
          <w:i w:val="0"/>
          <w:smallCaps w:val="0"/>
          <w:strike w:val="0"/>
          <w:sz w:val="20"/>
          <w:u w:val="single"/>
        </w:rPr>
        <w:t xml:space="preserve"> between red states and blue cities </w:t>
      </w:r>
      <w:r>
        <w:rPr>
          <w:b w:val="0"/>
          <w:i w:val="0"/>
          <w:smallCaps w:val="0"/>
          <w:strike w:val="0"/>
          <w:sz w:val="20"/>
          <w:highlight w:val="cyan"/>
          <w:u w:val="single"/>
        </w:rPr>
        <w:t xml:space="preserve">whereby </w:t>
      </w:r>
      <w:r>
        <w:rPr>
          <w:b w:val="0"/>
          <w:i w:val="0"/>
          <w:smallCaps w:val="0"/>
          <w:strike w:val="0"/>
          <w:sz w:val="20"/>
          <w:highlight w:val="cyan"/>
          <w:u w:val="single"/>
        </w:rPr>
        <w:t>Republican</w:t>
      </w:r>
      <w:r>
        <w:rPr>
          <w:b w:val="0"/>
          <w:i w:val="0"/>
          <w:smallCaps w:val="0"/>
          <w:strike w:val="0"/>
          <w:sz w:val="20"/>
          <w:u w:val="single"/>
        </w:rPr>
        <w:t xml:space="preserve">-controlled </w:t>
      </w:r>
      <w:r>
        <w:rPr>
          <w:b w:val="0"/>
          <w:i w:val="0"/>
          <w:smallCaps w:val="0"/>
          <w:strike w:val="0"/>
          <w:sz w:val="20"/>
          <w:highlight w:val="cyan"/>
          <w:u w:val="single"/>
        </w:rPr>
        <w:t>legislatures</w:t>
      </w:r>
      <w:r>
        <w:rPr>
          <w:b w:val="0"/>
          <w:i w:val="0"/>
          <w:smallCaps w:val="0"/>
          <w:strike w:val="0"/>
          <w:sz w:val="20"/>
          <w:u w:val="single"/>
        </w:rPr>
        <w:t xml:space="preserve"> are </w:t>
      </w:r>
      <w:r>
        <w:rPr>
          <w:b w:val="0"/>
          <w:i w:val="0"/>
          <w:smallCaps w:val="0"/>
          <w:strike w:val="0"/>
          <w:sz w:val="20"/>
          <w:highlight w:val="cyan"/>
          <w:u w:val="single"/>
        </w:rPr>
        <w:t xml:space="preserve">putting major </w:t>
      </w:r>
      <w:r>
        <w:rPr>
          <w:b w:val="0"/>
          <w:i w:val="0"/>
          <w:smallCaps w:val="0"/>
          <w:strike w:val="0"/>
          <w:sz w:val="20"/>
          <w:highlight w:val="cyan"/>
          <w:u w:val="single"/>
        </w:rPr>
        <w:t>restrictions</w:t>
      </w:r>
      <w:r>
        <w:rPr>
          <w:b w:val="0"/>
          <w:i w:val="0"/>
          <w:smallCaps w:val="0"/>
          <w:strike w:val="0"/>
          <w:sz w:val="20"/>
          <w:highlight w:val="cyan"/>
          <w:u w:val="single"/>
        </w:rPr>
        <w:t xml:space="preserve"> on</w:t>
      </w:r>
      <w:r>
        <w:rPr>
          <w:b w:val="0"/>
          <w:i w:val="0"/>
          <w:smallCaps w:val="0"/>
          <w:strike w:val="0"/>
          <w:sz w:val="20"/>
          <w:u w:val="single"/>
        </w:rPr>
        <w:t xml:space="preserve"> the </w:t>
      </w:r>
      <w:r>
        <w:rPr>
          <w:b w:val="0"/>
          <w:i w:val="0"/>
          <w:smallCaps w:val="0"/>
          <w:strike w:val="0"/>
          <w:sz w:val="20"/>
          <w:u w:val="single"/>
        </w:rPr>
        <w:t>ability</w:t>
      </w:r>
      <w:r>
        <w:rPr>
          <w:b w:val="0"/>
          <w:i w:val="0"/>
          <w:smallCaps w:val="0"/>
          <w:strike w:val="0"/>
          <w:sz w:val="20"/>
          <w:u w:val="single"/>
        </w:rPr>
        <w:t xml:space="preserve"> of </w:t>
      </w:r>
      <w:r>
        <w:rPr>
          <w:b w:val="0"/>
          <w:i w:val="0"/>
          <w:smallCaps w:val="0"/>
          <w:strike w:val="0"/>
          <w:sz w:val="20"/>
          <w:highlight w:val="cyan"/>
          <w:u w:val="single"/>
        </w:rPr>
        <w:t>Democrat</w:t>
      </w:r>
      <w:r>
        <w:rPr>
          <w:b w:val="0"/>
          <w:i w:val="0"/>
          <w:smallCaps w:val="0"/>
          <w:strike w:val="0"/>
          <w:sz w:val="20"/>
          <w:u w:val="single"/>
        </w:rPr>
        <w:t xml:space="preserve">ically-controlled </w:t>
      </w:r>
      <w:r>
        <w:rPr>
          <w:b w:val="0"/>
          <w:i w:val="0"/>
          <w:smallCaps w:val="0"/>
          <w:strike w:val="0"/>
          <w:sz w:val="20"/>
          <w:highlight w:val="cyan"/>
          <w:u w:val="single"/>
        </w:rPr>
        <w:t>cities</w:t>
      </w:r>
      <w:r>
        <w:rPr>
          <w:b w:val="0"/>
          <w:i w:val="0"/>
          <w:smallCaps w:val="0"/>
          <w:strike w:val="0"/>
          <w:sz w:val="20"/>
          <w:u w:val="single"/>
        </w:rPr>
        <w:t xml:space="preserve"> to </w:t>
      </w:r>
      <w:r>
        <w:rPr>
          <w:b w:val="0"/>
          <w:i w:val="0"/>
          <w:smallCaps w:val="0"/>
          <w:strike w:val="0"/>
          <w:sz w:val="20"/>
          <w:u w:val="single"/>
        </w:rPr>
        <w:t>spend money</w:t>
      </w:r>
      <w:r>
        <w:rPr>
          <w:b w:val="0"/>
          <w:i w:val="0"/>
          <w:smallCaps w:val="0"/>
          <w:strike w:val="0"/>
          <w:sz w:val="20"/>
          <w:u w:val="single"/>
        </w:rPr>
        <w:t xml:space="preserve">, </w:t>
      </w:r>
      <w:r>
        <w:rPr>
          <w:b w:val="0"/>
          <w:i w:val="0"/>
          <w:smallCaps w:val="0"/>
          <w:strike w:val="0"/>
          <w:sz w:val="20"/>
          <w:u w:val="single"/>
        </w:rPr>
        <w:t>set policy</w:t>
      </w:r>
      <w:r>
        <w:rPr>
          <w:b w:val="0"/>
          <w:i w:val="0"/>
          <w:smallCaps w:val="0"/>
          <w:strike w:val="0"/>
          <w:sz w:val="20"/>
          <w:u w:val="single"/>
        </w:rPr>
        <w:t xml:space="preserve">, and address </w:t>
      </w:r>
      <w:r>
        <w:rPr>
          <w:b w:val="0"/>
          <w:i w:val="0"/>
          <w:smallCaps w:val="0"/>
          <w:strike w:val="0"/>
          <w:sz w:val="20"/>
          <w:u w:val="single"/>
        </w:rPr>
        <w:t>social issues</w:t>
      </w:r>
      <w:r>
        <w:rPr>
          <w:b w:val="0"/>
          <w:i w:val="0"/>
          <w:smallCaps w:val="0"/>
          <w:strike w:val="0"/>
          <w:sz w:val="12"/>
          <w:u w:val="none"/>
        </w:rPr>
        <w:t xml:space="preserve">. These within-state conflicts are eroding the capacity of cities to innovate and undertake useful policy experiments. By </w:t>
      </w:r>
      <w:r>
        <w:rPr>
          <w:b w:val="0"/>
          <w:i w:val="0"/>
          <w:smallCaps w:val="0"/>
          <w:strike w:val="0"/>
          <w:sz w:val="20"/>
          <w:u w:val="single"/>
        </w:rPr>
        <w:t>restricting local prerogatives, state legislatures are upsetting the balance of power within their boundaries and relegating cities to purely administrative functions</w:t>
      </w:r>
      <w:r>
        <w:rPr>
          <w:b w:val="0"/>
          <w:i w:val="0"/>
          <w:smallCaps w:val="0"/>
          <w:strike w:val="0"/>
          <w:sz w:val="12"/>
          <w:u w:val="none"/>
        </w:rPr>
        <w:t>.</w:t>
      </w:r>
    </w:p>
    <w:p>
      <w:pPr>
        <w:spacing w:after="60"/>
      </w:pPr>
      <w:r>
        <w:rPr>
          <w:b w:val="0"/>
          <w:i w:val="0"/>
          <w:smallCaps w:val="0"/>
          <w:strike w:val="0"/>
          <w:sz w:val="12"/>
          <w:u w:val="none"/>
        </w:rPr>
        <w:t xml:space="preserve">From these and other actions, it appears </w:t>
      </w:r>
      <w:r>
        <w:rPr>
          <w:b w:val="0"/>
          <w:i w:val="0"/>
          <w:smallCaps w:val="0"/>
          <w:strike w:val="0"/>
          <w:sz w:val="20"/>
          <w:u w:val="single"/>
        </w:rPr>
        <w:t>federalism</w:t>
      </w:r>
      <w:r>
        <w:rPr>
          <w:b w:val="0"/>
          <w:i w:val="0"/>
          <w:smallCaps w:val="0"/>
          <w:strike w:val="0"/>
          <w:sz w:val="20"/>
          <w:u w:val="single"/>
        </w:rPr>
        <w:t xml:space="preserve"> is </w:t>
      </w:r>
      <w:r>
        <w:rPr>
          <w:b w:val="0"/>
          <w:i w:val="0"/>
          <w:smallCaps w:val="0"/>
          <w:strike w:val="0"/>
          <w:sz w:val="20"/>
          <w:highlight w:val="cyan"/>
          <w:u w:val="single"/>
        </w:rPr>
        <w:t>entering</w:t>
      </w:r>
      <w:r>
        <w:rPr>
          <w:b w:val="0"/>
          <w:i w:val="0"/>
          <w:smallCaps w:val="0"/>
          <w:strike w:val="0"/>
          <w:sz w:val="20"/>
          <w:highlight w:val="cyan"/>
          <w:u w:val="single"/>
        </w:rPr>
        <w:t xml:space="preserve"> an </w:t>
      </w:r>
      <w:r>
        <w:rPr>
          <w:b w:val="0"/>
          <w:i w:val="0"/>
          <w:smallCaps w:val="0"/>
          <w:strike w:val="0"/>
          <w:sz w:val="20"/>
          <w:highlight w:val="cyan"/>
          <w:u w:val="single"/>
        </w:rPr>
        <w:t>intolerant terrain</w:t>
      </w:r>
      <w:r>
        <w:rPr>
          <w:b w:val="0"/>
          <w:i w:val="0"/>
          <w:smallCaps w:val="0"/>
          <w:strike w:val="0"/>
          <w:sz w:val="20"/>
          <w:u w:val="single"/>
        </w:rPr>
        <w:t xml:space="preserve"> that </w:t>
      </w:r>
      <w:r>
        <w:rPr>
          <w:b w:val="0"/>
          <w:i w:val="0"/>
          <w:smallCaps w:val="0"/>
          <w:strike w:val="0"/>
          <w:sz w:val="20"/>
          <w:u w:val="single"/>
        </w:rPr>
        <w:t>threatens democracy</w:t>
      </w:r>
      <w:r>
        <w:rPr>
          <w:b w:val="0"/>
          <w:i w:val="0"/>
          <w:smallCaps w:val="0"/>
          <w:strike w:val="0"/>
          <w:sz w:val="20"/>
          <w:u w:val="single"/>
        </w:rPr>
        <w:t xml:space="preserve"> itself</w:t>
      </w:r>
      <w:r>
        <w:rPr>
          <w:b w:val="0"/>
          <w:i w:val="0"/>
          <w:smallCaps w:val="0"/>
          <w:strike w:val="0"/>
          <w:sz w:val="12"/>
          <w:u w:val="none"/>
        </w:rPr>
        <w:t xml:space="preserve">. There is a </w:t>
      </w:r>
      <w:r>
        <w:rPr>
          <w:b w:val="0"/>
          <w:i w:val="0"/>
          <w:smallCaps w:val="0"/>
          <w:strike w:val="0"/>
          <w:sz w:val="20"/>
          <w:u w:val="single"/>
        </w:rPr>
        <w:t>power reshuffling</w:t>
      </w:r>
      <w:r>
        <w:rPr>
          <w:b w:val="0"/>
          <w:i w:val="0"/>
          <w:smallCaps w:val="0"/>
          <w:strike w:val="0"/>
          <w:sz w:val="20"/>
          <w:u w:val="single"/>
        </w:rPr>
        <w:t xml:space="preserve"> that likely will have profound </w:t>
      </w:r>
      <w:r>
        <w:rPr>
          <w:b w:val="0"/>
          <w:i w:val="0"/>
          <w:smallCaps w:val="0"/>
          <w:strike w:val="0"/>
          <w:sz w:val="20"/>
          <w:u w:val="single"/>
        </w:rPr>
        <w:t>ramifications</w:t>
      </w:r>
      <w:r>
        <w:rPr>
          <w:b w:val="0"/>
          <w:i w:val="0"/>
          <w:smallCaps w:val="0"/>
          <w:strike w:val="0"/>
          <w:sz w:val="20"/>
          <w:u w:val="single"/>
        </w:rPr>
        <w:t xml:space="preserve"> for </w:t>
      </w:r>
      <w:r>
        <w:rPr>
          <w:b w:val="0"/>
          <w:i w:val="0"/>
          <w:smallCaps w:val="0"/>
          <w:strike w:val="0"/>
          <w:sz w:val="20"/>
          <w:u w:val="single"/>
        </w:rPr>
        <w:t>questions</w:t>
      </w:r>
      <w:r>
        <w:rPr>
          <w:b w:val="0"/>
          <w:i w:val="0"/>
          <w:smallCaps w:val="0"/>
          <w:strike w:val="0"/>
          <w:sz w:val="20"/>
          <w:u w:val="single"/>
        </w:rPr>
        <w:t xml:space="preserve"> of who decides and what they decide on many topics. </w:t>
      </w:r>
      <w:r>
        <w:rPr>
          <w:b w:val="0"/>
          <w:i w:val="0"/>
          <w:smallCaps w:val="0"/>
          <w:strike w:val="0"/>
          <w:sz w:val="20"/>
          <w:highlight w:val="cyan"/>
          <w:u w:val="single"/>
        </w:rPr>
        <w:t>Large</w:t>
      </w:r>
      <w:r>
        <w:rPr>
          <w:b w:val="0"/>
          <w:i w:val="0"/>
          <w:smallCaps w:val="0"/>
          <w:strike w:val="0"/>
          <w:sz w:val="20"/>
          <w:highlight w:val="cyan"/>
          <w:u w:val="single"/>
        </w:rPr>
        <w:t>-</w:t>
      </w:r>
      <w:r>
        <w:rPr>
          <w:b w:val="0"/>
          <w:i w:val="0"/>
          <w:smallCaps w:val="0"/>
          <w:strike w:val="0"/>
          <w:sz w:val="20"/>
          <w:highlight w:val="cyan"/>
          <w:u w:val="single"/>
        </w:rPr>
        <w:t>scale</w:t>
      </w:r>
      <w:r>
        <w:rPr>
          <w:b w:val="0"/>
          <w:i w:val="0"/>
          <w:smallCaps w:val="0"/>
          <w:strike w:val="0"/>
          <w:sz w:val="20"/>
          <w:highlight w:val="cyan"/>
          <w:u w:val="single"/>
        </w:rPr>
        <w:t xml:space="preserve"> </w:t>
      </w:r>
      <w:r>
        <w:rPr>
          <w:b w:val="0"/>
          <w:i w:val="0"/>
          <w:smallCaps w:val="0"/>
          <w:strike w:val="0"/>
          <w:sz w:val="20"/>
          <w:highlight w:val="cyan"/>
          <w:u w:val="single"/>
        </w:rPr>
        <w:t>political</w:t>
      </w:r>
      <w:r>
        <w:rPr>
          <w:b w:val="0"/>
          <w:i w:val="0"/>
          <w:smallCaps w:val="0"/>
          <w:strike w:val="0"/>
          <w:sz w:val="20"/>
          <w:u w:val="single"/>
        </w:rPr>
        <w:t xml:space="preserve"> and </w:t>
      </w:r>
      <w:r>
        <w:rPr>
          <w:b w:val="0"/>
          <w:i w:val="0"/>
          <w:smallCaps w:val="0"/>
          <w:strike w:val="0"/>
          <w:sz w:val="20"/>
          <w:u w:val="single"/>
        </w:rPr>
        <w:t xml:space="preserve">institutional </w:t>
      </w:r>
      <w:r>
        <w:rPr>
          <w:b w:val="0"/>
          <w:i w:val="0"/>
          <w:smallCaps w:val="0"/>
          <w:strike w:val="0"/>
          <w:sz w:val="20"/>
          <w:highlight w:val="cyan"/>
          <w:u w:val="single"/>
        </w:rPr>
        <w:t>shifts</w:t>
      </w:r>
      <w:r>
        <w:rPr>
          <w:b w:val="0"/>
          <w:i w:val="0"/>
          <w:smallCaps w:val="0"/>
          <w:strike w:val="0"/>
          <w:sz w:val="20"/>
          <w:u w:val="single"/>
        </w:rPr>
        <w:t xml:space="preserve"> </w:t>
      </w:r>
      <w:r>
        <w:rPr>
          <w:b w:val="0"/>
          <w:i w:val="0"/>
          <w:smallCaps w:val="0"/>
          <w:strike w:val="0"/>
          <w:sz w:val="20"/>
          <w:u w:val="single"/>
        </w:rPr>
        <w:t xml:space="preserve">on </w:t>
      </w:r>
      <w:r>
        <w:rPr>
          <w:b w:val="0"/>
          <w:i w:val="0"/>
          <w:smallCaps w:val="0"/>
          <w:strike w:val="0"/>
          <w:sz w:val="20"/>
          <w:u w:val="single"/>
        </w:rPr>
        <w:t>abortion policy</w:t>
      </w:r>
      <w:r>
        <w:rPr>
          <w:b w:val="0"/>
          <w:i w:val="0"/>
          <w:smallCaps w:val="0"/>
          <w:strike w:val="0"/>
          <w:sz w:val="20"/>
          <w:u w:val="single"/>
        </w:rPr>
        <w:t xml:space="preserve">, </w:t>
      </w:r>
      <w:r>
        <w:rPr>
          <w:b w:val="0"/>
          <w:i w:val="0"/>
          <w:smallCaps w:val="0"/>
          <w:strike w:val="0"/>
          <w:sz w:val="20"/>
          <w:u w:val="single"/>
        </w:rPr>
        <w:t>immigration enforcement</w:t>
      </w:r>
      <w:r>
        <w:rPr>
          <w:b w:val="0"/>
          <w:i w:val="0"/>
          <w:smallCaps w:val="0"/>
          <w:strike w:val="0"/>
          <w:sz w:val="20"/>
          <w:u w:val="single"/>
        </w:rPr>
        <w:t xml:space="preserve">, </w:t>
      </w:r>
      <w:r>
        <w:rPr>
          <w:b w:val="0"/>
          <w:i w:val="0"/>
          <w:smallCaps w:val="0"/>
          <w:strike w:val="0"/>
          <w:sz w:val="20"/>
          <w:u w:val="single"/>
        </w:rPr>
        <w:t>gun safety</w:t>
      </w:r>
      <w:r>
        <w:rPr>
          <w:b w:val="0"/>
          <w:i w:val="0"/>
          <w:smallCaps w:val="0"/>
          <w:strike w:val="0"/>
          <w:sz w:val="20"/>
          <w:u w:val="single"/>
        </w:rPr>
        <w:t xml:space="preserve">, and </w:t>
      </w:r>
      <w:r>
        <w:rPr>
          <w:b w:val="0"/>
          <w:i w:val="0"/>
          <w:smallCaps w:val="0"/>
          <w:strike w:val="0"/>
          <w:sz w:val="20"/>
          <w:u w:val="single"/>
        </w:rPr>
        <w:t>marijuana legalization</w:t>
      </w:r>
      <w:r>
        <w:rPr>
          <w:b w:val="0"/>
          <w:i w:val="0"/>
          <w:smallCaps w:val="0"/>
          <w:strike w:val="0"/>
          <w:sz w:val="20"/>
          <w:u w:val="single"/>
        </w:rPr>
        <w:t xml:space="preserve"> are </w:t>
      </w:r>
      <w:r>
        <w:rPr>
          <w:b w:val="0"/>
          <w:i w:val="0"/>
          <w:smallCaps w:val="0"/>
          <w:strike w:val="0"/>
          <w:sz w:val="20"/>
          <w:highlight w:val="cyan"/>
          <w:u w:val="single"/>
        </w:rPr>
        <w:t>rippling</w:t>
      </w:r>
      <w:r>
        <w:rPr>
          <w:b w:val="0"/>
          <w:i w:val="0"/>
          <w:smallCaps w:val="0"/>
          <w:strike w:val="0"/>
          <w:sz w:val="20"/>
          <w:u w:val="single"/>
        </w:rPr>
        <w:t xml:space="preserve"> through many </w:t>
      </w:r>
      <w:r>
        <w:rPr>
          <w:b w:val="0"/>
          <w:i w:val="0"/>
          <w:smallCaps w:val="0"/>
          <w:strike w:val="0"/>
          <w:sz w:val="20"/>
          <w:u w:val="single"/>
        </w:rPr>
        <w:t>jurisdictions</w:t>
      </w:r>
      <w:r>
        <w:rPr>
          <w:b w:val="0"/>
          <w:i w:val="0"/>
          <w:smallCaps w:val="0"/>
          <w:strike w:val="0"/>
          <w:sz w:val="20"/>
          <w:u w:val="single"/>
        </w:rPr>
        <w:t xml:space="preserve"> and </w:t>
      </w:r>
      <w:r>
        <w:rPr>
          <w:b w:val="0"/>
          <w:i w:val="0"/>
          <w:smallCaps w:val="0"/>
          <w:strike w:val="0"/>
          <w:sz w:val="20"/>
          <w:highlight w:val="cyan"/>
          <w:u w:val="single"/>
        </w:rPr>
        <w:t>eroding</w:t>
      </w:r>
      <w:r>
        <w:rPr>
          <w:b w:val="0"/>
          <w:i w:val="0"/>
          <w:smallCaps w:val="0"/>
          <w:strike w:val="0"/>
          <w:sz w:val="20"/>
          <w:u w:val="single"/>
        </w:rPr>
        <w:t xml:space="preserve"> the </w:t>
      </w:r>
      <w:r>
        <w:rPr>
          <w:b w:val="0"/>
          <w:i w:val="0"/>
          <w:smallCaps w:val="0"/>
          <w:strike w:val="0"/>
          <w:sz w:val="20"/>
          <w:u w:val="single"/>
        </w:rPr>
        <w:t>traditional</w:t>
      </w:r>
      <w:r>
        <w:rPr>
          <w:b w:val="0"/>
          <w:i w:val="0"/>
          <w:smallCaps w:val="0"/>
          <w:strike w:val="0"/>
          <w:sz w:val="20"/>
          <w:u w:val="single"/>
        </w:rPr>
        <w:t xml:space="preserve"> </w:t>
      </w:r>
      <w:r>
        <w:rPr>
          <w:b w:val="0"/>
          <w:i w:val="0"/>
          <w:smallCaps w:val="0"/>
          <w:strike w:val="0"/>
          <w:sz w:val="20"/>
          <w:u w:val="single"/>
        </w:rPr>
        <w:t>prerogatives</w:t>
      </w:r>
      <w:r>
        <w:rPr>
          <w:b w:val="0"/>
          <w:i w:val="0"/>
          <w:smallCaps w:val="0"/>
          <w:strike w:val="0"/>
          <w:sz w:val="20"/>
          <w:u w:val="single"/>
        </w:rPr>
        <w:t xml:space="preserve"> of state and local government</w:t>
      </w:r>
      <w:r>
        <w:rPr>
          <w:b w:val="0"/>
          <w:i w:val="0"/>
          <w:smallCaps w:val="0"/>
          <w:strike w:val="0"/>
          <w:sz w:val="12"/>
          <w:u w:val="none"/>
        </w:rPr>
        <w:t>.</w:t>
      </w:r>
    </w:p>
    <w:p>
      <w:pPr>
        <w:spacing w:after="60"/>
      </w:pPr>
      <w:r>
        <w:rPr>
          <w:b w:val="0"/>
          <w:i w:val="0"/>
          <w:smallCaps w:val="0"/>
          <w:strike w:val="0"/>
          <w:sz w:val="12"/>
          <w:u w:val="none"/>
        </w:rPr>
        <w:t>In the past, trend-setting localities have piloted projects that experimented with new ideas and became models for the country as a whole. As part of our system of local rule, different jurisdictions had freedom to test policies such as welfare work requirements, school choice, and cannabis legalization, and that was considered a strength of American governance.</w:t>
      </w:r>
    </w:p>
    <w:p>
      <w:pPr>
        <w:spacing w:after="60"/>
      </w:pPr>
      <w:r>
        <w:rPr>
          <w:b w:val="0"/>
          <w:i w:val="0"/>
          <w:smallCaps w:val="0"/>
          <w:strike w:val="0"/>
          <w:sz w:val="12"/>
          <w:u w:val="none"/>
        </w:rPr>
        <w:t xml:space="preserve">Yet in recent years, federalism has entered a new phase. In my Brookings Institution Press book, Power Politics: Trump and the Assault on American Democracy, I argue the extreme polarization and radicalization that afflicts contemporary politics has recast federalism in an entirely different light. </w:t>
      </w:r>
      <w:r>
        <w:rPr>
          <w:b w:val="0"/>
          <w:i w:val="0"/>
          <w:smallCaps w:val="0"/>
          <w:strike w:val="0"/>
          <w:sz w:val="20"/>
          <w:highlight w:val="cyan"/>
          <w:u w:val="single"/>
        </w:rPr>
        <w:t>States</w:t>
      </w:r>
      <w:r>
        <w:rPr>
          <w:b w:val="0"/>
          <w:i w:val="0"/>
          <w:smallCaps w:val="0"/>
          <w:strike w:val="0"/>
          <w:sz w:val="20"/>
          <w:u w:val="single"/>
        </w:rPr>
        <w:t xml:space="preserve"> are </w:t>
      </w:r>
      <w:r>
        <w:rPr>
          <w:b w:val="0"/>
          <w:i w:val="0"/>
          <w:smallCaps w:val="0"/>
          <w:strike w:val="0"/>
          <w:sz w:val="20"/>
          <w:highlight w:val="cyan"/>
          <w:u w:val="single"/>
        </w:rPr>
        <w:t>innovating</w:t>
      </w:r>
      <w:r>
        <w:rPr>
          <w:b w:val="0"/>
          <w:i w:val="0"/>
          <w:smallCaps w:val="0"/>
          <w:strike w:val="0"/>
          <w:sz w:val="20"/>
          <w:u w:val="single"/>
        </w:rPr>
        <w:t xml:space="preserve"> in more </w:t>
      </w:r>
      <w:r>
        <w:rPr>
          <w:b w:val="0"/>
          <w:i w:val="0"/>
          <w:smallCaps w:val="0"/>
          <w:strike w:val="0"/>
          <w:sz w:val="20"/>
          <w:highlight w:val="cyan"/>
          <w:u w:val="single"/>
        </w:rPr>
        <w:t>polarized</w:t>
      </w:r>
      <w:r>
        <w:rPr>
          <w:b w:val="0"/>
          <w:i w:val="0"/>
          <w:smallCaps w:val="0"/>
          <w:strike w:val="0"/>
          <w:sz w:val="20"/>
          <w:u w:val="single"/>
        </w:rPr>
        <w:t xml:space="preserve"> and extreme </w:t>
      </w:r>
      <w:r>
        <w:rPr>
          <w:b w:val="0"/>
          <w:i w:val="0"/>
          <w:smallCaps w:val="0"/>
          <w:strike w:val="0"/>
          <w:sz w:val="20"/>
          <w:highlight w:val="cyan"/>
          <w:u w:val="single"/>
        </w:rPr>
        <w:t>directions</w:t>
      </w:r>
      <w:r>
        <w:rPr>
          <w:b w:val="0"/>
          <w:i w:val="0"/>
          <w:smallCaps w:val="0"/>
          <w:strike w:val="0"/>
          <w:sz w:val="20"/>
          <w:u w:val="single"/>
        </w:rPr>
        <w:t>, and criminalizing behavior that is perfectly lawful in other places</w:t>
      </w:r>
      <w:r>
        <w:rPr>
          <w:b w:val="0"/>
          <w:i w:val="0"/>
          <w:smallCaps w:val="0"/>
          <w:strike w:val="0"/>
          <w:sz w:val="12"/>
          <w:u w:val="none"/>
        </w:rPr>
        <w:t>.</w:t>
      </w:r>
    </w:p>
    <w:p>
      <w:pPr>
        <w:spacing w:after="60"/>
      </w:pPr>
      <w:r>
        <w:rPr>
          <w:b w:val="0"/>
          <w:i w:val="0"/>
          <w:smallCaps w:val="0"/>
          <w:strike w:val="0"/>
          <w:sz w:val="12"/>
          <w:u w:val="none"/>
        </w:rPr>
        <w:t xml:space="preserve">These </w:t>
      </w:r>
      <w:r>
        <w:rPr>
          <w:b w:val="0"/>
          <w:i w:val="0"/>
          <w:smallCaps w:val="0"/>
          <w:strike w:val="0"/>
          <w:sz w:val="20"/>
          <w:u w:val="single"/>
        </w:rPr>
        <w:t>stakes are especially high given the fact that the Supreme Court has agreed to hear an elections case with the potential to alter how presidential elections operate</w:t>
      </w:r>
      <w:r>
        <w:rPr>
          <w:b w:val="0"/>
          <w:i w:val="0"/>
          <w:smallCaps w:val="0"/>
          <w:strike w:val="0"/>
          <w:sz w:val="12"/>
          <w:u w:val="none"/>
        </w:rPr>
        <w:t xml:space="preserve">. In a North Carolina lawsuit involving the primacy of state legislatures versus state courts in handling redistricting disputes, justices could make a decision that elevates the role of state legislatures in choosing Electoral College electors and scale back the ability of state courts to adjudicate future election disputes. The </w:t>
      </w:r>
      <w:r>
        <w:rPr>
          <w:b w:val="0"/>
          <w:i w:val="0"/>
          <w:smallCaps w:val="0"/>
          <w:strike w:val="0"/>
          <w:sz w:val="20"/>
          <w:u w:val="single"/>
        </w:rPr>
        <w:t xml:space="preserve">result could be legislatures certifying elector slates for a candidate who has not gained the popular vote majority in that state. Such a move would </w:t>
      </w:r>
      <w:r>
        <w:rPr>
          <w:b w:val="0"/>
          <w:i w:val="0"/>
          <w:smallCaps w:val="0"/>
          <w:strike w:val="0"/>
          <w:sz w:val="20"/>
          <w:highlight w:val="cyan"/>
          <w:u w:val="single"/>
        </w:rPr>
        <w:t>generate</w:t>
      </w:r>
      <w:r>
        <w:rPr>
          <w:b w:val="0"/>
          <w:i w:val="0"/>
          <w:smallCaps w:val="0"/>
          <w:strike w:val="0"/>
          <w:sz w:val="20"/>
          <w:u w:val="single"/>
        </w:rPr>
        <w:t xml:space="preserve"> considerable </w:t>
      </w:r>
      <w:r>
        <w:rPr>
          <w:b w:val="0"/>
          <w:i w:val="0"/>
          <w:smallCaps w:val="0"/>
          <w:strike w:val="0"/>
          <w:sz w:val="20"/>
          <w:highlight w:val="cyan"/>
          <w:u w:val="single"/>
        </w:rPr>
        <w:t>chaos</w:t>
      </w:r>
      <w:r>
        <w:rPr>
          <w:b w:val="0"/>
          <w:i w:val="0"/>
          <w:smallCaps w:val="0"/>
          <w:strike w:val="0"/>
          <w:sz w:val="20"/>
          <w:highlight w:val="cyan"/>
          <w:u w:val="single"/>
        </w:rPr>
        <w:t xml:space="preserve"> in </w:t>
      </w:r>
      <w:r>
        <w:rPr>
          <w:b w:val="0"/>
          <w:i w:val="0"/>
          <w:smallCaps w:val="0"/>
          <w:strike w:val="0"/>
          <w:sz w:val="20"/>
          <w:u w:val="single"/>
        </w:rPr>
        <w:t xml:space="preserve">federal </w:t>
      </w:r>
      <w:r>
        <w:rPr>
          <w:b w:val="0"/>
          <w:i w:val="0"/>
          <w:smallCaps w:val="0"/>
          <w:strike w:val="0"/>
          <w:sz w:val="20"/>
          <w:highlight w:val="cyan"/>
          <w:u w:val="single"/>
        </w:rPr>
        <w:t>elections</w:t>
      </w:r>
      <w:r>
        <w:rPr>
          <w:b w:val="0"/>
          <w:i w:val="0"/>
          <w:smallCaps w:val="0"/>
          <w:strike w:val="0"/>
          <w:sz w:val="20"/>
          <w:u w:val="single"/>
        </w:rPr>
        <w:t xml:space="preserve"> and </w:t>
      </w:r>
      <w:r>
        <w:rPr>
          <w:b w:val="0"/>
          <w:i w:val="0"/>
          <w:smallCaps w:val="0"/>
          <w:strike w:val="0"/>
          <w:sz w:val="20"/>
          <w:highlight w:val="cyan"/>
          <w:u w:val="single"/>
        </w:rPr>
        <w:t>usher</w:t>
      </w:r>
      <w:r>
        <w:rPr>
          <w:b w:val="0"/>
          <w:i w:val="0"/>
          <w:smallCaps w:val="0"/>
          <w:strike w:val="0"/>
          <w:sz w:val="20"/>
          <w:highlight w:val="cyan"/>
          <w:u w:val="single"/>
        </w:rPr>
        <w:t xml:space="preserve"> </w:t>
      </w:r>
      <w:r>
        <w:rPr>
          <w:b w:val="0"/>
          <w:i w:val="0"/>
          <w:smallCaps w:val="0"/>
          <w:strike w:val="0"/>
          <w:sz w:val="20"/>
          <w:u w:val="single"/>
        </w:rPr>
        <w:t xml:space="preserve">in </w:t>
      </w:r>
      <w:r>
        <w:rPr>
          <w:b w:val="0"/>
          <w:i w:val="0"/>
          <w:smallCaps w:val="0"/>
          <w:strike w:val="0"/>
          <w:sz w:val="20"/>
          <w:highlight w:val="cyan"/>
          <w:u w:val="single"/>
        </w:rPr>
        <w:t>undemocratic practices</w:t>
      </w:r>
      <w:r>
        <w:rPr>
          <w:b w:val="0"/>
          <w:i w:val="0"/>
          <w:smallCaps w:val="0"/>
          <w:strike w:val="0"/>
          <w:sz w:val="20"/>
          <w:u w:val="single"/>
        </w:rPr>
        <w:t xml:space="preserve"> that would weaken the popular vote and </w:t>
      </w:r>
      <w:r>
        <w:rPr>
          <w:b w:val="0"/>
          <w:i w:val="0"/>
          <w:smallCaps w:val="0"/>
          <w:strike w:val="0"/>
          <w:sz w:val="20"/>
          <w:highlight w:val="cyan"/>
          <w:u w:val="single"/>
        </w:rPr>
        <w:t>limit the ability of voters to hold leaders accountable</w:t>
      </w:r>
      <w:r>
        <w:rPr>
          <w:b w:val="0"/>
          <w:i w:val="0"/>
          <w:smallCaps w:val="0"/>
          <w:strike w:val="0"/>
          <w:sz w:val="12"/>
          <w:highlight w:val="cyan"/>
          <w:u w:val="none"/>
        </w:rPr>
        <w:t>.</w:t>
      </w:r>
    </w:p>
    <w:p>
      <w:pPr>
        <w:spacing w:after="60"/>
      </w:pPr>
      <w:r>
        <w:rPr>
          <w:b w:val="0"/>
          <w:i w:val="0"/>
          <w:smallCaps w:val="0"/>
          <w:strike w:val="0"/>
          <w:sz w:val="20"/>
          <w:u w:val="single"/>
        </w:rPr>
        <w:t xml:space="preserve">If these and other policy moves spread, what traditionally have been considered </w:t>
      </w:r>
      <w:r>
        <w:rPr>
          <w:b w:val="0"/>
          <w:i w:val="0"/>
          <w:smallCaps w:val="0"/>
          <w:strike w:val="0"/>
          <w:sz w:val="20"/>
          <w:u w:val="single"/>
        </w:rPr>
        <w:t>strengths</w:t>
      </w:r>
      <w:r>
        <w:rPr>
          <w:b w:val="0"/>
          <w:i w:val="0"/>
          <w:smallCaps w:val="0"/>
          <w:strike w:val="0"/>
          <w:sz w:val="20"/>
          <w:u w:val="single"/>
        </w:rPr>
        <w:t xml:space="preserve"> of American </w:t>
      </w:r>
      <w:r>
        <w:rPr>
          <w:b w:val="0"/>
          <w:i w:val="0"/>
          <w:smallCaps w:val="0"/>
          <w:strike w:val="0"/>
          <w:sz w:val="20"/>
          <w:highlight w:val="cyan"/>
          <w:u w:val="single"/>
        </w:rPr>
        <w:t>democracy</w:t>
      </w:r>
      <w:r>
        <w:rPr>
          <w:b w:val="0"/>
          <w:i w:val="0"/>
          <w:smallCaps w:val="0"/>
          <w:strike w:val="0"/>
          <w:sz w:val="12"/>
          <w:u w:val="none"/>
        </w:rPr>
        <w:t xml:space="preserve">, i.e., the ability of states and localities to experiment, chart their own policy paths, and represent the views of people within their own jurisdictions, </w:t>
      </w:r>
      <w:r>
        <w:rPr>
          <w:b w:val="0"/>
          <w:i w:val="0"/>
          <w:smallCaps w:val="0"/>
          <w:strike w:val="0"/>
          <w:sz w:val="20"/>
          <w:u w:val="single"/>
        </w:rPr>
        <w:t xml:space="preserve">could </w:t>
      </w:r>
      <w:r>
        <w:rPr>
          <w:b w:val="0"/>
          <w:i w:val="0"/>
          <w:smallCaps w:val="0"/>
          <w:strike w:val="0"/>
          <w:sz w:val="20"/>
          <w:highlight w:val="cyan"/>
          <w:u w:val="single"/>
        </w:rPr>
        <w:t>shift</w:t>
      </w:r>
      <w:r>
        <w:rPr>
          <w:b w:val="0"/>
          <w:i w:val="0"/>
          <w:smallCaps w:val="0"/>
          <w:strike w:val="0"/>
          <w:sz w:val="20"/>
          <w:highlight w:val="cyan"/>
          <w:u w:val="single"/>
        </w:rPr>
        <w:t xml:space="preserve"> in </w:t>
      </w:r>
      <w:r>
        <w:rPr>
          <w:b w:val="0"/>
          <w:i w:val="0"/>
          <w:smallCaps w:val="0"/>
          <w:strike w:val="0"/>
          <w:sz w:val="20"/>
          <w:highlight w:val="cyan"/>
          <w:u w:val="single"/>
        </w:rPr>
        <w:t>destructive directions</w:t>
      </w:r>
      <w:r>
        <w:rPr>
          <w:b w:val="0"/>
          <w:i w:val="0"/>
          <w:smallCaps w:val="0"/>
          <w:strike w:val="0"/>
          <w:sz w:val="20"/>
          <w:u w:val="single"/>
        </w:rPr>
        <w:t xml:space="preserve">. Rather than protecting democracy through tolerant and variated approaches, the </w:t>
      </w:r>
      <w:r>
        <w:rPr>
          <w:b w:val="0"/>
          <w:i w:val="0"/>
          <w:smallCaps w:val="0"/>
          <w:strike w:val="0"/>
          <w:sz w:val="20"/>
          <w:highlight w:val="cyan"/>
          <w:u w:val="single"/>
        </w:rPr>
        <w:t>differential responses of states</w:t>
      </w:r>
      <w:r>
        <w:rPr>
          <w:b w:val="0"/>
          <w:i w:val="0"/>
          <w:smallCaps w:val="0"/>
          <w:strike w:val="0"/>
          <w:sz w:val="20"/>
          <w:u w:val="single"/>
        </w:rPr>
        <w:t xml:space="preserve"> and localities could </w:t>
      </w:r>
      <w:r>
        <w:rPr>
          <w:b w:val="0"/>
          <w:i w:val="0"/>
          <w:smallCaps w:val="0"/>
          <w:strike w:val="0"/>
          <w:sz w:val="20"/>
          <w:highlight w:val="cyan"/>
          <w:u w:val="single"/>
        </w:rPr>
        <w:t>intensify regional conflict and weaken the glue that holds the</w:t>
      </w:r>
      <w:r>
        <w:rPr>
          <w:b w:val="0"/>
          <w:i w:val="0"/>
          <w:smallCaps w:val="0"/>
          <w:strike w:val="0"/>
          <w:sz w:val="20"/>
          <w:highlight w:val="cyan"/>
          <w:u w:val="single"/>
        </w:rPr>
        <w:t xml:space="preserve"> </w:t>
      </w:r>
      <w:r>
        <w:rPr>
          <w:b w:val="0"/>
          <w:i w:val="0"/>
          <w:smallCaps w:val="0"/>
          <w:strike w:val="0"/>
          <w:sz w:val="20"/>
          <w:highlight w:val="cyan"/>
          <w:u w:val="single"/>
        </w:rPr>
        <w:t>country together</w:t>
      </w:r>
      <w:r>
        <w:rPr>
          <w:b w:val="0"/>
          <w:i w:val="0"/>
          <w:smallCaps w:val="0"/>
          <w:strike w:val="0"/>
          <w:sz w:val="20"/>
          <w:u w:val="single"/>
        </w:rPr>
        <w:t xml:space="preserve">. Our current </w:t>
      </w:r>
      <w:r>
        <w:rPr>
          <w:b w:val="0"/>
          <w:i w:val="0"/>
          <w:smallCaps w:val="0"/>
          <w:strike w:val="0"/>
          <w:sz w:val="20"/>
          <w:highlight w:val="cyan"/>
          <w:u w:val="single"/>
        </w:rPr>
        <w:t>political system</w:t>
      </w:r>
      <w:r>
        <w:rPr>
          <w:b w:val="0"/>
          <w:i w:val="0"/>
          <w:smallCaps w:val="0"/>
          <w:strike w:val="0"/>
          <w:sz w:val="20"/>
          <w:highlight w:val="cyan"/>
          <w:u w:val="single"/>
        </w:rPr>
        <w:t xml:space="preserve"> may </w:t>
      </w:r>
      <w:r>
        <w:rPr>
          <w:b w:val="0"/>
          <w:i w:val="0"/>
          <w:smallCaps w:val="0"/>
          <w:strike w:val="0"/>
          <w:sz w:val="20"/>
          <w:highlight w:val="cyan"/>
          <w:u w:val="single"/>
        </w:rPr>
        <w:t>not survive</w:t>
      </w:r>
      <w:r>
        <w:rPr>
          <w:b w:val="0"/>
          <w:i w:val="0"/>
          <w:smallCaps w:val="0"/>
          <w:strike w:val="0"/>
          <w:sz w:val="20"/>
          <w:u w:val="single"/>
        </w:rPr>
        <w:t xml:space="preserve"> the high level of </w:t>
      </w:r>
      <w:r>
        <w:rPr>
          <w:b w:val="0"/>
          <w:i w:val="0"/>
          <w:smallCaps w:val="0"/>
          <w:strike w:val="0"/>
          <w:sz w:val="20"/>
          <w:u w:val="single"/>
        </w:rPr>
        <w:t>conflict</w:t>
      </w:r>
      <w:r>
        <w:rPr>
          <w:b w:val="0"/>
          <w:i w:val="0"/>
          <w:smallCaps w:val="0"/>
          <w:strike w:val="0"/>
          <w:sz w:val="20"/>
          <w:u w:val="single"/>
        </w:rPr>
        <w:t xml:space="preserve"> which results when states nullify laws from other jurisdictions and criminalize behavior that is legal elsewhere.</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