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State power</w:t>
      </w:r>
      <w:r>
        <w:rPr>
          <w:b/>
          <w:i w:val="0"/>
          <w:smallCaps w:val="0"/>
          <w:strike w:val="0"/>
          <w:sz w:val="24"/>
          <w:u w:val="none"/>
        </w:rPr>
        <w:t xml:space="preserve"> </w:t>
      </w:r>
      <w:r>
        <w:rPr>
          <w:b/>
          <w:i w:val="0"/>
          <w:smallCaps w:val="0"/>
          <w:strike w:val="0"/>
          <w:sz w:val="24"/>
          <w:u w:val="single"/>
        </w:rPr>
        <w:t>tanks</w:t>
      </w:r>
      <w:r>
        <w:rPr>
          <w:b/>
          <w:i w:val="0"/>
          <w:smallCaps w:val="0"/>
          <w:strike w:val="0"/>
          <w:sz w:val="24"/>
          <w:u w:val="none"/>
        </w:rPr>
        <w:t xml:space="preserve"> </w:t>
      </w:r>
      <w:r>
        <w:rPr>
          <w:b/>
          <w:i w:val="0"/>
          <w:smallCaps w:val="0"/>
          <w:strike w:val="0"/>
          <w:sz w:val="24"/>
          <w:u w:val="none"/>
        </w:rPr>
        <w:t>solvency</w:t>
      </w:r>
    </w:p>
    <w:p>
      <w:pPr>
        <w:spacing w:after="80"/>
      </w:pPr>
      <w:r>
        <w:rPr>
          <w:b w:val="0"/>
          <w:i w:val="0"/>
          <w:smallCaps w:val="0"/>
          <w:strike w:val="0"/>
          <w:sz w:val="20"/>
          <w:u w:val="none"/>
        </w:rPr>
        <w:t>Thomas</w:t>
      </w:r>
      <w:r>
        <w:rPr>
          <w:b/>
          <w:i w:val="0"/>
          <w:smallCaps w:val="0"/>
          <w:strike w:val="0"/>
          <w:sz w:val="24"/>
          <w:u w:val="none"/>
        </w:rPr>
        <w:t xml:space="preserve"> </w:t>
      </w:r>
      <w:r>
        <w:rPr>
          <w:b/>
          <w:i w:val="0"/>
          <w:smallCaps w:val="0"/>
          <w:strike w:val="0"/>
          <w:sz w:val="24"/>
          <w:u w:val="none"/>
        </w:rPr>
        <w:t xml:space="preserve">Carothers </w:t>
      </w:r>
      <w:r>
        <w:rPr>
          <w:b w:val="0"/>
          <w:i w:val="0"/>
          <w:smallCaps w:val="0"/>
          <w:strike w:val="0"/>
          <w:sz w:val="20"/>
          <w:u w:val="none"/>
        </w:rPr>
        <w:t>20</w:t>
      </w:r>
      <w:r>
        <w:rPr>
          <w:b/>
          <w:i w:val="0"/>
          <w:smallCaps w:val="0"/>
          <w:strike w:val="0"/>
          <w:sz w:val="24"/>
          <w:u w:val="none"/>
        </w:rPr>
        <w:t>19</w:t>
      </w:r>
      <w:r>
        <w:rPr>
          <w:b/>
          <w:i w:val="0"/>
          <w:smallCaps w:val="0"/>
          <w:strike w:val="0"/>
          <w:sz w:val="24"/>
          <w:u w:val="none"/>
        </w:rPr>
        <w:t xml:space="preserve"> </w:t>
      </w:r>
      <w:r>
        <w:rPr>
          <w:b w:val="0"/>
          <w:i w:val="0"/>
          <w:smallCaps w:val="0"/>
          <w:strike w:val="0"/>
          <w:sz w:val="20"/>
          <w:u w:val="none"/>
        </w:rPr>
        <w:t>(T</w:t>
      </w:r>
      <w:r>
        <w:rPr>
          <w:b w:val="0"/>
          <w:i w:val="0"/>
          <w:smallCaps w:val="0"/>
          <w:strike w:val="0"/>
          <w:sz w:val="20"/>
          <w:u w:val="none"/>
        </w:rPr>
        <w:t>homas Carothers, co-director of the Carnegie Endowment for International Peace’s Democracy, Conflict, and Governance Program, is a leading expert on comparative democratization and international support for democracy, “Is Democracy the Problem?, January 16 2019, https://carnegieendowment.org/2019/01/16/is-democracy-problem-pub-78137</w:t>
      </w:r>
      <w:r>
        <w:rPr>
          <w:b w:val="0"/>
          <w:i w:val="0"/>
          <w:smallCaps w:val="0"/>
          <w:strike w:val="0"/>
          <w:sz w:val="20"/>
          <w:u w:val="none"/>
        </w:rPr>
        <w:t>)//rohan</w:t>
      </w:r>
    </w:p>
    <w:p>
      <w:pPr>
        <w:spacing w:after="60"/>
      </w:pPr>
      <w:r>
        <w:rPr>
          <w:b w:val="0"/>
          <w:i w:val="0"/>
          <w:smallCaps w:val="0"/>
          <w:strike w:val="0"/>
          <w:sz w:val="20"/>
          <w:u w:val="none"/>
        </w:rPr>
        <w:t xml:space="preserve">Given the dispiriting state of U.S. democracy, </w:t>
      </w:r>
      <w:r>
        <w:rPr>
          <w:b w:val="0"/>
          <w:i w:val="0"/>
          <w:smallCaps w:val="0"/>
          <w:strike w:val="0"/>
          <w:sz w:val="20"/>
          <w:u w:val="single"/>
        </w:rPr>
        <w:t xml:space="preserve">it is </w:t>
      </w:r>
      <w:r>
        <w:rPr>
          <w:b w:val="0"/>
          <w:i w:val="0"/>
          <w:smallCaps w:val="0"/>
          <w:strike w:val="0"/>
          <w:sz w:val="20"/>
          <w:u w:val="single"/>
        </w:rPr>
        <w:t>hard not to give in</w:t>
      </w:r>
      <w:r>
        <w:rPr>
          <w:b w:val="0"/>
          <w:i w:val="0"/>
          <w:smallCaps w:val="0"/>
          <w:strike w:val="0"/>
          <w:sz w:val="20"/>
          <w:u w:val="single"/>
        </w:rPr>
        <w:t xml:space="preserve"> to the temptation to blame </w:t>
      </w:r>
      <w:r>
        <w:rPr>
          <w:b w:val="0"/>
          <w:i w:val="0"/>
          <w:smallCaps w:val="0"/>
          <w:strike w:val="0"/>
          <w:sz w:val="20"/>
          <w:highlight w:val="cyan"/>
          <w:u w:val="single"/>
        </w:rPr>
        <w:t xml:space="preserve">the </w:t>
      </w:r>
      <w:r>
        <w:rPr>
          <w:b w:val="0"/>
          <w:i w:val="0"/>
          <w:smallCaps w:val="0"/>
          <w:strike w:val="0"/>
          <w:sz w:val="20"/>
          <w:highlight w:val="cyan"/>
          <w:u w:val="single"/>
        </w:rPr>
        <w:t>democratic</w:t>
      </w:r>
      <w:r>
        <w:rPr>
          <w:b w:val="0"/>
          <w:i w:val="0"/>
          <w:smallCaps w:val="0"/>
          <w:strike w:val="0"/>
          <w:sz w:val="20"/>
          <w:highlight w:val="cyan"/>
          <w:u w:val="single"/>
        </w:rPr>
        <w:t xml:space="preserve"> </w:t>
      </w:r>
      <w:r>
        <w:rPr>
          <w:b w:val="0"/>
          <w:i w:val="0"/>
          <w:smallCaps w:val="0"/>
          <w:strike w:val="0"/>
          <w:sz w:val="20"/>
          <w:highlight w:val="cyan"/>
          <w:u w:val="single"/>
        </w:rPr>
        <w:t>model</w:t>
      </w:r>
      <w:r>
        <w:rPr>
          <w:b w:val="0"/>
          <w:i w:val="0"/>
          <w:smallCaps w:val="0"/>
          <w:strike w:val="0"/>
          <w:sz w:val="20"/>
          <w:highlight w:val="cyan"/>
          <w:u w:val="single"/>
        </w:rPr>
        <w:t xml:space="preserve"> </w:t>
      </w:r>
      <w:r>
        <w:rPr>
          <w:b w:val="0"/>
          <w:i w:val="0"/>
          <w:smallCaps w:val="0"/>
          <w:strike w:val="0"/>
          <w:sz w:val="20"/>
          <w:u w:val="single"/>
        </w:rPr>
        <w:t xml:space="preserve">itself and start to imagine that </w:t>
      </w:r>
      <w:r>
        <w:rPr>
          <w:b w:val="0"/>
          <w:i w:val="0"/>
          <w:smallCaps w:val="0"/>
          <w:strike w:val="0"/>
          <w:sz w:val="20"/>
          <w:u w:val="single"/>
        </w:rPr>
        <w:t>non</w:t>
      </w:r>
      <w:r>
        <w:rPr>
          <w:b w:val="0"/>
          <w:i w:val="0"/>
          <w:smallCaps w:val="0"/>
          <w:strike w:val="0"/>
          <w:sz w:val="20"/>
          <w:u w:val="single"/>
        </w:rPr>
        <w:t>-</w:t>
      </w:r>
      <w:r>
        <w:rPr>
          <w:b w:val="0"/>
          <w:i w:val="0"/>
          <w:smallCaps w:val="0"/>
          <w:strike w:val="0"/>
          <w:sz w:val="20"/>
          <w:u w:val="single"/>
        </w:rPr>
        <w:t>democratic</w:t>
      </w:r>
      <w:r>
        <w:rPr>
          <w:b w:val="0"/>
          <w:i w:val="0"/>
          <w:smallCaps w:val="0"/>
          <w:strike w:val="0"/>
          <w:sz w:val="20"/>
          <w:u w:val="single"/>
        </w:rPr>
        <w:t xml:space="preserve"> </w:t>
      </w:r>
      <w:r>
        <w:rPr>
          <w:b w:val="0"/>
          <w:i w:val="0"/>
          <w:smallCaps w:val="0"/>
          <w:strike w:val="0"/>
          <w:sz w:val="20"/>
          <w:u w:val="single"/>
        </w:rPr>
        <w:t>alternatives</w:t>
      </w:r>
      <w:r>
        <w:rPr>
          <w:b w:val="0"/>
          <w:i w:val="0"/>
          <w:smallCaps w:val="0"/>
          <w:strike w:val="0"/>
          <w:sz w:val="20"/>
          <w:u w:val="single"/>
        </w:rPr>
        <w:t xml:space="preserve"> might do </w:t>
      </w:r>
      <w:r>
        <w:rPr>
          <w:b w:val="0"/>
          <w:i w:val="0"/>
          <w:smallCaps w:val="0"/>
          <w:strike w:val="0"/>
          <w:sz w:val="20"/>
          <w:u w:val="single"/>
        </w:rPr>
        <w:t>better</w:t>
      </w:r>
      <w:r>
        <w:rPr>
          <w:b w:val="0"/>
          <w:i w:val="0"/>
          <w:smallCaps w:val="0"/>
          <w:strike w:val="0"/>
          <w:sz w:val="20"/>
          <w:u w:val="single"/>
        </w:rPr>
        <w:t xml:space="preserve"> in delivering </w:t>
      </w:r>
      <w:r>
        <w:rPr>
          <w:b w:val="0"/>
          <w:i w:val="0"/>
          <w:smallCaps w:val="0"/>
          <w:strike w:val="0"/>
          <w:sz w:val="20"/>
          <w:u w:val="single"/>
        </w:rPr>
        <w:t>basic</w:t>
      </w:r>
      <w:r>
        <w:rPr>
          <w:b w:val="0"/>
          <w:i w:val="0"/>
          <w:smallCaps w:val="0"/>
          <w:strike w:val="0"/>
          <w:sz w:val="20"/>
          <w:u w:val="single"/>
        </w:rPr>
        <w:t xml:space="preserve"> </w:t>
      </w:r>
      <w:r>
        <w:rPr>
          <w:b w:val="0"/>
          <w:i w:val="0"/>
          <w:smallCaps w:val="0"/>
          <w:strike w:val="0"/>
          <w:sz w:val="20"/>
          <w:u w:val="single"/>
        </w:rPr>
        <w:t>governance</w:t>
      </w:r>
      <w:r>
        <w:rPr>
          <w:b w:val="0"/>
          <w:i w:val="0"/>
          <w:smallCaps w:val="0"/>
          <w:strike w:val="0"/>
          <w:sz w:val="20"/>
          <w:u w:val="single"/>
        </w:rPr>
        <w:t xml:space="preserve">. But this </w:t>
      </w:r>
      <w:r>
        <w:rPr>
          <w:b w:val="0"/>
          <w:i w:val="0"/>
          <w:smallCaps w:val="0"/>
          <w:strike w:val="0"/>
          <w:sz w:val="20"/>
          <w:highlight w:val="cyan"/>
          <w:u w:val="single"/>
        </w:rPr>
        <w:t xml:space="preserve">is </w:t>
      </w:r>
      <w:r>
        <w:rPr>
          <w:b w:val="0"/>
          <w:i w:val="0"/>
          <w:smallCaps w:val="0"/>
          <w:strike w:val="0"/>
          <w:sz w:val="20"/>
          <w:highlight w:val="cyan"/>
          <w:u w:val="single"/>
        </w:rPr>
        <w:t>misguided</w:t>
      </w:r>
      <w:r>
        <w:rPr>
          <w:b w:val="0"/>
          <w:i w:val="0"/>
          <w:smallCaps w:val="0"/>
          <w:strike w:val="0"/>
          <w:sz w:val="20"/>
          <w:highlight w:val="cyan"/>
          <w:u w:val="none"/>
        </w:rPr>
        <w:t xml:space="preserve"> </w:t>
      </w:r>
      <w:r>
        <w:rPr>
          <w:b w:val="0"/>
          <w:i w:val="0"/>
          <w:smallCaps w:val="0"/>
          <w:strike w:val="0"/>
          <w:sz w:val="20"/>
          <w:highlight w:val="cyan"/>
          <w:u w:val="single"/>
        </w:rPr>
        <w:t>thinking</w:t>
      </w:r>
      <w:r>
        <w:rPr>
          <w:b w:val="0"/>
          <w:i w:val="0"/>
          <w:smallCaps w:val="0"/>
          <w:strike w:val="0"/>
          <w:sz w:val="20"/>
          <w:u w:val="none"/>
        </w:rPr>
        <w:t xml:space="preserve">. </w:t>
      </w:r>
      <w:r>
        <w:rPr>
          <w:b w:val="0"/>
          <w:i w:val="0"/>
          <w:smallCaps w:val="0"/>
          <w:strike w:val="0"/>
          <w:sz w:val="20"/>
          <w:u w:val="single"/>
        </w:rPr>
        <w:t xml:space="preserve">Chronic </w:t>
      </w:r>
      <w:r>
        <w:rPr>
          <w:b w:val="0"/>
          <w:i w:val="0"/>
          <w:smallCaps w:val="0"/>
          <w:strike w:val="0"/>
          <w:sz w:val="20"/>
          <w:highlight w:val="cyan"/>
          <w:u w:val="single"/>
        </w:rPr>
        <w:t>short-termism</w:t>
      </w:r>
      <w:r>
        <w:rPr>
          <w:b w:val="0"/>
          <w:i w:val="0"/>
          <w:smallCaps w:val="0"/>
          <w:strike w:val="0"/>
          <w:sz w:val="20"/>
          <w:u w:val="single"/>
        </w:rPr>
        <w:t xml:space="preserve">, an unwillingness to </w:t>
      </w:r>
      <w:r>
        <w:rPr>
          <w:b w:val="0"/>
          <w:i w:val="0"/>
          <w:smallCaps w:val="0"/>
          <w:strike w:val="0"/>
          <w:sz w:val="20"/>
          <w:u w:val="single"/>
        </w:rPr>
        <w:t>accept</w:t>
      </w:r>
      <w:r>
        <w:rPr>
          <w:b w:val="0"/>
          <w:i w:val="0"/>
          <w:smallCaps w:val="0"/>
          <w:strike w:val="0"/>
          <w:sz w:val="20"/>
          <w:u w:val="single"/>
        </w:rPr>
        <w:t xml:space="preserve"> short-term pain for </w:t>
      </w:r>
      <w:r>
        <w:rPr>
          <w:b w:val="0"/>
          <w:i w:val="0"/>
          <w:smallCaps w:val="0"/>
          <w:strike w:val="0"/>
          <w:sz w:val="20"/>
          <w:u w:val="single"/>
        </w:rPr>
        <w:t>long-term gain</w:t>
      </w:r>
      <w:r>
        <w:rPr>
          <w:b w:val="0"/>
          <w:i w:val="0"/>
          <w:smallCaps w:val="0"/>
          <w:strike w:val="0"/>
          <w:sz w:val="20"/>
          <w:u w:val="single"/>
        </w:rPr>
        <w:t xml:space="preserve">, undue policy </w:t>
      </w:r>
      <w:r>
        <w:rPr>
          <w:b w:val="0"/>
          <w:i w:val="0"/>
          <w:smallCaps w:val="0"/>
          <w:strike w:val="0"/>
          <w:sz w:val="20"/>
          <w:highlight w:val="cyan"/>
          <w:u w:val="single"/>
        </w:rPr>
        <w:t>influence</w:t>
      </w:r>
      <w:r>
        <w:rPr>
          <w:b w:val="0"/>
          <w:i w:val="0"/>
          <w:smallCaps w:val="0"/>
          <w:strike w:val="0"/>
          <w:sz w:val="20"/>
          <w:highlight w:val="cyan"/>
          <w:u w:val="single"/>
        </w:rPr>
        <w:t xml:space="preserve"> of the </w:t>
      </w:r>
      <w:r>
        <w:rPr>
          <w:b w:val="0"/>
          <w:i w:val="0"/>
          <w:smallCaps w:val="0"/>
          <w:strike w:val="0"/>
          <w:sz w:val="20"/>
          <w:highlight w:val="cyan"/>
          <w:u w:val="single"/>
        </w:rPr>
        <w:t>wealthy</w:t>
      </w:r>
      <w:r>
        <w:rPr>
          <w:b w:val="0"/>
          <w:i w:val="0"/>
          <w:smallCaps w:val="0"/>
          <w:strike w:val="0"/>
          <w:sz w:val="20"/>
          <w:u w:val="single"/>
        </w:rPr>
        <w:t xml:space="preserve">, a startlingly high level of </w:t>
      </w:r>
      <w:r>
        <w:rPr>
          <w:b w:val="0"/>
          <w:i w:val="0"/>
          <w:smallCaps w:val="0"/>
          <w:strike w:val="0"/>
          <w:sz w:val="20"/>
          <w:highlight w:val="cyan"/>
          <w:u w:val="single"/>
        </w:rPr>
        <w:t>division</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u w:val="single"/>
        </w:rPr>
        <w:t>conflict</w:t>
      </w:r>
      <w:r>
        <w:rPr>
          <w:b w:val="0"/>
          <w:i w:val="0"/>
          <w:smallCaps w:val="0"/>
          <w:strike w:val="0"/>
          <w:sz w:val="20"/>
          <w:u w:val="single"/>
        </w:rPr>
        <w:t xml:space="preserve"> within the society, and </w:t>
      </w:r>
      <w:r>
        <w:rPr>
          <w:b w:val="0"/>
          <w:i w:val="0"/>
          <w:smallCaps w:val="0"/>
          <w:strike w:val="0"/>
          <w:sz w:val="20"/>
          <w:highlight w:val="cyan"/>
          <w:u w:val="single"/>
        </w:rPr>
        <w:t>voter ignorance</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u w:val="single"/>
        </w:rPr>
        <w:t>irrationality</w:t>
      </w:r>
      <w:r>
        <w:rPr>
          <w:b w:val="0"/>
          <w:i w:val="0"/>
          <w:smallCaps w:val="0"/>
          <w:strike w:val="0"/>
          <w:sz w:val="20"/>
          <w:u w:val="single"/>
        </w:rPr>
        <w:t xml:space="preserve"> all do appear in many </w:t>
      </w:r>
      <w:r>
        <w:rPr>
          <w:b w:val="0"/>
          <w:i w:val="0"/>
          <w:smallCaps w:val="0"/>
          <w:strike w:val="0"/>
          <w:sz w:val="20"/>
          <w:u w:val="single"/>
        </w:rPr>
        <w:t>democracies</w:t>
      </w:r>
      <w:r>
        <w:rPr>
          <w:b w:val="0"/>
          <w:i w:val="0"/>
          <w:smallCaps w:val="0"/>
          <w:strike w:val="0"/>
          <w:sz w:val="20"/>
          <w:u w:val="single"/>
        </w:rPr>
        <w:t xml:space="preserve">. They are </w:t>
      </w:r>
      <w:r>
        <w:rPr>
          <w:b w:val="0"/>
          <w:i w:val="0"/>
          <w:smallCaps w:val="0"/>
          <w:strike w:val="0"/>
          <w:sz w:val="20"/>
          <w:highlight w:val="cyan"/>
          <w:u w:val="single"/>
        </w:rPr>
        <w:t>not</w:t>
      </w:r>
      <w:r>
        <w:rPr>
          <w:b w:val="0"/>
          <w:i w:val="0"/>
          <w:smallCaps w:val="0"/>
          <w:strike w:val="0"/>
          <w:sz w:val="20"/>
          <w:u w:val="single"/>
        </w:rPr>
        <w:t xml:space="preserve">, however, </w:t>
      </w:r>
      <w:r>
        <w:rPr>
          <w:b w:val="0"/>
          <w:i w:val="0"/>
          <w:smallCaps w:val="0"/>
          <w:strike w:val="0"/>
          <w:sz w:val="20"/>
          <w:highlight w:val="cyan"/>
          <w:u w:val="single"/>
        </w:rPr>
        <w:t>inevitable</w:t>
      </w:r>
      <w:r>
        <w:rPr>
          <w:b w:val="0"/>
          <w:i w:val="0"/>
          <w:smallCaps w:val="0"/>
          <w:strike w:val="0"/>
          <w:sz w:val="20"/>
          <w:highlight w:val="cyan"/>
          <w:u w:val="single"/>
        </w:rPr>
        <w:t xml:space="preserve"> </w:t>
      </w:r>
      <w:r>
        <w:rPr>
          <w:b w:val="0"/>
          <w:i w:val="0"/>
          <w:smallCaps w:val="0"/>
          <w:strike w:val="0"/>
          <w:sz w:val="20"/>
          <w:u w:val="single"/>
        </w:rPr>
        <w:t>characteristics</w:t>
      </w:r>
      <w:r>
        <w:rPr>
          <w:b w:val="0"/>
          <w:i w:val="0"/>
          <w:smallCaps w:val="0"/>
          <w:strike w:val="0"/>
          <w:sz w:val="20"/>
          <w:u w:val="single"/>
        </w:rPr>
        <w:t xml:space="preserve"> of democratic governance.  They can be </w:t>
      </w:r>
      <w:r>
        <w:rPr>
          <w:b w:val="0"/>
          <w:i w:val="0"/>
          <w:smallCaps w:val="0"/>
          <w:strike w:val="0"/>
          <w:sz w:val="20"/>
          <w:highlight w:val="cyan"/>
          <w:u w:val="single"/>
        </w:rPr>
        <w:t>limited</w:t>
      </w:r>
      <w:r>
        <w:rPr>
          <w:b w:val="0"/>
          <w:i w:val="0"/>
          <w:smallCaps w:val="0"/>
          <w:strike w:val="0"/>
          <w:sz w:val="20"/>
          <w:u w:val="single"/>
        </w:rPr>
        <w:t xml:space="preserve">, sometimes greatly, </w:t>
      </w:r>
      <w:r>
        <w:rPr>
          <w:b w:val="0"/>
          <w:i w:val="0"/>
          <w:smallCaps w:val="0"/>
          <w:strike w:val="0"/>
          <w:sz w:val="20"/>
          <w:highlight w:val="cyan"/>
          <w:u w:val="single"/>
        </w:rPr>
        <w:t xml:space="preserve">through </w:t>
      </w:r>
      <w:r>
        <w:rPr>
          <w:b w:val="0"/>
          <w:i w:val="0"/>
          <w:smallCaps w:val="0"/>
          <w:strike w:val="0"/>
          <w:sz w:val="20"/>
          <w:highlight w:val="cyan"/>
          <w:u w:val="single"/>
        </w:rPr>
        <w:t>smart policies</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u w:val="single"/>
        </w:rPr>
        <w:t>good leadership</w:t>
      </w:r>
      <w:r>
        <w:rPr>
          <w:b w:val="0"/>
          <w:i w:val="0"/>
          <w:smallCaps w:val="0"/>
          <w:strike w:val="0"/>
          <w:sz w:val="20"/>
          <w:u w:val="none"/>
        </w:rPr>
        <w:t xml:space="preserve">. Feeling the weight of these issues now, Americans should not lose sight of the fact that some other democracies have been doing better on these fronts and take seriously the need to overcome our country’s longstanding avoidance of learning from the domestic political experiences of other countries. Nor should Americans slip into thinking that authoritarians naturally or usually avoid these problems. Many </w:t>
      </w:r>
      <w:r>
        <w:rPr>
          <w:b w:val="0"/>
          <w:i w:val="0"/>
          <w:smallCaps w:val="0"/>
          <w:strike w:val="0"/>
          <w:sz w:val="20"/>
          <w:u w:val="single"/>
        </w:rPr>
        <w:t xml:space="preserve">authoritarian governments </w:t>
      </w:r>
      <w:r>
        <w:rPr>
          <w:b w:val="0"/>
          <w:i w:val="0"/>
          <w:smallCaps w:val="0"/>
          <w:strike w:val="0"/>
          <w:sz w:val="20"/>
          <w:highlight w:val="cyan"/>
          <w:u w:val="single"/>
        </w:rPr>
        <w:t>struggle</w:t>
      </w:r>
      <w:r>
        <w:rPr>
          <w:b w:val="0"/>
          <w:i w:val="0"/>
          <w:smallCaps w:val="0"/>
          <w:strike w:val="0"/>
          <w:sz w:val="20"/>
          <w:highlight w:val="cyan"/>
          <w:u w:val="single"/>
        </w:rPr>
        <w:t xml:space="preserve"> with </w:t>
      </w:r>
      <w:r>
        <w:rPr>
          <w:b w:val="0"/>
          <w:i w:val="0"/>
          <w:smallCaps w:val="0"/>
          <w:strike w:val="0"/>
          <w:sz w:val="20"/>
          <w:u w:val="single"/>
        </w:rPr>
        <w:t xml:space="preserve">the </w:t>
      </w:r>
      <w:r>
        <w:rPr>
          <w:b w:val="0"/>
          <w:i w:val="0"/>
          <w:smallCaps w:val="0"/>
          <w:strike w:val="0"/>
          <w:sz w:val="20"/>
          <w:highlight w:val="cyan"/>
          <w:u w:val="single"/>
        </w:rPr>
        <w:t xml:space="preserve">same issues </w:t>
      </w:r>
      <w:r>
        <w:rPr>
          <w:b w:val="0"/>
          <w:i w:val="0"/>
          <w:smallCaps w:val="0"/>
          <w:strike w:val="0"/>
          <w:sz w:val="20"/>
          <w:u w:val="single"/>
        </w:rPr>
        <w:t>as much or more than the United States and other democracies do.</w:t>
      </w:r>
    </w:p>
    <w:p>
      <w:pPr>
        <w:spacing w:after="60"/>
      </w:pPr>
      <w:r>
        <w:rPr>
          <w:b w:val="0"/>
          <w:i w:val="0"/>
          <w:smallCaps w:val="0"/>
          <w:strike w:val="0"/>
          <w:sz w:val="20"/>
          <w:u w:val="none"/>
        </w:rPr>
        <w:t xml:space="preserve">In short, </w:t>
      </w:r>
      <w:r>
        <w:rPr>
          <w:b w:val="0"/>
          <w:i w:val="0"/>
          <w:smallCaps w:val="0"/>
          <w:strike w:val="0"/>
          <w:sz w:val="20"/>
          <w:u w:val="single"/>
        </w:rPr>
        <w:t xml:space="preserve">Americans concerned about the state of U.S. democracy need to </w:t>
      </w:r>
      <w:r>
        <w:rPr>
          <w:b w:val="0"/>
          <w:i w:val="0"/>
          <w:smallCaps w:val="0"/>
          <w:strike w:val="0"/>
          <w:sz w:val="20"/>
          <w:highlight w:val="cyan"/>
          <w:u w:val="single"/>
        </w:rPr>
        <w:t xml:space="preserve">focus </w:t>
      </w:r>
      <w:r>
        <w:rPr>
          <w:b w:val="0"/>
          <w:i w:val="0"/>
          <w:smallCaps w:val="0"/>
          <w:strike w:val="0"/>
          <w:sz w:val="20"/>
          <w:u w:val="single"/>
        </w:rPr>
        <w:t>less on what they might believe to be shortcomings of democracy</w:t>
      </w:r>
      <w:r>
        <w:rPr>
          <w:b w:val="0"/>
          <w:i w:val="0"/>
          <w:smallCaps w:val="0"/>
          <w:strike w:val="0"/>
          <w:sz w:val="20"/>
          <w:u w:val="none"/>
        </w:rPr>
        <w:t xml:space="preserve"> itself, </w:t>
      </w:r>
      <w:r>
        <w:rPr>
          <w:b w:val="0"/>
          <w:i w:val="0"/>
          <w:smallCaps w:val="0"/>
          <w:strike w:val="0"/>
          <w:sz w:val="20"/>
          <w:u w:val="single"/>
        </w:rPr>
        <w:t>and</w:t>
      </w:r>
      <w:r>
        <w:rPr>
          <w:b w:val="0"/>
          <w:i w:val="0"/>
          <w:smallCaps w:val="0"/>
          <w:strike w:val="0"/>
          <w:sz w:val="20"/>
          <w:u w:val="none"/>
        </w:rPr>
        <w:t xml:space="preserve"> </w:t>
      </w:r>
      <w:r>
        <w:rPr>
          <w:b w:val="0"/>
          <w:i w:val="0"/>
          <w:smallCaps w:val="0"/>
          <w:strike w:val="0"/>
          <w:sz w:val="20"/>
          <w:highlight w:val="cyan"/>
          <w:u w:val="single"/>
        </w:rPr>
        <w:t xml:space="preserve">more on </w:t>
      </w:r>
      <w:r>
        <w:rPr>
          <w:b w:val="0"/>
          <w:i w:val="0"/>
          <w:smallCaps w:val="0"/>
          <w:strike w:val="0"/>
          <w:sz w:val="20"/>
          <w:u w:val="single"/>
        </w:rPr>
        <w:t>what</w:t>
      </w:r>
      <w:r>
        <w:rPr>
          <w:b w:val="0"/>
          <w:i w:val="0"/>
          <w:smallCaps w:val="0"/>
          <w:strike w:val="0"/>
          <w:sz w:val="20"/>
          <w:u w:val="none"/>
        </w:rPr>
        <w:t xml:space="preserve"> </w:t>
      </w:r>
      <w:r>
        <w:rPr>
          <w:b w:val="0"/>
          <w:i w:val="0"/>
          <w:smallCaps w:val="0"/>
          <w:strike w:val="0"/>
          <w:sz w:val="20"/>
          <w:u w:val="single"/>
        </w:rPr>
        <w:t>specific</w:t>
      </w:r>
      <w:r>
        <w:rPr>
          <w:b w:val="0"/>
          <w:i w:val="0"/>
          <w:smallCaps w:val="0"/>
          <w:strike w:val="0"/>
          <w:sz w:val="20"/>
          <w:u w:val="none"/>
        </w:rPr>
        <w:t xml:space="preserve"> and often </w:t>
      </w:r>
      <w:r>
        <w:rPr>
          <w:b w:val="0"/>
          <w:i w:val="0"/>
          <w:smallCaps w:val="0"/>
          <w:strike w:val="0"/>
          <w:sz w:val="20"/>
          <w:u w:val="single"/>
        </w:rPr>
        <w:t xml:space="preserve">distinctive </w:t>
      </w:r>
      <w:r>
        <w:rPr>
          <w:b w:val="0"/>
          <w:i w:val="0"/>
          <w:smallCaps w:val="0"/>
          <w:strike w:val="0"/>
          <w:sz w:val="20"/>
          <w:highlight w:val="cyan"/>
          <w:u w:val="single"/>
        </w:rPr>
        <w:t xml:space="preserve">elements of </w:t>
      </w:r>
      <w:r>
        <w:rPr>
          <w:b w:val="0"/>
          <w:i w:val="0"/>
          <w:smallCaps w:val="0"/>
          <w:strike w:val="0"/>
          <w:sz w:val="20"/>
          <w:u w:val="single"/>
        </w:rPr>
        <w:t xml:space="preserve">the U.S. </w:t>
      </w:r>
      <w:r>
        <w:rPr>
          <w:b w:val="0"/>
          <w:i w:val="0"/>
          <w:smallCaps w:val="0"/>
          <w:strike w:val="0"/>
          <w:sz w:val="20"/>
          <w:highlight w:val="cyan"/>
          <w:u w:val="single"/>
        </w:rPr>
        <w:t xml:space="preserve">political system </w:t>
      </w:r>
      <w:r>
        <w:rPr>
          <w:b w:val="0"/>
          <w:i w:val="0"/>
          <w:smallCaps w:val="0"/>
          <w:strike w:val="0"/>
          <w:sz w:val="20"/>
          <w:u w:val="single"/>
        </w:rPr>
        <w:t xml:space="preserve">are </w:t>
      </w:r>
      <w:r>
        <w:rPr>
          <w:b w:val="0"/>
          <w:i w:val="0"/>
          <w:smallCaps w:val="0"/>
          <w:strike w:val="0"/>
          <w:sz w:val="20"/>
          <w:highlight w:val="cyan"/>
          <w:u w:val="single"/>
        </w:rPr>
        <w:t>exacerbating these issues</w:t>
      </w:r>
      <w:r>
        <w:rPr>
          <w:b w:val="0"/>
          <w:i w:val="0"/>
          <w:smallCaps w:val="0"/>
          <w:strike w:val="0"/>
          <w:sz w:val="20"/>
          <w:u w:val="single"/>
        </w:rPr>
        <w:t>.</w:t>
      </w:r>
      <w:r>
        <w:rPr>
          <w:b w:val="0"/>
          <w:i w:val="0"/>
          <w:smallCaps w:val="0"/>
          <w:strike w:val="0"/>
          <w:sz w:val="20"/>
          <w:u w:val="none"/>
        </w:rPr>
        <w:t xml:space="preserve"> Blame for our current political predicament belongs much less with the idea or model of democracy than with ourselves.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