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CBP imports surveillance tech from Israeli military contractors – US purchases are based on use in Occupied Palestine, not the other way around</w:t>
      </w:r>
    </w:p>
    <w:p>
      <w:pPr>
        <w:spacing w:after="80"/>
      </w:pPr>
      <w:r>
        <w:rPr>
          <w:b w:val="0"/>
          <w:i w:val="0"/>
          <w:smallCaps w:val="0"/>
          <w:strike w:val="0"/>
          <w:u w:val="none"/>
        </w:rPr>
        <w:t xml:space="preserve">Will </w:t>
      </w:r>
      <w:r>
        <w:rPr>
          <w:b/>
          <w:i w:val="0"/>
          <w:smallCaps w:val="0"/>
          <w:strike w:val="0"/>
          <w:sz w:val="26"/>
          <w:u w:val="none"/>
        </w:rPr>
        <w:t>Parrish</w:t>
      </w:r>
      <w:r>
        <w:rPr>
          <w:b w:val="0"/>
          <w:i w:val="0"/>
          <w:smallCaps w:val="0"/>
          <w:strike w:val="0"/>
          <w:u w:val="none"/>
        </w:rPr>
        <w:t>, 8-25-20</w:t>
      </w:r>
      <w:r>
        <w:rPr>
          <w:b/>
          <w:i w:val="0"/>
          <w:smallCaps w:val="0"/>
          <w:strike w:val="0"/>
          <w:sz w:val="26"/>
          <w:u w:val="none"/>
        </w:rPr>
        <w:t>19</w:t>
      </w:r>
      <w:r>
        <w:rPr>
          <w:b w:val="0"/>
          <w:i w:val="0"/>
          <w:smallCaps w:val="0"/>
          <w:strike w:val="0"/>
          <w:u w:val="none"/>
        </w:rPr>
        <w:t>, "The U.S. Border Patrol and an Israeli Military Contractor Are Putting a Native American Reservation Under “Persistent Surveillance”", Intercept, https://theintercept.com/2019/08/25/border-patrol-israel-elbit-surveillance/</w:t>
      </w:r>
      <w:r>
        <w:rPr>
          <w:b w:val="0"/>
          <w:i w:val="0"/>
          <w:smallCaps w:val="0"/>
          <w:strike w:val="0"/>
          <w:u w:val="none"/>
        </w:rPr>
        <w:t xml:space="preserve"> [DL]</w:t>
      </w:r>
    </w:p>
    <w:p>
      <w:pPr>
        <w:spacing w:after="60"/>
      </w:pPr>
      <w:r>
        <w:rPr>
          <w:b w:val="0"/>
          <w:i w:val="0"/>
          <w:smallCaps w:val="0"/>
          <w:strike w:val="0"/>
          <w:u w:val="none"/>
        </w:rPr>
        <w:t>On the southwestern end</w:t>
      </w:r>
      <w:r>
        <w:rPr>
          <w:b w:val="0"/>
          <w:i w:val="0"/>
          <w:smallCaps w:val="0"/>
          <w:strike w:val="0"/>
          <w:u w:val="none"/>
        </w:rPr>
        <w:t xml:space="preserve"> </w:t>
      </w:r>
      <w:r>
        <w:rPr>
          <w:b w:val="0"/>
          <w:i w:val="0"/>
          <w:smallCaps w:val="0"/>
          <w:strike w:val="0"/>
          <w:u w:val="none"/>
        </w:rPr>
        <w:t xml:space="preserve">of the Tohono O’odham Nation’s reservation, </w:t>
      </w:r>
      <w:r>
        <w:rPr>
          <w:b w:val="0"/>
          <w:i w:val="0"/>
          <w:smallCaps w:val="0"/>
          <w:strike w:val="0"/>
          <w:u w:val="single"/>
        </w:rPr>
        <w:t>roughly 1 mile from a barbed-wire barricade marking Arizona’s border with the Mexican state of Sonora, Ofelia Rivas leads me to the base of a hill overlooking her home. A U.S. Border Patrol truck is parked roughly 200 yards upslope.</w:t>
      </w:r>
      <w:r>
        <w:rPr>
          <w:b w:val="0"/>
          <w:i w:val="0"/>
          <w:smallCaps w:val="0"/>
          <w:strike w:val="0"/>
          <w:u w:val="none"/>
        </w:rPr>
        <w:t xml:space="preserve"> A small black mast mounted with cameras and sensors is positioned on a trailer hitched to the truck. For Rivas, the </w:t>
      </w:r>
      <w:r>
        <w:rPr>
          <w:b/>
          <w:i w:val="0"/>
          <w:smallCaps w:val="0"/>
          <w:strike w:val="0"/>
          <w:u w:val="single"/>
        </w:rPr>
        <w:t>Border Patrol</w:t>
      </w:r>
      <w:r>
        <w:rPr>
          <w:b w:val="0"/>
          <w:i w:val="0"/>
          <w:smallCaps w:val="0"/>
          <w:strike w:val="0"/>
          <w:u w:val="single"/>
        </w:rPr>
        <w:t xml:space="preserve">’s </w:t>
      </w:r>
      <w:r>
        <w:rPr>
          <w:b/>
          <w:i w:val="0"/>
          <w:smallCaps w:val="0"/>
          <w:strike w:val="0"/>
          <w:u w:val="single"/>
        </w:rPr>
        <w:t>monitoring of the reservation has been a grim aspect of everyday life. And that surveillance is about to become far more intrusive.</w:t>
      </w:r>
      <w:r>
        <w:rPr>
          <w:b w:val="0"/>
          <w:i w:val="0"/>
          <w:smallCaps w:val="0"/>
          <w:strike w:val="0"/>
          <w:sz w:val="12"/>
          <w:u w:val="none"/>
        </w:rPr>
        <w:t>¶</w:t>
      </w:r>
      <w:r>
        <w:rPr>
          <w:b/>
          <w:i w:val="0"/>
          <w:smallCaps w:val="0"/>
          <w:strike w:val="0"/>
          <w:sz w:val="12"/>
          <w:u w:val="single"/>
        </w:rPr>
        <w:t xml:space="preserve"> </w:t>
      </w:r>
      <w:r>
        <w:rPr>
          <w:b/>
          <w:i w:val="0"/>
          <w:smallCaps w:val="0"/>
          <w:strike w:val="0"/>
          <w:u w:val="single"/>
        </w:rPr>
        <w:t>The vehicle is parked where U.S. Customs and Border Protection will soon construct a 160-foot surveillance tower capable of continuously monitoring every person and vehicle within a radius of up to 7.5 miles.</w:t>
      </w:r>
      <w:r>
        <w:rPr>
          <w:b w:val="0"/>
          <w:i w:val="0"/>
          <w:smallCaps w:val="0"/>
          <w:strike w:val="0"/>
          <w:u w:val="single"/>
        </w:rPr>
        <w:t xml:space="preserve"> The tower will be outfitted with high-definition cameras with night vision, thermal sensors, and ground-sweeping radar, all of which will feed real-time data to Border Patrol</w:t>
      </w:r>
      <w:r>
        <w:rPr>
          <w:b w:val="0"/>
          <w:i w:val="0"/>
          <w:smallCaps w:val="0"/>
          <w:strike w:val="0"/>
          <w:u w:val="none"/>
        </w:rPr>
        <w:t xml:space="preserve"> agents at a central operating station in Ajo, Arizona. The system will store an archive with the ability to rewind and track individuals’ movements across time — an ability known as “wide-area persistent surveillance.”</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CBP plans 10 of these towers across the Tohono O’odham reservation, which spans an area roughly the size of Connecticut. Two will be located near residential areas, including Rivas’s neighborhood, which is home to about 50 people. </w:t>
      </w:r>
      <w:r>
        <w:rPr>
          <w:b/>
          <w:i w:val="0"/>
          <w:smallCaps w:val="0"/>
          <w:strike w:val="0"/>
          <w:u w:val="single"/>
        </w:rPr>
        <w:t>To build them, CBP has entered a $26 million contract with the U.S. division of Elbit Systems, Israel’s largest military company.</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Tohono O’odham people used to move freely across these lands, Rivas says, but following years of harassment by Border Patrol agents, many are afraid to venture far from their homes.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w:t>
      </w:r>
      <w:r>
        <w:rPr>
          <w:b w:val="0"/>
          <w:i w:val="0"/>
          <w:smallCaps w:val="0"/>
          <w:strike w:val="0"/>
          <w:u w:val="single"/>
        </w:rPr>
        <w:t xml:space="preserve">Now </w:t>
      </w:r>
      <w:r>
        <w:rPr>
          <w:b/>
          <w:i w:val="0"/>
          <w:smallCaps w:val="0"/>
          <w:strike w:val="0"/>
          <w:u w:val="single"/>
        </w:rPr>
        <w:t>we won’t be able to go anywhere near here without the big U.S.-Israeli eyes monitoring us, watching our every move</w:t>
      </w:r>
      <w:r>
        <w:rPr>
          <w:b w:val="0"/>
          <w:i w:val="0"/>
          <w:smallCaps w:val="0"/>
          <w:strike w:val="0"/>
          <w:u w:val="single"/>
        </w:rPr>
        <w:t>,” she says.</w:t>
      </w:r>
      <w:r>
        <w:rPr>
          <w:b w:val="0"/>
          <w:i w:val="0"/>
          <w:smallCaps w:val="0"/>
          <w:strike w:val="0"/>
          <w:sz w:val="12"/>
          <w:u w:val="none"/>
        </w:rPr>
        <w:t>¶</w:t>
      </w:r>
      <w:r>
        <w:rPr>
          <w:b w:val="0"/>
          <w:i w:val="0"/>
          <w:smallCaps w:val="0"/>
          <w:strike w:val="0"/>
          <w:sz w:val="12"/>
          <w:u w:val="single"/>
        </w:rPr>
        <w:t xml:space="preserve"> </w:t>
      </w:r>
      <w:r>
        <w:rPr>
          <w:b/>
          <w:i w:val="0"/>
          <w:smallCaps w:val="0"/>
          <w:strike w:val="0"/>
          <w:u w:val="single"/>
        </w:rPr>
        <w:t>Fueled by the growing demonization of migrants, as well as ongoing fears of foreign terrorism</w:t>
      </w:r>
      <w:r>
        <w:rPr>
          <w:b w:val="0"/>
          <w:i w:val="0"/>
          <w:smallCaps w:val="0"/>
          <w:strike w:val="0"/>
          <w:u w:val="single"/>
        </w:rPr>
        <w:t xml:space="preserve">, </w:t>
      </w:r>
      <w:r>
        <w:rPr>
          <w:b/>
          <w:i w:val="0"/>
          <w:smallCaps w:val="0"/>
          <w:strike w:val="0"/>
          <w:u w:val="single"/>
        </w:rPr>
        <w:t>the U.S. borderlands have become laboratories for new systems of enforcement and control</w:t>
      </w:r>
      <w:r>
        <w:rPr>
          <w:b w:val="0"/>
          <w:i w:val="0"/>
          <w:smallCaps w:val="0"/>
          <w:strike w:val="0"/>
          <w:u w:val="single"/>
        </w:rPr>
        <w:t>.</w:t>
      </w:r>
      <w:r>
        <w:rPr>
          <w:b w:val="0"/>
          <w:i w:val="0"/>
          <w:smallCaps w:val="0"/>
          <w:strike w:val="0"/>
          <w:u w:val="none"/>
        </w:rPr>
        <w:t xml:space="preserve"> Firsthand reporting, interviews, and a review of documents for this story provide </w:t>
      </w:r>
      <w:r>
        <w:rPr>
          <w:b w:val="0"/>
          <w:i w:val="0"/>
          <w:smallCaps w:val="0"/>
          <w:strike w:val="0"/>
          <w:u w:val="single"/>
        </w:rPr>
        <w:t>a window into the high-tech surveillance apparatus CBP is building in the name of deterring illicit migration — and highlight how these same systems often end up targeting other marginalized populations as well as political dissidents</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The U.S. borderlands have become laboratories for new systems of enforcement and control.</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The towers on Tohono O’odham land are part of a surge in wide-area persistent surveillance systems across the borderlands. </w:t>
      </w:r>
      <w:r>
        <w:rPr>
          <w:b/>
          <w:i w:val="0"/>
          <w:smallCaps w:val="0"/>
          <w:strike w:val="0"/>
          <w:u w:val="single"/>
        </w:rPr>
        <w:t>Elbit Systems of America has already built 55 integrated fixed towers in southern Arizona, which company executives say cover 200 linear miles.</w:t>
      </w:r>
      <w:r>
        <w:rPr>
          <w:b w:val="0"/>
          <w:i w:val="0"/>
          <w:smallCaps w:val="0"/>
          <w:strike w:val="0"/>
          <w:u w:val="none"/>
        </w:rPr>
        <w:t xml:space="preserve"> According to information provided by a CBP spokesperson, </w:t>
      </w:r>
      <w:r>
        <w:rPr>
          <w:b w:val="0"/>
          <w:i w:val="0"/>
          <w:smallCaps w:val="0"/>
          <w:strike w:val="0"/>
          <w:u w:val="single"/>
        </w:rPr>
        <w:t>the agency has also deployed 368 smaller surveillance towers, known as RVSS towers, in areas ranging from south of San Diego to the Rio Grande Valley, as well as along parts of the U.S.-Canadian border.</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Civil liberties advocates and academics have pointed out the heightened abuses and increased migrant suffering that have resulted from the new state-of-the-art surveillance gear.</w:t>
      </w:r>
      <w:r>
        <w:rPr>
          <w:b w:val="0"/>
          <w:i w:val="0"/>
          <w:smallCaps w:val="0"/>
          <w:strike w:val="0"/>
          <w:u w:val="none"/>
        </w:rPr>
        <w:t xml:space="preserve"> According to Jay Stanley, senior policy analyst with the American Civil Liberties Union’s Speech, Privacy, and Technology Project, </w:t>
      </w:r>
      <w:r>
        <w:rPr>
          <w:b w:val="0"/>
          <w:i w:val="0"/>
          <w:smallCaps w:val="0"/>
          <w:strike w:val="0"/>
          <w:u w:val="single"/>
        </w:rPr>
        <w:t>the spread of persistent surveillance technologies is particularly worrisome because they remove any limit on how much information police can gather on a person’s movements</w:t>
      </w:r>
      <w:r>
        <w:rPr>
          <w:b w:val="0"/>
          <w:i w:val="0"/>
          <w:smallCaps w:val="0"/>
          <w:strike w:val="0"/>
          <w:u w:val="none"/>
        </w:rPr>
        <w:t>. “The border is the natural place for the government to start using them, since there is much more public support to deploy these sorts of intrusive technologies there,” he said.</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In February, Congress allocated $100 million for integrated fixed towers and mobile surveillance systems, a sign that the towers may soon expand to new locations.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According to Bobby Brown, senior director of Customs and Border Protection at Elbit Systems of America, the company’s ultimate goal is to build a “layer” of electronic surveillance equipment across the entire perimeter of the U.S. “Over time, we’ll expand not only to the northern border, but to the ports and harbors across the country,” Brown said in an interview with The Intercept. “There’s a lot to be done.”</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Building the Virtual Wall</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Long before President Donald Trump called for the construction of a “big, beautiful wall” along the U.S.-Mexico border, there was the idea of a “virtual wall.” </w:t>
      </w:r>
      <w:r>
        <w:rPr>
          <w:b w:val="0"/>
          <w:i w:val="0"/>
          <w:smallCaps w:val="0"/>
          <w:strike w:val="0"/>
          <w:u w:val="single"/>
        </w:rPr>
        <w:t>In 2006, Congress authorized the construction of 700 miles of fencing to be accompanied by a vast buildup of surveillance equipment and border guards in more remote terrain.</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A key component of that effort, known as SBINet, was canceled after five years and more than $1 billion in expenditures. In the wake of that failure, CBP turned to Elbit, based in Haifa, Israel, awarding it a $145 million contract in 2014 to develop the integrated fixed towers in southern Arizona. In addition to fixed and mobile surveillance towers, other technology that CBP has acquired and deployed includes blimps outfitted with high-powered ground and air radar, sensors buried underground, and facial recognition software at ports of entry.</w:t>
      </w:r>
      <w:r>
        <w:rPr>
          <w:b w:val="0"/>
          <w:i w:val="0"/>
          <w:smallCaps w:val="0"/>
          <w:strike w:val="0"/>
          <w:u w:val="none"/>
        </w:rPr>
        <w:t xml:space="preserve"> CBP’s drone fleet has been</w:t>
      </w:r>
      <w:r>
        <w:rPr>
          <w:b w:val="0"/>
          <w:i w:val="0"/>
          <w:smallCaps w:val="0"/>
          <w:strike w:val="0"/>
          <w:u w:val="none"/>
        </w:rPr>
        <w:t xml:space="preserve"> </w:t>
      </w:r>
      <w:r>
        <w:rPr>
          <w:b w:val="0"/>
          <w:i w:val="0"/>
          <w:smallCaps w:val="0"/>
          <w:strike w:val="0"/>
          <w:u w:val="none"/>
        </w:rPr>
        <w:t>described</w:t>
      </w:r>
      <w:r>
        <w:rPr>
          <w:b w:val="0"/>
          <w:i w:val="0"/>
          <w:smallCaps w:val="0"/>
          <w:strike w:val="0"/>
          <w:u w:val="none"/>
        </w:rPr>
        <w:t xml:space="preserve"> </w:t>
      </w:r>
      <w:r>
        <w:rPr>
          <w:b w:val="0"/>
          <w:i w:val="0"/>
          <w:smallCaps w:val="0"/>
          <w:strike w:val="0"/>
          <w:u w:val="none"/>
        </w:rPr>
        <w:t>as the largest of any U.S. agency outside the Department of Defense.</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The surveillance has had an acute impact on borderland communities, including on the Tohono O’odham reservation. Drones fly overhead, and motion sensors track foot traffic. CBP checkpoints monitor people traveling between the reservation and cities such as Tucson and Phoenix. Vehicle barriers, surveillance cameras, and trucks have appeared near burial grounds and on hilltops amid ancient saguaro forests, which are sacred to people on the reservation.</w:t>
      </w:r>
      <w:r>
        <w:rPr>
          <w:b w:val="0"/>
          <w:i w:val="0"/>
          <w:smallCaps w:val="0"/>
          <w:strike w:val="0"/>
          <w:sz w:val="12"/>
          <w:u w:val="none"/>
        </w:rPr>
        <w:t>¶</w:t>
      </w:r>
      <w:r>
        <w:rPr>
          <w:b w:val="0"/>
          <w:i w:val="0"/>
          <w:smallCaps w:val="0"/>
          <w:strike w:val="0"/>
          <w:sz w:val="16"/>
          <w:u w:val="none"/>
        </w:rPr>
        <w:t xml:space="preserve"> Nellie Jo David, a Tohono O’odham tribal member who is writing her dissertation on border security issues at the University of Arizona, says many younger people who have been forced by economic circumstances to work in nearby cities are returning home less and less, because they want to avoid the constant surveillance and harassment. “It’s especially taken a toll on our younger generations.”</w:t>
      </w:r>
      <w:r>
        <w:rPr>
          <w:b w:val="0"/>
          <w:i w:val="0"/>
          <w:smallCaps w:val="0"/>
          <w:strike w:val="0"/>
          <w:sz w:val="12"/>
          <w:u w:val="none"/>
        </w:rPr>
        <w:t>¶</w:t>
      </w:r>
      <w:r>
        <w:rPr>
          <w:b w:val="0"/>
          <w:i w:val="0"/>
          <w:smallCaps w:val="0"/>
          <w:strike w:val="0"/>
          <w:sz w:val="16"/>
          <w:u w:val="none"/>
        </w:rPr>
        <w:t xml:space="preserve"> Border militarism has been spreading worldwide owing to neoliberal economic policies, wars, and the onset of the climate crisis, all of which have contributed to the uprooting of increasingly large numbers of people, notes Reece Jones, a University of Hawaii-Manoa geography professor who studies borders and migration.</w:t>
      </w:r>
      <w:r>
        <w:rPr>
          <w:b w:val="0"/>
          <w:i w:val="0"/>
          <w:smallCaps w:val="0"/>
          <w:strike w:val="0"/>
          <w:sz w:val="12"/>
          <w:u w:val="none"/>
        </w:rPr>
        <w:t>¶</w:t>
      </w:r>
      <w:r>
        <w:rPr>
          <w:b w:val="0"/>
          <w:i w:val="0"/>
          <w:smallCaps w:val="0"/>
          <w:strike w:val="0"/>
          <w:sz w:val="16"/>
          <w:u w:val="none"/>
        </w:rPr>
        <w:t xml:space="preserve"> “The build-up started in the 1990s, but particularly after the declaration of the war on terror, funding began flowing into the border security sector in all these different places around the world,” Jones says. The number of fortified borders worldwide soared from 15 to 70 between 2000 and 2015, he added.</w:t>
      </w:r>
      <w:r>
        <w:rPr>
          <w:b w:val="0"/>
          <w:i w:val="0"/>
          <w:smallCaps w:val="0"/>
          <w:strike w:val="0"/>
          <w:sz w:val="12"/>
          <w:u w:val="none"/>
        </w:rPr>
        <w:t>¶</w:t>
      </w:r>
      <w:r>
        <w:rPr>
          <w:b w:val="0"/>
          <w:i w:val="0"/>
          <w:smallCaps w:val="0"/>
          <w:strike w:val="0"/>
          <w:sz w:val="16"/>
          <w:u w:val="none"/>
        </w:rPr>
        <w:t xml:space="preserve"> This militarization has, in turn, created new profit opportunities for technology and defense firms. In the U.S., leading companies with border security contracts include long-established contractors such as Lockheed Martin in addition to recent upstarts such as Anduril Industries, founded by tech mogul Palmer Luckey to feed the growing market for artificial intelligence and surveillance sensors — primarily in the borderlands</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i w:val="0"/>
          <w:smallCaps w:val="0"/>
          <w:strike w:val="0"/>
          <w:u w:val="single"/>
        </w:rPr>
        <w:t>Elbit Systems has frequently touted a major advantage over these competitors: the fact that its products are “field-proven” on Palestinians.</w:t>
      </w:r>
      <w:r>
        <w:rPr>
          <w:b w:val="0"/>
          <w:i w:val="0"/>
          <w:smallCaps w:val="0"/>
          <w:strike w:val="0"/>
          <w:u w:val="single"/>
        </w:rPr>
        <w:t xml:space="preserve"> The company built surveillance sensors for Israel’s separation barrier through the West Bank, which has been deemed illegal under international law, as well as around the Gaza Strip and on the northern border with Lebanon and Syria</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i w:val="0"/>
          <w:smallCaps w:val="0"/>
          <w:strike w:val="0"/>
          <w:u w:val="single"/>
        </w:rPr>
        <w:t>Elbit is also one of the main contractors on a new kind of underground wall, still under construction, around the blockaded Gaza Strip.</w:t>
      </w:r>
      <w:r>
        <w:rPr>
          <w:b w:val="0"/>
          <w:i w:val="0"/>
          <w:smallCaps w:val="0"/>
          <w:strike w:val="0"/>
          <w:u w:val="single"/>
        </w:rPr>
        <w:t xml:space="preserve"> Elbit’s drones patrol the Mediterranean Sea as part of the European Union’s bid to seal off access to migrants from North Africa, and it has provided its technologies to militaries in Australia, Africa, Asia, Central America, and South America.</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Elbit’s contract to deploy IFTs on the Tohono O’odham reservation, which the company announced on June 26, follows several years of contentious debate within the tribal nation, with those living near tower construction sites voicing strident opposition. Two years ago, CBP released a study claiming that integrated fixed tower construction wouldn’t cause archaeological, environmental, or community harm. The agency also decreased the number of proposed towers and redesigned their bases so they wouldn’t extend underground. The Tohono O’odham legislative council unanimously approved the towers on March 22, citing the importance of helping Border Patrol agents stem cross-border drug trafficking.</w:t>
      </w:r>
      <w:r>
        <w:rPr>
          <w:b w:val="0"/>
          <w:i w:val="0"/>
          <w:smallCaps w:val="0"/>
          <w:strike w:val="0"/>
          <w:sz w:val="12"/>
          <w:u w:val="none"/>
        </w:rPr>
        <w:t>¶</w:t>
      </w:r>
      <w:r>
        <w:rPr>
          <w:b w:val="0"/>
          <w:i w:val="0"/>
          <w:smallCaps w:val="0"/>
          <w:strike w:val="0"/>
          <w:sz w:val="16"/>
          <w:u w:val="none"/>
        </w:rPr>
        <w:t xml:space="preserve"> In an interview with the Los Angeles Times, Verlon Jose, then-tribal vice chair, said that many nation members calculated that the towers would help dissuade the federal government from building a border wall across their lands. The Tohono O’odham are “only as sovereign as the federal government allows us to be,” Jose said. A Border Patrol spokesperson told the newspaper, however, that the IFTs did not eliminate the need for a wall.</w:t>
      </w:r>
      <w:r>
        <w:rPr>
          <w:b w:val="0"/>
          <w:i w:val="0"/>
          <w:smallCaps w:val="0"/>
          <w:strike w:val="0"/>
          <w:sz w:val="12"/>
          <w:u w:val="none"/>
        </w:rPr>
        <w:t>¶</w:t>
      </w:r>
      <w:r>
        <w:rPr>
          <w:b w:val="0"/>
          <w:i w:val="0"/>
          <w:smallCaps w:val="0"/>
          <w:strike w:val="0"/>
          <w:sz w:val="16"/>
          <w:u w:val="none"/>
        </w:rPr>
        <w:t xml:space="preserve"> The Tohono O’odham Nation’s current chair and vice chair did not respond to requests for comment on this story.</w:t>
      </w:r>
      <w:r>
        <w:rPr>
          <w:b w:val="0"/>
          <w:i w:val="0"/>
          <w:smallCaps w:val="0"/>
          <w:strike w:val="0"/>
          <w:sz w:val="12"/>
          <w:u w:val="none"/>
        </w:rPr>
        <w:t>¶</w:t>
      </w:r>
      <w:r>
        <w:rPr>
          <w:b w:val="0"/>
          <w:i w:val="0"/>
          <w:smallCaps w:val="0"/>
          <w:strike w:val="0"/>
          <w:sz w:val="16"/>
          <w:u w:val="none"/>
        </w:rPr>
        <w:t xml:space="preserve"> In a statement to The Intercept, CBP spokesperson Meredith Mingledorff said Elbit’s integrated fixed towers enhance Border Patrol agents’ safety at a low cost. “IFTs are a ‘force multiplier’ that enables one agent to monitor various different sites remotely from a secure location,” she said. “They are low cost of maintenance and allow for greater efficiency of law enforcement operations, as we can better deploy resources depending on the type of incursion that is detected by the technology.</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Elbit’s Showcase</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On a sweltering afternoon </w:t>
      </w:r>
      <w:r>
        <w:rPr>
          <w:b w:val="0"/>
          <w:i w:val="0"/>
          <w:smallCaps w:val="0"/>
          <w:strike w:val="0"/>
          <w:u w:val="single"/>
        </w:rPr>
        <w:t>in early April, Elbit Systems of America executives showcased their latest border surveillance products at a company testing facility in Marana, Arizona, roughly 20 miles northwest of downtown Tucson. The event centered around a live demonstration of the IFT command and control system, known as TORCH. The system, which Elbit originally developed for the Israel Defense Forces, is used to monitor people’s movements along Israel’s border and separation walls. Now, it is also used by the Border Patrol at command centers across southern Arizona.</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The event also served as a showcase for Elbit’s high-level political support. U.S. Sen. Martha McSally’s deputy state director was on hand, as was Ron Colburn, a former national deputy chief of the Border Patrol and current Elbit adviser. Colburn is perhaps best known for an appearance on Fox News last November defending the Border Patrol’s use of tear gas and pepper spray on migrant caravan participants near Tijuana, who had attempted to cross into the United States. Pepper spray “is natural,” Colburn said, before adding, “You could actually put it on your nachos and eat it.”</w:t>
      </w:r>
      <w:r>
        <w:rPr>
          <w:b w:val="0"/>
          <w:i w:val="0"/>
          <w:smallCaps w:val="0"/>
          <w:strike w:val="0"/>
          <w:sz w:val="12"/>
          <w:u w:val="none"/>
        </w:rPr>
        <w:t>¶</w:t>
      </w:r>
      <w:r>
        <w:rPr>
          <w:b w:val="0"/>
          <w:i w:val="0"/>
          <w:smallCaps w:val="0"/>
          <w:strike w:val="0"/>
          <w:sz w:val="16"/>
          <w:u w:val="none"/>
        </w:rPr>
        <w:t xml:space="preserve"> Joel Friederich, Elbit Systems of America’s vice president of public safety and homeland security, stood near a wall-sized monitor flanked by a pair of Elbit engineers as reporters and invited guests looked on. On the screen, a satellite map was populated with clusters of yellow and pink dots. Several smaller surrounding images displayed live feeds from the various video cameras and radar sensors adorning a demonstration tower on site. “This can be zoomed in for many, many miles,” Friederich explained.</w:t>
      </w:r>
      <w:r>
        <w:rPr>
          <w:b w:val="0"/>
          <w:i w:val="0"/>
          <w:smallCaps w:val="0"/>
          <w:strike w:val="0"/>
          <w:sz w:val="12"/>
          <w:u w:val="none"/>
        </w:rPr>
        <w:t>¶</w:t>
      </w:r>
      <w:r>
        <w:rPr>
          <w:b w:val="0"/>
          <w:i w:val="0"/>
          <w:smallCaps w:val="0"/>
          <w:strike w:val="0"/>
          <w:sz w:val="16"/>
          <w:u w:val="none"/>
        </w:rPr>
        <w:t xml:space="preserve"> </w:t>
      </w:r>
      <w:r>
        <w:rPr>
          <w:b w:val="0"/>
          <w:i w:val="0"/>
          <w:smallCaps w:val="0"/>
          <w:strike w:val="0"/>
          <w:u w:val="none"/>
        </w:rPr>
        <w:t xml:space="preserve">An engineer clicked on one of the yellow dots, zooming in on one of the video feeds. Suddenly, several cars inching across U.S. Interstate 10 came distinctly into view. He zoomed in further, and the screen settled on a patch of shrubs adjacent to a roadway, close enough that the bright green, swaying tips of the creosote bushes were visible, though they were well over a mile away. </w:t>
      </w:r>
      <w:r>
        <w:rPr>
          <w:b w:val="0"/>
          <w:i w:val="0"/>
          <w:smallCaps w:val="0"/>
          <w:strike w:val="0"/>
          <w:u w:val="single"/>
        </w:rPr>
        <w:t>The operating system uses artificial intelligence to assign an icon representing a human, vehicle, or animal, allowing Border Patrol agents to determine if something moving across the desert is a potential “item of interest,” Friederich noted. That item could include “anyone carrying a weapon or a backpack, or anyone in a large group.”</w:t>
      </w:r>
      <w:r>
        <w:rPr>
          <w:b w:val="0"/>
          <w:i w:val="0"/>
          <w:smallCaps w:val="0"/>
          <w:strike w:val="0"/>
          <w:sz w:val="12"/>
          <w:u w:val="none"/>
        </w:rPr>
        <w:t>¶</w:t>
      </w:r>
      <w:r>
        <w:rPr>
          <w:b w:val="0"/>
          <w:i w:val="0"/>
          <w:smallCaps w:val="0"/>
          <w:strike w:val="0"/>
          <w:sz w:val="12"/>
          <w:u w:val="single"/>
        </w:rPr>
        <w:t xml:space="preserve"> </w:t>
      </w:r>
      <w:r>
        <w:rPr>
          <w:b/>
          <w:i w:val="0"/>
          <w:smallCaps w:val="0"/>
          <w:strike w:val="0"/>
          <w:u w:val="single"/>
        </w:rPr>
        <w:t>For Elbit, the holy grail of border surveillance is to ensure that no person can escape TORCH’s ability to track them across time and space in a given area</w:t>
      </w:r>
      <w:r>
        <w:rPr>
          <w:b w:val="0"/>
          <w:i w:val="0"/>
          <w:smallCaps w:val="0"/>
          <w:strike w:val="0"/>
          <w:u w:val="single"/>
        </w:rPr>
        <w:t>.</w:t>
      </w:r>
      <w:r>
        <w:rPr>
          <w:b w:val="0"/>
          <w:i w:val="0"/>
          <w:smallCaps w:val="0"/>
          <w:strike w:val="0"/>
          <w:u w:val="none"/>
        </w:rPr>
        <w:t xml:space="preserve"> If one of the “items” ducks into a bush, the system can track them using a long-range infrared camera. For night operations, the towers have laser illuminators. A pick-up truck that can be remotely operated with a surveillance tower and 6-mile camera range is also able to feed data to TORCH in case someone ducks behind a mountain or into a ravine. The company is currently marketing the truck to CBP.</w:t>
      </w:r>
      <w:r>
        <w:rPr>
          <w:b w:val="0"/>
          <w:i w:val="0"/>
          <w:smallCaps w:val="0"/>
          <w:strike w:val="0"/>
          <w:sz w:val="12"/>
          <w:u w:val="none"/>
        </w:rPr>
        <w:t>¶</w:t>
      </w:r>
      <w:r>
        <w:rPr>
          <w:b w:val="0"/>
          <w:i w:val="0"/>
          <w:smallCaps w:val="0"/>
          <w:strike w:val="0"/>
          <w:sz w:val="12"/>
          <w:u w:val="none"/>
        </w:rPr>
        <w:t xml:space="preserve"> </w:t>
      </w:r>
      <w:r>
        <w:rPr>
          <w:b w:val="0"/>
          <w:i w:val="0"/>
          <w:smallCaps w:val="0"/>
          <w:strike w:val="0"/>
          <w:u w:val="single"/>
        </w:rPr>
        <w:t>In 2016, Israel became the first country to deploy autonomous vehicles in a border area, which were also created by Elbit.</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“The idea is that at the very moment you step near the border, Elbit will catch you. Something similar happens in Palestine.”</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Leading Democrats have argued for the development of an ever-more sophisticated border surveillance state as an alternative to Trump’s border wall. “The positive, shall we say, almost technological wall that can be built is what we should be doing,” House Speaker Nancy Pelosi said in January.</w:t>
      </w:r>
      <w:r>
        <w:rPr>
          <w:b w:val="0"/>
          <w:i w:val="0"/>
          <w:smallCaps w:val="0"/>
          <w:strike w:val="0"/>
          <w:sz w:val="12"/>
          <w:u w:val="none"/>
        </w:rPr>
        <w:t>¶</w:t>
      </w:r>
      <w:r>
        <w:rPr>
          <w:b w:val="0"/>
          <w:i w:val="0"/>
          <w:smallCaps w:val="0"/>
          <w:strike w:val="0"/>
          <w:sz w:val="16"/>
          <w:u w:val="none"/>
        </w:rPr>
        <w:t xml:space="preserve"> But for those crossing the border, the development of this surveillance apparatus has already taken a heavy toll. In January, a study published by researchers from the University of Arizona and Earlham College found that border surveillance towers have prompted migrants to cross along more rugged and circuitous pathways, leading to greater numbers of deaths from dehydration, exhaustion, and exposure</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Maren Mantovani, international relations coordinator of</w:t>
      </w:r>
      <w:r>
        <w:rPr>
          <w:b w:val="0"/>
          <w:i w:val="0"/>
          <w:smallCaps w:val="0"/>
          <w:strike w:val="0"/>
          <w:u w:val="none"/>
        </w:rPr>
        <w:t xml:space="preserve"> </w:t>
      </w:r>
      <w:r>
        <w:rPr>
          <w:b w:val="0"/>
          <w:i w:val="0"/>
          <w:smallCaps w:val="0"/>
          <w:strike w:val="0"/>
          <w:u w:val="none"/>
        </w:rPr>
        <w:t xml:space="preserve">Stop the Wall, a Palestinian coalition that opposes Israel’s walls in the Palestinian territories and elsewhere, has tracked Elbit’s activities for nearly two decades. </w:t>
      </w:r>
      <w:r>
        <w:rPr>
          <w:b w:val="0"/>
          <w:i w:val="0"/>
          <w:smallCaps w:val="0"/>
          <w:strike w:val="0"/>
          <w:u w:val="single"/>
        </w:rPr>
        <w:t>The company’s business success reflects the central role borders are playing in an emerging global surveillance society, she says. “</w:t>
      </w:r>
      <w:r>
        <w:rPr>
          <w:b/>
          <w:i w:val="0"/>
          <w:smallCaps w:val="0"/>
          <w:strike w:val="0"/>
          <w:u w:val="single"/>
        </w:rPr>
        <w:t>Walls are not only a question of blocking people from moving, but they are also serving as borders or frontiers between where you enter the surveillance state,” she said. “The idea is that at the very moment you step near the border, Elbit will catch you. Something similar happens in Palestine.”</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At the 13th annual Border Security Expo in San Antonio, Texas, two weeks prior to the event in Arizona, Friederich said in an interview with The Intercept that Elbit was preparing to bid on a contract to build integrated fixed towers on the U.S.-Canadian border and was eying opportunities in the Rio Grande Valley.</w:t>
      </w:r>
      <w:r>
        <w:rPr>
          <w:b w:val="0"/>
          <w:i w:val="0"/>
          <w:smallCaps w:val="0"/>
          <w:strike w:val="0"/>
          <w:sz w:val="12"/>
          <w:u w:val="none"/>
        </w:rPr>
        <w:t>¶</w:t>
      </w:r>
      <w:r>
        <w:rPr>
          <w:b w:val="0"/>
          <w:i w:val="0"/>
          <w:smallCaps w:val="0"/>
          <w:strike w:val="0"/>
          <w:sz w:val="16"/>
          <w:u w:val="none"/>
        </w:rPr>
        <w:t xml:space="preserve"> According to Brown, the Elbit senior director, the company’s border surveillance work will proceed indefinitely regardless of the construction of Trump’s border wall. “Border security has always been a three-legged stool — manpower, infrastructure, and technology,” he said. “Infrastructure being the wall. Technology being the towers, the mobile systems, the ground detection such as sensors. We’re going to keep busy no matter what.”</w:t>
      </w:r>
      <w:r>
        <w:rPr>
          <w:b w:val="0"/>
          <w:i w:val="0"/>
          <w:smallCaps w:val="0"/>
          <w:strike w:val="0"/>
          <w:sz w:val="12"/>
          <w:u w:val="none"/>
        </w:rPr>
        <w:t>¶</w:t>
      </w:r>
      <w:r>
        <w:rPr>
          <w:b w:val="0"/>
          <w:i w:val="0"/>
          <w:smallCaps w:val="0"/>
          <w:strike w:val="0"/>
          <w:sz w:val="16"/>
          <w:u w:val="none"/>
        </w:rPr>
        <w:t xml:space="preserve"> .</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